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6375A"/>
          <w:sz w:val="44"/>
        </w:rPr>
        <w:t>CLEANING SERVICE QUOTE</w:t>
      </w:r>
    </w:p>
    <w:p>
      <w:pPr>
        <w:spacing w:after="140"/>
      </w:pPr>
      <w:r>
        <w:rPr>
          <w:color w:val="64768A"/>
          <w:sz w:val="16"/>
        </w:rPr>
        <w:t>Professional quote template  |  Complete digitally or print and write in the fields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rHeight w:val="432" w:hRule="atLeast"/>
        </w:trPr>
        <w:tc>
          <w:tcPr>
            <w:tcW w:type="dxa" w:w="3456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QUOTE NUMBER</w:t>
            </w:r>
          </w:p>
        </w:tc>
        <w:tc>
          <w:tcPr>
            <w:tcW w:type="dxa" w:w="3456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DATE ISSUED</w:t>
            </w:r>
          </w:p>
        </w:tc>
        <w:tc>
          <w:tcPr>
            <w:tcW w:type="dxa" w:w="3456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VALID UNTIL</w:t>
            </w:r>
          </w:p>
        </w:tc>
      </w:tr>
      <w:tr>
        <w:trPr>
          <w:trHeight w:val="576" w:hRule="atLeast"/>
        </w:trPr>
        <w:tc>
          <w:tcPr>
            <w:tcW w:type="dxa" w:w="3456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___________________</w:t>
            </w:r>
          </w:p>
        </w:tc>
        <w:tc>
          <w:tcPr>
            <w:tcW w:type="dxa" w:w="3456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___________________</w:t>
            </w:r>
          </w:p>
        </w:tc>
        <w:tc>
          <w:tcPr>
            <w:tcW w:type="dxa" w:w="3456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___________________</w:t>
            </w:r>
          </w:p>
        </w:tc>
      </w:tr>
    </w:tbl>
    <w:p>
      <w:pPr>
        <w:spacing w:before="240" w:after="100"/>
      </w:pPr>
      <w:r>
        <w:rPr>
          <w:b/>
          <w:color w:val="1D5B95"/>
          <w:sz w:val="20"/>
        </w:rPr>
        <w:t>BUSINESS &amp; CUSTOMER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trHeight w:val="432" w:hRule="atLeast"/>
        </w:trPr>
        <w:tc>
          <w:tcPr>
            <w:tcW w:type="dxa" w:w="2880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7488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DETAILS</w:t>
            </w:r>
          </w:p>
        </w:tc>
      </w:tr>
      <w:tr>
        <w:trPr>
          <w:trHeight w:val="547" w:hRule="atLeast"/>
        </w:trPr>
        <w:tc>
          <w:tcPr>
            <w:tcW w:type="dxa" w:w="28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Business name</w:t>
            </w:r>
          </w:p>
        </w:tc>
        <w:tc>
          <w:tcPr>
            <w:tcW w:type="dxa" w:w="748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28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Phone / email</w:t>
            </w:r>
          </w:p>
        </w:tc>
        <w:tc>
          <w:tcPr>
            <w:tcW w:type="dxa" w:w="748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28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Customer name</w:t>
            </w:r>
          </w:p>
        </w:tc>
        <w:tc>
          <w:tcPr>
            <w:tcW w:type="dxa" w:w="748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28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Customer contact</w:t>
            </w:r>
          </w:p>
        </w:tc>
        <w:tc>
          <w:tcPr>
            <w:tcW w:type="dxa" w:w="748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619" w:hRule="atLeast"/>
        </w:trPr>
        <w:tc>
          <w:tcPr>
            <w:tcW w:type="dxa" w:w="28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Service address</w:t>
            </w:r>
          </w:p>
        </w:tc>
        <w:tc>
          <w:tcPr>
            <w:tcW w:type="dxa" w:w="748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</w:tbl>
    <w:p>
      <w:pPr>
        <w:spacing w:before="240" w:after="100"/>
      </w:pPr>
      <w:r>
        <w:rPr>
          <w:b/>
          <w:color w:val="1D5B95"/>
          <w:sz w:val="20"/>
        </w:rPr>
        <w:t>CLEANING SERVICE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768"/>
      </w:tblGrid>
      <w:tr>
        <w:trPr>
          <w:trHeight w:val="432" w:hRule="atLeast"/>
        </w:trPr>
        <w:tc>
          <w:tcPr>
            <w:tcW w:type="dxa" w:w="3600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6768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DETAILS</w:t>
            </w:r>
          </w:p>
        </w:tc>
      </w:tr>
      <w:tr>
        <w:trPr>
          <w:trHeight w:val="547" w:hRule="atLeast"/>
        </w:trPr>
        <w:tc>
          <w:tcPr>
            <w:tcW w:type="dxa" w:w="36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Service type / frequency</w:t>
            </w:r>
          </w:p>
        </w:tc>
        <w:tc>
          <w:tcPr>
            <w:tcW w:type="dxa" w:w="67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36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Proposed service date / time</w:t>
            </w:r>
          </w:p>
        </w:tc>
        <w:tc>
          <w:tcPr>
            <w:tcW w:type="dxa" w:w="67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36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3A4C60"/>
                <w:sz w:val="18"/>
              </w:rPr>
              <w:t>Estimated duration / crew size</w:t>
            </w:r>
          </w:p>
        </w:tc>
        <w:tc>
          <w:tcPr>
            <w:tcW w:type="dxa" w:w="67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</w:tbl>
    <w:p>
      <w:pPr>
        <w:spacing w:before="240" w:after="100"/>
      </w:pPr>
      <w:r>
        <w:rPr>
          <w:b/>
          <w:color w:val="1D5B95"/>
          <w:sz w:val="20"/>
        </w:rPr>
        <w:t>SCOPE OF 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432" w:hRule="atLeast"/>
        </w:trPr>
        <w:tc>
          <w:tcPr>
            <w:tcW w:type="dxa" w:w="10368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INCLUDED TASKS / AREAS TO CLEAN</w:t>
            </w:r>
          </w:p>
        </w:tc>
      </w:tr>
      <w:tr>
        <w:trPr>
          <w:trHeight w:val="547" w:hRule="atLeast"/>
        </w:trPr>
        <w:tc>
          <w:tcPr>
            <w:tcW w:type="dxa" w:w="103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103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547" w:hRule="atLeast"/>
        </w:trPr>
        <w:tc>
          <w:tcPr>
            <w:tcW w:type="dxa" w:w="103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b/>
          <w:color w:val="1D5B95"/>
          <w:sz w:val="20"/>
        </w:rPr>
        <w:t>ITEMIZED PRICING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1080"/>
        <w:gridCol w:w="1800"/>
        <w:gridCol w:w="2160"/>
      </w:tblGrid>
      <w:tr>
        <w:trPr>
          <w:trHeight w:val="432" w:hRule="atLeast"/>
        </w:trPr>
        <w:tc>
          <w:tcPr>
            <w:tcW w:type="dxa" w:w="5328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SERVICE / ADD-ON</w:t>
            </w:r>
          </w:p>
        </w:tc>
        <w:tc>
          <w:tcPr>
            <w:tcW w:type="dxa" w:w="1080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type="dxa" w:w="1800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RATE ($)</w:t>
            </w:r>
          </w:p>
        </w:tc>
        <w:tc>
          <w:tcPr>
            <w:tcW w:type="dxa" w:w="2160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AMOUNT ($)</w:t>
            </w:r>
          </w:p>
        </w:tc>
      </w:tr>
      <w:tr>
        <w:trPr>
          <w:trHeight w:val="936" w:hRule="atLeast"/>
        </w:trPr>
        <w:tc>
          <w:tcPr>
            <w:tcW w:type="dxa" w:w="532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Base cleaning service</w:t>
            </w:r>
          </w:p>
        </w:tc>
        <w:tc>
          <w:tcPr>
            <w:tcW w:type="dxa" w:w="10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18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216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936" w:hRule="atLeast"/>
        </w:trPr>
        <w:tc>
          <w:tcPr>
            <w:tcW w:type="dxa" w:w="532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Optional add-on 1</w:t>
            </w:r>
          </w:p>
        </w:tc>
        <w:tc>
          <w:tcPr>
            <w:tcW w:type="dxa" w:w="10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18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216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936" w:hRule="atLeast"/>
        </w:trPr>
        <w:tc>
          <w:tcPr>
            <w:tcW w:type="dxa" w:w="532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Optional add-on 2</w:t>
            </w:r>
          </w:p>
        </w:tc>
        <w:tc>
          <w:tcPr>
            <w:tcW w:type="dxa" w:w="10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18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216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936" w:hRule="atLeast"/>
        </w:trPr>
        <w:tc>
          <w:tcPr>
            <w:tcW w:type="dxa" w:w="532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Taxes / additional fees</w:t>
            </w:r>
          </w:p>
        </w:tc>
        <w:tc>
          <w:tcPr>
            <w:tcW w:type="dxa" w:w="10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18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216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1008" w:hRule="atLeast"/>
        </w:trPr>
        <w:tc>
          <w:tcPr>
            <w:tcW w:type="dxa" w:w="532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  <w:t>TOTAL DUE</w:t>
            </w:r>
          </w:p>
        </w:tc>
        <w:tc>
          <w:tcPr>
            <w:tcW w:type="dxa" w:w="108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180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  <w:tc>
          <w:tcPr>
            <w:tcW w:type="dxa" w:w="2160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</w:tbl>
    <w:p>
      <w:pPr>
        <w:spacing w:before="240" w:after="100"/>
      </w:pPr>
      <w:r>
        <w:rPr>
          <w:b/>
          <w:color w:val="1D5B95"/>
          <w:sz w:val="20"/>
        </w:rPr>
        <w:t>TERMS &amp; CUSTOMER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rHeight w:val="432" w:hRule="atLeast"/>
        </w:trPr>
        <w:tc>
          <w:tcPr>
            <w:tcW w:type="dxa" w:w="10368"/>
            <w:shd w:fill="16375A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/>
                <w:color w:val="FFFFFF"/>
                <w:sz w:val="17"/>
              </w:rPr>
              <w:t>PAYMENT TERMS / EXCLUSIONS / NOTES</w:t>
            </w:r>
          </w:p>
        </w:tc>
      </w:tr>
      <w:tr>
        <w:trPr>
          <w:trHeight w:val="1008" w:hRule="atLeast"/>
        </w:trPr>
        <w:tc>
          <w:tcPr>
            <w:tcW w:type="dxa" w:w="103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  <w:tr>
        <w:trPr>
          <w:trHeight w:val="1008" w:hRule="atLeast"/>
        </w:trPr>
        <w:tc>
          <w:tcPr>
            <w:tcW w:type="dxa" w:w="10368"/>
            <w:vAlign w:val="center"/>
            <w:tcBorders>
              <w:bottom w:val="single" w:color="D9E2EB" w:sz="5"/>
              <w:top w:val="single" w:color="D9E2EB" w:sz="5"/>
              <w:left w:val="single" w:color="D9E2EB" w:sz="5"/>
              <w:right w:val="single" w:color="D9E2EB" w:sz="5"/>
            </w:tcBorders>
            <w:shd w:fill="F7FAFC"/>
          </w:tcPr>
          <w:p>
            <w:pPr>
              <w:spacing w:before="80" w:after="60"/>
            </w:pPr>
            <w:r/>
            <w:r>
              <w:rPr>
                <w:b w:val="0"/>
                <w:color w:val="3A4C60"/>
                <w:sz w:val="18"/>
              </w:rPr>
            </w:r>
          </w:p>
        </w:tc>
      </w:tr>
    </w:tbl>
    <w:p>
      <w:pPr>
        <w:spacing w:before="200"/>
      </w:pPr>
      <w:r>
        <w:rPr>
          <w:b/>
        </w:rPr>
        <w:t xml:space="preserve">Customer approval / signature: </w:t>
      </w:r>
      <w:r>
        <w:t>________________________________     Date: ________________</w:t>
      </w:r>
    </w:p>
    <w:p>
      <w:pPr>
        <w:spacing w:before="160"/>
      </w:pPr>
      <w:r>
        <w:rPr>
          <w:color w:val="708093"/>
          <w:sz w:val="14"/>
        </w:rPr>
        <w:t>Template by OpsButler  •  Confirm scope, pricing, taxes, and local requirements before use.</w:t>
      </w:r>
    </w:p>
    <w:sectPr w:rsidR="00FC693F" w:rsidRPr="0006063C" w:rsidSect="00034616">
      <w:pgSz w:w="12240" w:h="15840"/>
      <w:pgMar w:top="835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A37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