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before="1900" w:after="0"/>
        <w:jc w:val="center"/>
        <w:rPr/>
      </w:pPr>
      <w:r>
        <w:rPr>
          <w:b/>
          <w:color w:val="12365A"/>
          <w:sz w:val="52"/>
        </w:rPr>
        <w:t>CLEANING BUSINESS</w:t>
      </w:r>
    </w:p>
    <w:p>
      <w:pPr>
        <w:pStyle w:val="Normal"/>
        <w:jc w:val="center"/>
        <w:rPr/>
      </w:pPr>
      <w:r>
        <w:rPr>
          <w:b/>
          <w:color w:val="1687D9"/>
          <w:sz w:val="60"/>
        </w:rPr>
        <w:t>WALKTHROUGH CHECKLIST</w:t>
      </w:r>
    </w:p>
    <w:p>
      <w:pPr>
        <w:pStyle w:val="Normal"/>
        <w:spacing w:before="400" w:after="0"/>
        <w:jc w:val="center"/>
        <w:rPr/>
      </w:pPr>
      <w:r>
        <w:rPr>
          <w:b w:val="false"/>
          <w:color w:val="17324D"/>
          <w:sz w:val="28"/>
        </w:rPr>
        <w:t>Inspect the property, capture the details that affect labor,</w:t>
        <w:br/>
        <w:t>and build a clearer cleaning quote.</w:t>
      </w:r>
    </w:p>
    <w:p>
      <w:pPr>
        <w:pStyle w:val="Normal"/>
        <w:spacing w:before="800" w:after="0"/>
        <w:jc w:val="center"/>
        <w:rPr/>
      </w:pPr>
      <w:r>
        <w:rPr>
          <w:b/>
          <w:color w:val="17724D"/>
          <w:sz w:val="24"/>
        </w:rPr>
        <w:t>Residential + Commercial</w:t>
      </w:r>
    </w:p>
    <w:p>
      <w:pPr>
        <w:pStyle w:val="Normal"/>
        <w:rPr/>
      </w:pPr>
      <w:r>
        <w:rPr/>
      </w:r>
      <w:r>
        <w:br w:type="page"/>
      </w:r>
    </w:p>
    <w:tbl>
      <w:tblPr>
        <w:tblW w:w="10324" w:type="dxa"/>
        <w:jc w:val="center"/>
        <w:tblInd w:w="0" w:type="dxa"/>
        <w:tblLayout w:type="fixed"/>
        <w:tblCellMar>
          <w:top w:w="110" w:type="dxa"/>
          <w:left w:w="230" w:type="dxa"/>
          <w:bottom w:w="110" w:type="dxa"/>
          <w:right w:w="160" w:type="dxa"/>
        </w:tblCellMar>
        <w:tblLook w:val="04a0" w:noHBand="0" w:noVBand="1" w:firstColumn="1" w:lastRow="0" w:lastColumn="0" w:firstRow="1"/>
      </w:tblPr>
      <w:tblGrid>
        <w:gridCol w:w="10324"/>
      </w:tblGrid>
      <w:tr>
        <w:trPr/>
        <w:tc>
          <w:tcPr>
            <w:tcW w:w="10324" w:type="dxa"/>
            <w:tcBorders>
              <w:top w:val="single" w:sz="2" w:space="0" w:color="EAF5FC"/>
              <w:left w:val="single" w:sz="2" w:space="0" w:color="EAF5FC"/>
              <w:bottom w:val="single" w:sz="2" w:space="0" w:color="EAF5FC"/>
              <w:right w:val="single" w:sz="2" w:space="0" w:color="EAF5FC"/>
            </w:tcBorders>
            <w:shd w:fill="EAF5FC"/>
          </w:tcPr>
          <w:p>
            <w:pPr>
              <w:pStyle w:val="Normal"/>
              <w:pageBreakBefore/>
              <w:spacing w:before="0" w:after="0"/>
              <w:jc w:val="left"/>
              <w:rPr/>
            </w:pPr>
            <w:r>
              <w:rPr>
                <w:b/>
                <w:color w:val="12365A"/>
                <w:sz w:val="30"/>
              </w:rPr>
              <w:t>1.  Customer and Property Information</w:t>
            </w:r>
          </w:p>
        </w:tc>
      </w:tr>
    </w:tbl>
    <w:p>
      <w:pPr>
        <w:pStyle w:val="Normal"/>
        <w:spacing w:before="0" w:after="60"/>
        <w:rPr/>
      </w:pPr>
      <w:r>
        <w:rPr/>
      </w:r>
    </w:p>
    <w:p>
      <w:pPr>
        <w:pStyle w:val="Normal"/>
        <w:spacing w:before="0" w:after="160"/>
        <w:rPr/>
      </w:pPr>
      <w:r>
        <w:rPr>
          <w:b w:val="false"/>
          <w:color w:val="53697C"/>
          <w:sz w:val="21"/>
        </w:rPr>
        <w:t>Record the core details before you begin the walkthrough.</w:t>
      </w:r>
    </w:p>
    <w:tbl>
      <w:tblPr>
        <w:tblW w:w="10324" w:type="dxa"/>
        <w:jc w:val="center"/>
        <w:tblInd w:w="0" w:type="dxa"/>
        <w:tblLayout w:type="fixed"/>
        <w:tblCellMar>
          <w:top w:w="125" w:type="dxa"/>
          <w:left w:w="210" w:type="dxa"/>
          <w:bottom w:w="125" w:type="dxa"/>
          <w:right w:w="100" w:type="dxa"/>
        </w:tblCellMar>
        <w:tblLook w:val="04a0" w:noHBand="0" w:noVBand="1" w:firstColumn="1" w:lastRow="0" w:lastColumn="0" w:firstRow="1"/>
      </w:tblPr>
      <w:tblGrid>
        <w:gridCol w:w="5162"/>
        <w:gridCol w:w="5161"/>
      </w:tblGrid>
      <w:tr>
        <w:trPr>
          <w:cantSplit w:val="true"/>
        </w:trPr>
        <w:tc>
          <w:tcPr>
            <w:tcW w:w="5162" w:type="dxa"/>
            <w:tcBorders>
              <w:top w:val="single" w:sz="6" w:space="0" w:color="B9C9D6"/>
              <w:left w:val="single" w:sz="6" w:space="0" w:color="B9C9D6"/>
              <w:bottom w:val="single" w:sz="6" w:space="0" w:color="B9C9D6"/>
              <w:right w:val="single" w:sz="6" w:space="0" w:color="B9C9D6"/>
            </w:tcBorders>
            <w:shd w:fill="F6FAFD"/>
            <w:vAlign w:val="center"/>
          </w:tcPr>
          <w:p>
            <w:pPr>
              <w:pStyle w:val="Normal"/>
              <w:rPr/>
            </w:pPr>
            <w:r>
              <w:rPr>
                <w:b/>
                <w:color w:val="17324D"/>
                <w:sz w:val="21"/>
              </w:rPr>
              <w:t>Customer / Company Name</w:t>
            </w:r>
          </w:p>
        </w:tc>
        <w:tc>
          <w:tcPr>
            <w:tcW w:w="5161" w:type="dxa"/>
            <w:tcBorders>
              <w:top w:val="single" w:sz="6" w:space="0" w:color="B9C9D6"/>
              <w:left w:val="single" w:sz="6" w:space="0" w:color="B9C9D6"/>
              <w:bottom w:val="single" w:sz="6" w:space="0" w:color="B9C9D6"/>
              <w:right w:val="single" w:sz="6" w:space="0" w:color="B9C9D6"/>
            </w:tcBorders>
            <w:tcMar>
              <w:left w:w="190" w:type="dxa"/>
            </w:tcMar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cantSplit w:val="true"/>
        </w:trPr>
        <w:tc>
          <w:tcPr>
            <w:tcW w:w="5162" w:type="dxa"/>
            <w:tcBorders>
              <w:top w:val="single" w:sz="6" w:space="0" w:color="B9C9D6"/>
              <w:left w:val="single" w:sz="6" w:space="0" w:color="B9C9D6"/>
              <w:bottom w:val="single" w:sz="6" w:space="0" w:color="B9C9D6"/>
              <w:right w:val="single" w:sz="6" w:space="0" w:color="B9C9D6"/>
            </w:tcBorders>
            <w:shd w:fill="F6FAFD"/>
            <w:vAlign w:val="center"/>
          </w:tcPr>
          <w:p>
            <w:pPr>
              <w:pStyle w:val="Normal"/>
              <w:rPr/>
            </w:pPr>
            <w:r>
              <w:rPr>
                <w:b/>
                <w:color w:val="17324D"/>
                <w:sz w:val="21"/>
              </w:rPr>
              <w:t>Contact Person</w:t>
            </w:r>
          </w:p>
        </w:tc>
        <w:tc>
          <w:tcPr>
            <w:tcW w:w="5161" w:type="dxa"/>
            <w:tcBorders>
              <w:top w:val="single" w:sz="6" w:space="0" w:color="B9C9D6"/>
              <w:left w:val="single" w:sz="6" w:space="0" w:color="B9C9D6"/>
              <w:bottom w:val="single" w:sz="6" w:space="0" w:color="B9C9D6"/>
              <w:right w:val="single" w:sz="6" w:space="0" w:color="B9C9D6"/>
            </w:tcBorders>
            <w:tcMar>
              <w:left w:w="190" w:type="dxa"/>
            </w:tcMar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cantSplit w:val="true"/>
        </w:trPr>
        <w:tc>
          <w:tcPr>
            <w:tcW w:w="5162" w:type="dxa"/>
            <w:tcBorders>
              <w:top w:val="single" w:sz="6" w:space="0" w:color="B9C9D6"/>
              <w:left w:val="single" w:sz="6" w:space="0" w:color="B9C9D6"/>
              <w:bottom w:val="single" w:sz="6" w:space="0" w:color="B9C9D6"/>
              <w:right w:val="single" w:sz="6" w:space="0" w:color="B9C9D6"/>
            </w:tcBorders>
            <w:shd w:fill="F6FAFD"/>
            <w:vAlign w:val="center"/>
          </w:tcPr>
          <w:p>
            <w:pPr>
              <w:pStyle w:val="Normal"/>
              <w:rPr/>
            </w:pPr>
            <w:r>
              <w:rPr>
                <w:b/>
                <w:color w:val="17324D"/>
                <w:sz w:val="21"/>
              </w:rPr>
              <w:t>Phone</w:t>
            </w:r>
          </w:p>
        </w:tc>
        <w:tc>
          <w:tcPr>
            <w:tcW w:w="5161" w:type="dxa"/>
            <w:tcBorders>
              <w:top w:val="single" w:sz="6" w:space="0" w:color="B9C9D6"/>
              <w:left w:val="single" w:sz="6" w:space="0" w:color="B9C9D6"/>
              <w:bottom w:val="single" w:sz="6" w:space="0" w:color="B9C9D6"/>
              <w:right w:val="single" w:sz="6" w:space="0" w:color="B9C9D6"/>
            </w:tcBorders>
            <w:tcMar>
              <w:left w:w="190" w:type="dxa"/>
            </w:tcMar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cantSplit w:val="true"/>
        </w:trPr>
        <w:tc>
          <w:tcPr>
            <w:tcW w:w="5162" w:type="dxa"/>
            <w:tcBorders>
              <w:top w:val="single" w:sz="6" w:space="0" w:color="B9C9D6"/>
              <w:left w:val="single" w:sz="6" w:space="0" w:color="B9C9D6"/>
              <w:bottom w:val="single" w:sz="6" w:space="0" w:color="B9C9D6"/>
              <w:right w:val="single" w:sz="6" w:space="0" w:color="B9C9D6"/>
            </w:tcBorders>
            <w:shd w:fill="F6FAFD"/>
            <w:vAlign w:val="center"/>
          </w:tcPr>
          <w:p>
            <w:pPr>
              <w:pStyle w:val="Normal"/>
              <w:rPr/>
            </w:pPr>
            <w:r>
              <w:rPr>
                <w:b/>
                <w:color w:val="17324D"/>
                <w:sz w:val="21"/>
              </w:rPr>
              <w:t>Email</w:t>
            </w:r>
          </w:p>
        </w:tc>
        <w:tc>
          <w:tcPr>
            <w:tcW w:w="5161" w:type="dxa"/>
            <w:tcBorders>
              <w:top w:val="single" w:sz="6" w:space="0" w:color="B9C9D6"/>
              <w:left w:val="single" w:sz="6" w:space="0" w:color="B9C9D6"/>
              <w:bottom w:val="single" w:sz="6" w:space="0" w:color="B9C9D6"/>
              <w:right w:val="single" w:sz="6" w:space="0" w:color="B9C9D6"/>
            </w:tcBorders>
            <w:tcMar>
              <w:left w:w="190" w:type="dxa"/>
            </w:tcMar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cantSplit w:val="true"/>
        </w:trPr>
        <w:tc>
          <w:tcPr>
            <w:tcW w:w="5162" w:type="dxa"/>
            <w:tcBorders>
              <w:top w:val="single" w:sz="6" w:space="0" w:color="B9C9D6"/>
              <w:left w:val="single" w:sz="6" w:space="0" w:color="B9C9D6"/>
              <w:bottom w:val="single" w:sz="6" w:space="0" w:color="B9C9D6"/>
              <w:right w:val="single" w:sz="6" w:space="0" w:color="B9C9D6"/>
            </w:tcBorders>
            <w:shd w:fill="F6FAFD"/>
            <w:vAlign w:val="center"/>
          </w:tcPr>
          <w:p>
            <w:pPr>
              <w:pStyle w:val="Normal"/>
              <w:rPr/>
            </w:pPr>
            <w:r>
              <w:rPr>
                <w:b/>
                <w:color w:val="17324D"/>
                <w:sz w:val="21"/>
              </w:rPr>
              <w:t>Property Address</w:t>
            </w:r>
          </w:p>
        </w:tc>
        <w:tc>
          <w:tcPr>
            <w:tcW w:w="5161" w:type="dxa"/>
            <w:tcBorders>
              <w:top w:val="single" w:sz="6" w:space="0" w:color="B9C9D6"/>
              <w:left w:val="single" w:sz="6" w:space="0" w:color="B9C9D6"/>
              <w:bottom w:val="single" w:sz="6" w:space="0" w:color="B9C9D6"/>
              <w:right w:val="single" w:sz="6" w:space="0" w:color="B9C9D6"/>
            </w:tcBorders>
            <w:tcMar>
              <w:left w:w="190" w:type="dxa"/>
            </w:tcMar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cantSplit w:val="true"/>
        </w:trPr>
        <w:tc>
          <w:tcPr>
            <w:tcW w:w="5162" w:type="dxa"/>
            <w:tcBorders>
              <w:top w:val="single" w:sz="6" w:space="0" w:color="B9C9D6"/>
              <w:left w:val="single" w:sz="6" w:space="0" w:color="B9C9D6"/>
              <w:bottom w:val="single" w:sz="6" w:space="0" w:color="B9C9D6"/>
              <w:right w:val="single" w:sz="6" w:space="0" w:color="B9C9D6"/>
            </w:tcBorders>
            <w:shd w:fill="F6FAFD"/>
            <w:vAlign w:val="center"/>
          </w:tcPr>
          <w:p>
            <w:pPr>
              <w:pStyle w:val="Normal"/>
              <w:rPr/>
            </w:pPr>
            <w:r>
              <w:rPr>
                <w:b/>
                <w:color w:val="17324D"/>
                <w:sz w:val="21"/>
              </w:rPr>
              <w:t>Property Type</w:t>
            </w:r>
          </w:p>
        </w:tc>
        <w:tc>
          <w:tcPr>
            <w:tcW w:w="5161" w:type="dxa"/>
            <w:tcBorders>
              <w:top w:val="single" w:sz="6" w:space="0" w:color="B9C9D6"/>
              <w:left w:val="single" w:sz="6" w:space="0" w:color="B9C9D6"/>
              <w:bottom w:val="single" w:sz="6" w:space="0" w:color="B9C9D6"/>
              <w:right w:val="single" w:sz="6" w:space="0" w:color="B9C9D6"/>
            </w:tcBorders>
            <w:tcMar>
              <w:left w:w="190" w:type="dxa"/>
            </w:tcMar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cantSplit w:val="true"/>
        </w:trPr>
        <w:tc>
          <w:tcPr>
            <w:tcW w:w="5162" w:type="dxa"/>
            <w:tcBorders>
              <w:top w:val="single" w:sz="6" w:space="0" w:color="B9C9D6"/>
              <w:left w:val="single" w:sz="6" w:space="0" w:color="B9C9D6"/>
              <w:bottom w:val="single" w:sz="6" w:space="0" w:color="B9C9D6"/>
              <w:right w:val="single" w:sz="6" w:space="0" w:color="B9C9D6"/>
            </w:tcBorders>
            <w:shd w:fill="F6FAFD"/>
            <w:vAlign w:val="center"/>
          </w:tcPr>
          <w:p>
            <w:pPr>
              <w:pStyle w:val="Normal"/>
              <w:rPr/>
            </w:pPr>
            <w:r>
              <w:rPr>
                <w:b/>
                <w:color w:val="17324D"/>
                <w:sz w:val="21"/>
              </w:rPr>
              <w:t>Approx. Square Footage</w:t>
            </w:r>
          </w:p>
        </w:tc>
        <w:tc>
          <w:tcPr>
            <w:tcW w:w="5161" w:type="dxa"/>
            <w:tcBorders>
              <w:top w:val="single" w:sz="6" w:space="0" w:color="B9C9D6"/>
              <w:left w:val="single" w:sz="6" w:space="0" w:color="B9C9D6"/>
              <w:bottom w:val="single" w:sz="6" w:space="0" w:color="B9C9D6"/>
              <w:right w:val="single" w:sz="6" w:space="0" w:color="B9C9D6"/>
            </w:tcBorders>
            <w:tcMar>
              <w:left w:w="190" w:type="dxa"/>
            </w:tcMar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cantSplit w:val="true"/>
        </w:trPr>
        <w:tc>
          <w:tcPr>
            <w:tcW w:w="5162" w:type="dxa"/>
            <w:tcBorders>
              <w:top w:val="single" w:sz="6" w:space="0" w:color="B9C9D6"/>
              <w:left w:val="single" w:sz="6" w:space="0" w:color="B9C9D6"/>
              <w:bottom w:val="single" w:sz="6" w:space="0" w:color="B9C9D6"/>
              <w:right w:val="single" w:sz="6" w:space="0" w:color="B9C9D6"/>
            </w:tcBorders>
            <w:shd w:fill="F6FAFD"/>
            <w:vAlign w:val="center"/>
          </w:tcPr>
          <w:p>
            <w:pPr>
              <w:pStyle w:val="Normal"/>
              <w:rPr/>
            </w:pPr>
            <w:r>
              <w:rPr>
                <w:b/>
                <w:color w:val="17324D"/>
                <w:sz w:val="21"/>
              </w:rPr>
              <w:t>Number of Floors</w:t>
            </w:r>
          </w:p>
        </w:tc>
        <w:tc>
          <w:tcPr>
            <w:tcW w:w="5161" w:type="dxa"/>
            <w:tcBorders>
              <w:top w:val="single" w:sz="6" w:space="0" w:color="B9C9D6"/>
              <w:left w:val="single" w:sz="6" w:space="0" w:color="B9C9D6"/>
              <w:bottom w:val="single" w:sz="6" w:space="0" w:color="B9C9D6"/>
              <w:right w:val="single" w:sz="6" w:space="0" w:color="B9C9D6"/>
            </w:tcBorders>
            <w:tcMar>
              <w:left w:w="190" w:type="dxa"/>
            </w:tcMar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cantSplit w:val="true"/>
        </w:trPr>
        <w:tc>
          <w:tcPr>
            <w:tcW w:w="5162" w:type="dxa"/>
            <w:tcBorders>
              <w:top w:val="single" w:sz="6" w:space="0" w:color="B9C9D6"/>
              <w:left w:val="single" w:sz="6" w:space="0" w:color="B9C9D6"/>
              <w:bottom w:val="single" w:sz="6" w:space="0" w:color="B9C9D6"/>
              <w:right w:val="single" w:sz="6" w:space="0" w:color="B9C9D6"/>
            </w:tcBorders>
            <w:shd w:fill="F6FAFD"/>
            <w:vAlign w:val="center"/>
          </w:tcPr>
          <w:p>
            <w:pPr>
              <w:pStyle w:val="Normal"/>
              <w:rPr/>
            </w:pPr>
            <w:r>
              <w:rPr>
                <w:b/>
                <w:color w:val="17324D"/>
                <w:sz w:val="21"/>
              </w:rPr>
              <w:t>Requested Service</w:t>
            </w:r>
          </w:p>
        </w:tc>
        <w:tc>
          <w:tcPr>
            <w:tcW w:w="5161" w:type="dxa"/>
            <w:tcBorders>
              <w:top w:val="single" w:sz="6" w:space="0" w:color="B9C9D6"/>
              <w:left w:val="single" w:sz="6" w:space="0" w:color="B9C9D6"/>
              <w:bottom w:val="single" w:sz="6" w:space="0" w:color="B9C9D6"/>
              <w:right w:val="single" w:sz="6" w:space="0" w:color="B9C9D6"/>
            </w:tcBorders>
            <w:tcMar>
              <w:left w:w="190" w:type="dxa"/>
            </w:tcMar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cantSplit w:val="true"/>
        </w:trPr>
        <w:tc>
          <w:tcPr>
            <w:tcW w:w="5162" w:type="dxa"/>
            <w:tcBorders>
              <w:top w:val="single" w:sz="6" w:space="0" w:color="B9C9D6"/>
              <w:left w:val="single" w:sz="6" w:space="0" w:color="B9C9D6"/>
              <w:bottom w:val="single" w:sz="6" w:space="0" w:color="B9C9D6"/>
              <w:right w:val="single" w:sz="6" w:space="0" w:color="B9C9D6"/>
            </w:tcBorders>
            <w:shd w:fill="F6FAFD"/>
            <w:vAlign w:val="center"/>
          </w:tcPr>
          <w:p>
            <w:pPr>
              <w:pStyle w:val="Normal"/>
              <w:rPr/>
            </w:pPr>
            <w:r>
              <w:rPr>
                <w:b/>
                <w:color w:val="17324D"/>
                <w:sz w:val="21"/>
              </w:rPr>
              <w:t>Cleaning Frequency</w:t>
            </w:r>
          </w:p>
        </w:tc>
        <w:tc>
          <w:tcPr>
            <w:tcW w:w="5161" w:type="dxa"/>
            <w:tcBorders>
              <w:top w:val="single" w:sz="6" w:space="0" w:color="B9C9D6"/>
              <w:left w:val="single" w:sz="6" w:space="0" w:color="B9C9D6"/>
              <w:bottom w:val="single" w:sz="6" w:space="0" w:color="B9C9D6"/>
              <w:right w:val="single" w:sz="6" w:space="0" w:color="B9C9D6"/>
            </w:tcBorders>
            <w:tcMar>
              <w:left w:w="190" w:type="dxa"/>
            </w:tcMar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cantSplit w:val="true"/>
        </w:trPr>
        <w:tc>
          <w:tcPr>
            <w:tcW w:w="5162" w:type="dxa"/>
            <w:tcBorders>
              <w:top w:val="single" w:sz="6" w:space="0" w:color="B9C9D6"/>
              <w:left w:val="single" w:sz="6" w:space="0" w:color="B9C9D6"/>
              <w:bottom w:val="single" w:sz="6" w:space="0" w:color="B9C9D6"/>
              <w:right w:val="single" w:sz="6" w:space="0" w:color="B9C9D6"/>
            </w:tcBorders>
            <w:shd w:fill="F6FAFD"/>
            <w:vAlign w:val="center"/>
          </w:tcPr>
          <w:p>
            <w:pPr>
              <w:pStyle w:val="Normal"/>
              <w:rPr/>
            </w:pPr>
            <w:r>
              <w:rPr>
                <w:b/>
                <w:color w:val="17324D"/>
                <w:sz w:val="21"/>
              </w:rPr>
              <w:t>Preferred Schedule</w:t>
            </w:r>
          </w:p>
        </w:tc>
        <w:tc>
          <w:tcPr>
            <w:tcW w:w="5161" w:type="dxa"/>
            <w:tcBorders>
              <w:top w:val="single" w:sz="6" w:space="0" w:color="B9C9D6"/>
              <w:left w:val="single" w:sz="6" w:space="0" w:color="B9C9D6"/>
              <w:bottom w:val="single" w:sz="6" w:space="0" w:color="B9C9D6"/>
              <w:right w:val="single" w:sz="6" w:space="0" w:color="B9C9D6"/>
            </w:tcBorders>
            <w:tcMar>
              <w:left w:w="190" w:type="dxa"/>
            </w:tcMar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cantSplit w:val="true"/>
        </w:trPr>
        <w:tc>
          <w:tcPr>
            <w:tcW w:w="5162" w:type="dxa"/>
            <w:tcBorders>
              <w:top w:val="single" w:sz="6" w:space="0" w:color="B9C9D6"/>
              <w:left w:val="single" w:sz="6" w:space="0" w:color="B9C9D6"/>
              <w:bottom w:val="single" w:sz="6" w:space="0" w:color="B9C9D6"/>
              <w:right w:val="single" w:sz="6" w:space="0" w:color="B9C9D6"/>
            </w:tcBorders>
            <w:shd w:fill="F6FAFD"/>
            <w:vAlign w:val="center"/>
          </w:tcPr>
          <w:p>
            <w:pPr>
              <w:pStyle w:val="Normal"/>
              <w:rPr/>
            </w:pPr>
            <w:r>
              <w:rPr>
                <w:b/>
                <w:color w:val="17324D"/>
                <w:sz w:val="21"/>
              </w:rPr>
              <w:t>Requested Start Date</w:t>
            </w:r>
          </w:p>
        </w:tc>
        <w:tc>
          <w:tcPr>
            <w:tcW w:w="5161" w:type="dxa"/>
            <w:tcBorders>
              <w:top w:val="single" w:sz="6" w:space="0" w:color="B9C9D6"/>
              <w:left w:val="single" w:sz="6" w:space="0" w:color="B9C9D6"/>
              <w:bottom w:val="single" w:sz="6" w:space="0" w:color="B9C9D6"/>
              <w:right w:val="single" w:sz="6" w:space="0" w:color="B9C9D6"/>
            </w:tcBorders>
            <w:tcMar>
              <w:left w:w="190" w:type="dxa"/>
            </w:tcMar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</w:tr>
    </w:tbl>
    <w:p>
      <w:pPr>
        <w:pStyle w:val="Normal"/>
        <w:spacing w:before="0" w:after="60"/>
        <w:rPr/>
      </w:pPr>
      <w:r>
        <w:rPr/>
      </w:r>
    </w:p>
    <w:tbl>
      <w:tblPr>
        <w:tblW w:w="10325" w:type="dxa"/>
        <w:jc w:val="center"/>
        <w:tblInd w:w="0" w:type="dxa"/>
        <w:tblLayout w:type="fixed"/>
        <w:tblCellMar>
          <w:top w:w="90" w:type="dxa"/>
          <w:left w:w="110" w:type="dxa"/>
          <w:bottom w:w="90" w:type="dxa"/>
          <w:right w:w="110" w:type="dxa"/>
        </w:tblCellMar>
        <w:tblLook w:val="04a0" w:noHBand="0" w:noVBand="1" w:firstColumn="1" w:lastRow="0" w:lastColumn="0" w:firstRow="1"/>
      </w:tblPr>
      <w:tblGrid>
        <w:gridCol w:w="10325"/>
      </w:tblGrid>
      <w:tr>
        <w:trPr/>
        <w:tc>
          <w:tcPr>
            <w:tcW w:w="10325" w:type="dxa"/>
            <w:tcBorders>
              <w:top w:val="single" w:sz="6" w:space="0" w:color="B9C9D6"/>
              <w:left w:val="single" w:sz="6" w:space="0" w:color="B9C9D6"/>
              <w:bottom w:val="single" w:sz="6" w:space="0" w:color="B9C9D6"/>
              <w:right w:val="single" w:sz="6" w:space="0" w:color="B9C9D6"/>
            </w:tcBorders>
            <w:shd w:fill="EAF5FC"/>
          </w:tcPr>
          <w:p>
            <w:pPr>
              <w:pStyle w:val="Normal"/>
              <w:rPr/>
            </w:pPr>
            <w:r>
              <w:rPr>
                <w:b/>
                <w:color w:val="12365A"/>
                <w:sz w:val="20"/>
              </w:rPr>
              <w:t>Initial Notes</w:t>
            </w:r>
          </w:p>
        </w:tc>
      </w:tr>
      <w:tr>
        <w:trPr/>
        <w:tc>
          <w:tcPr>
            <w:tcW w:w="10325" w:type="dxa"/>
            <w:tcBorders>
              <w:top w:val="single" w:sz="6" w:space="0" w:color="B9C9D6"/>
              <w:left w:val="single" w:sz="6" w:space="0" w:color="B9C9D6"/>
              <w:bottom w:val="single" w:sz="6" w:space="0" w:color="B9C9D6"/>
              <w:right w:val="single" w:sz="6" w:space="0" w:color="B9C9D6"/>
            </w:tcBorders>
            <w:tcMar>
              <w:top w:w="140" w:type="dxa"/>
              <w:bottom w:w="140" w:type="dxa"/>
            </w:tcMar>
          </w:tcPr>
          <w:p>
            <w:pPr>
              <w:pStyle w:val="Normal"/>
              <w:rPr/>
            </w:pPr>
            <w:r>
              <w:rPr/>
            </w:r>
          </w:p>
        </w:tc>
      </w:tr>
      <w:tr>
        <w:trPr/>
        <w:tc>
          <w:tcPr>
            <w:tcW w:w="10325" w:type="dxa"/>
            <w:tcBorders>
              <w:top w:val="single" w:sz="6" w:space="0" w:color="B9C9D6"/>
              <w:left w:val="single" w:sz="6" w:space="0" w:color="B9C9D6"/>
              <w:bottom w:val="single" w:sz="6" w:space="0" w:color="B9C9D6"/>
              <w:right w:val="single" w:sz="6" w:space="0" w:color="B9C9D6"/>
            </w:tcBorders>
            <w:tcMar>
              <w:top w:w="140" w:type="dxa"/>
              <w:bottom w:w="140" w:type="dxa"/>
            </w:tcMar>
          </w:tcPr>
          <w:p>
            <w:pPr>
              <w:pStyle w:val="Normal"/>
              <w:rPr/>
            </w:pPr>
            <w:r>
              <w:rPr/>
            </w:r>
          </w:p>
        </w:tc>
      </w:tr>
      <w:tr>
        <w:trPr/>
        <w:tc>
          <w:tcPr>
            <w:tcW w:w="10325" w:type="dxa"/>
            <w:tcBorders>
              <w:top w:val="single" w:sz="6" w:space="0" w:color="B9C9D6"/>
              <w:left w:val="single" w:sz="6" w:space="0" w:color="B9C9D6"/>
              <w:bottom w:val="single" w:sz="6" w:space="0" w:color="B9C9D6"/>
              <w:right w:val="single" w:sz="6" w:space="0" w:color="B9C9D6"/>
            </w:tcBorders>
            <w:tcMar>
              <w:top w:w="140" w:type="dxa"/>
              <w:bottom w:w="140" w:type="dxa"/>
            </w:tcMar>
          </w:tcPr>
          <w:p>
            <w:pPr>
              <w:pStyle w:val="Normal"/>
              <w:rPr/>
            </w:pPr>
            <w:r>
              <w:rPr/>
            </w:r>
          </w:p>
        </w:tc>
      </w:tr>
    </w:tbl>
    <w:p>
      <w:pPr>
        <w:pStyle w:val="Normal"/>
        <w:rPr/>
      </w:pPr>
      <w:r>
        <w:rPr/>
      </w:r>
      <w:r>
        <w:br w:type="page"/>
      </w:r>
    </w:p>
    <w:tbl>
      <w:tblPr>
        <w:tblW w:w="10324" w:type="dxa"/>
        <w:jc w:val="center"/>
        <w:tblInd w:w="0" w:type="dxa"/>
        <w:tblLayout w:type="fixed"/>
        <w:tblCellMar>
          <w:top w:w="110" w:type="dxa"/>
          <w:left w:w="230" w:type="dxa"/>
          <w:bottom w:w="110" w:type="dxa"/>
          <w:right w:w="160" w:type="dxa"/>
        </w:tblCellMar>
        <w:tblLook w:val="04a0" w:noHBand="0" w:noVBand="1" w:firstColumn="1" w:lastRow="0" w:lastColumn="0" w:firstRow="1"/>
      </w:tblPr>
      <w:tblGrid>
        <w:gridCol w:w="10324"/>
      </w:tblGrid>
      <w:tr>
        <w:trPr/>
        <w:tc>
          <w:tcPr>
            <w:tcW w:w="10324" w:type="dxa"/>
            <w:tcBorders>
              <w:top w:val="single" w:sz="2" w:space="0" w:color="EEF8F2"/>
              <w:left w:val="single" w:sz="2" w:space="0" w:color="EEF8F2"/>
              <w:bottom w:val="single" w:sz="2" w:space="0" w:color="EEF8F2"/>
              <w:right w:val="single" w:sz="2" w:space="0" w:color="EEF8F2"/>
            </w:tcBorders>
            <w:shd w:fill="EAF5FC"/>
          </w:tcPr>
          <w:p>
            <w:pPr>
              <w:pStyle w:val="Normal"/>
              <w:pageBreakBefore/>
              <w:spacing w:before="0" w:after="0"/>
              <w:jc w:val="left"/>
              <w:rPr/>
            </w:pPr>
            <w:r>
              <w:rPr>
                <w:b/>
                <w:color w:val="12365A"/>
                <w:sz w:val="30"/>
              </w:rPr>
              <w:t>2.  Rooms and Areas</w:t>
            </w:r>
          </w:p>
        </w:tc>
      </w:tr>
    </w:tbl>
    <w:p>
      <w:pPr>
        <w:pStyle w:val="Normal"/>
        <w:spacing w:before="0" w:after="60"/>
        <w:rPr/>
      </w:pPr>
      <w:r>
        <w:rPr/>
      </w:r>
    </w:p>
    <w:p>
      <w:pPr>
        <w:pStyle w:val="Normal"/>
        <w:spacing w:before="0" w:after="160"/>
        <w:rPr/>
      </w:pPr>
      <w:r>
        <w:rPr>
          <w:b w:val="false"/>
          <w:color w:val="53697C"/>
          <w:sz w:val="21"/>
        </w:rPr>
        <w:t>Check each area included in the job. Use the right column only for useful quantities or notes.</w:t>
      </w:r>
    </w:p>
    <w:tbl>
      <w:tblPr>
        <w:tblW w:w="10123" w:type="dxa"/>
        <w:jc w:val="center"/>
        <w:tblInd w:w="0" w:type="dxa"/>
        <w:tblLayout w:type="fixed"/>
        <w:tblCellMar>
          <w:top w:w="110" w:type="dxa"/>
          <w:left w:w="145" w:type="dxa"/>
          <w:bottom w:w="110" w:type="dxa"/>
          <w:right w:w="55" w:type="dxa"/>
        </w:tblCellMar>
        <w:tblLook w:val="04a0" w:noHBand="0" w:noVBand="1" w:firstColumn="1" w:lastRow="0" w:lastColumn="0" w:firstRow="1"/>
      </w:tblPr>
      <w:tblGrid>
        <w:gridCol w:w="3816"/>
        <w:gridCol w:w="834"/>
        <w:gridCol w:w="5473"/>
      </w:tblGrid>
      <w:tr>
        <w:trPr>
          <w:tblHeader w:val="true"/>
        </w:trPr>
        <w:tc>
          <w:tcPr>
            <w:tcW w:w="3816" w:type="dxa"/>
            <w:tcBorders>
              <w:top w:val="single" w:sz="6" w:space="0" w:color="B9C9D6"/>
              <w:left w:val="single" w:sz="6" w:space="0" w:color="B9C9D6"/>
              <w:bottom w:val="single" w:sz="6" w:space="0" w:color="B9C9D6"/>
              <w:right w:val="single" w:sz="6" w:space="0" w:color="B9C9D6"/>
            </w:tcBorders>
            <w:shd w:fill="EAF5FC"/>
          </w:tcPr>
          <w:p>
            <w:pPr>
              <w:pStyle w:val="Normal"/>
              <w:jc w:val="left"/>
              <w:rPr/>
            </w:pPr>
            <w:r>
              <w:rPr>
                <w:b/>
                <w:color w:val="12365A"/>
                <w:sz w:val="20"/>
              </w:rPr>
              <w:t>Area</w:t>
            </w:r>
          </w:p>
        </w:tc>
        <w:tc>
          <w:tcPr>
            <w:tcW w:w="834" w:type="dxa"/>
            <w:tcBorders>
              <w:top w:val="single" w:sz="6" w:space="0" w:color="B9C9D6"/>
              <w:left w:val="single" w:sz="6" w:space="0" w:color="B9C9D6"/>
              <w:bottom w:val="single" w:sz="6" w:space="0" w:color="B9C9D6"/>
              <w:right w:val="single" w:sz="6" w:space="0" w:color="B9C9D6"/>
            </w:tcBorders>
            <w:shd w:fill="EAF5FC"/>
            <w:tcMar>
              <w:left w:w="12" w:type="dxa"/>
              <w:right w:w="12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rPr>
                <w:b/>
                <w:color w:val="12365A"/>
                <w:sz w:val="20"/>
              </w:rPr>
              <w:t>Check</w:t>
            </w:r>
          </w:p>
        </w:tc>
        <w:tc>
          <w:tcPr>
            <w:tcW w:w="5473" w:type="dxa"/>
            <w:tcBorders>
              <w:top w:val="single" w:sz="6" w:space="0" w:color="B9C9D6"/>
              <w:left w:val="single" w:sz="6" w:space="0" w:color="B9C9D6"/>
              <w:bottom w:val="single" w:sz="6" w:space="0" w:color="B9C9D6"/>
              <w:right w:val="single" w:sz="6" w:space="0" w:color="B9C9D6"/>
            </w:tcBorders>
            <w:shd w:fill="EAF5FC"/>
            <w:tcMar>
              <w:left w:w="150" w:type="dxa"/>
              <w:right w:w="85" w:type="dxa"/>
            </w:tcMar>
          </w:tcPr>
          <w:p>
            <w:pPr>
              <w:pStyle w:val="Normal"/>
              <w:jc w:val="left"/>
              <w:rPr/>
            </w:pPr>
            <w:r>
              <w:rPr>
                <w:b/>
                <w:color w:val="12365A"/>
                <w:sz w:val="20"/>
              </w:rPr>
              <w:t>Quantity / Details</w:t>
            </w:r>
          </w:p>
        </w:tc>
      </w:tr>
      <w:tr>
        <w:trPr>
          <w:cantSplit w:val="true"/>
        </w:trPr>
        <w:tc>
          <w:tcPr>
            <w:tcW w:w="3816" w:type="dxa"/>
            <w:tcBorders>
              <w:top w:val="single" w:sz="6" w:space="0" w:color="B9C9D6"/>
              <w:left w:val="single" w:sz="6" w:space="0" w:color="B9C9D6"/>
              <w:bottom w:val="single" w:sz="6" w:space="0" w:color="B9C9D6"/>
              <w:right w:val="single" w:sz="6" w:space="0" w:color="B9C9D6"/>
            </w:tcBorders>
            <w:vAlign w:val="center"/>
          </w:tcPr>
          <w:p>
            <w:pPr>
              <w:pStyle w:val="Normal"/>
              <w:rPr/>
            </w:pPr>
            <w:r>
              <w:rPr>
                <w:b w:val="false"/>
                <w:color w:val="17324D"/>
                <w:sz w:val="20"/>
              </w:rPr>
              <w:t>Bedrooms / Offices</w:t>
            </w:r>
          </w:p>
        </w:tc>
        <w:tc>
          <w:tcPr>
            <w:tcW w:w="834" w:type="dxa"/>
            <w:tcBorders>
              <w:top w:val="single" w:sz="6" w:space="0" w:color="B9C9D6"/>
              <w:left w:val="single" w:sz="6" w:space="0" w:color="B9C9D6"/>
              <w:bottom w:val="single" w:sz="6" w:space="0" w:color="B9C9D6"/>
              <w:right w:val="single" w:sz="6" w:space="0" w:color="B9C9D6"/>
            </w:tcBorders>
            <w:tcMar>
              <w:left w:w="12" w:type="dxa"/>
              <w:right w:w="12" w:type="dxa"/>
            </w:tcMar>
            <w:vAlign w:val="center"/>
          </w:tcPr>
          <w:p>
            <w:pPr>
              <w:pStyle w:val="Normal"/>
              <w:jc w:val="center"/>
              <w:rPr/>
            </w:pPr>
            <w:sdt>
              <w:sdtPr>
                <w:alias w:val="Check box"/>
                <w:tag w:val="checkbox"/>
                <w14:checkbox>
                  <w14:checked w14:val="0"/>
                  <w14:checkedState w14:val="2612"/>
                  <w14:uncheckedState w14:val="2610"/>
                </w14:checkbox>
              </w:sdtPr>
              <w:sdtContent>
                <w:r>
                  <w:rPr>
                    <w:sz w:val="24"/>
                  </w:rPr>
                </w:r>
                <w:r>
                  <w:rPr>
                    <w:sz w:val="24"/>
                  </w:rPr>
                  <w:t>☐</w:t>
                </w:r>
              </w:sdtContent>
            </w:sdt>
          </w:p>
        </w:tc>
        <w:tc>
          <w:tcPr>
            <w:tcW w:w="5473" w:type="dxa"/>
            <w:tcBorders>
              <w:top w:val="single" w:sz="6" w:space="0" w:color="B9C9D6"/>
              <w:left w:val="single" w:sz="6" w:space="0" w:color="B9C9D6"/>
              <w:bottom w:val="single" w:sz="6" w:space="0" w:color="B9C9D6"/>
              <w:right w:val="single" w:sz="6" w:space="0" w:color="B9C9D6"/>
            </w:tcBorders>
            <w:tcMar>
              <w:left w:w="150" w:type="dxa"/>
              <w:right w:w="85" w:type="dxa"/>
            </w:tcMar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cantSplit w:val="true"/>
        </w:trPr>
        <w:tc>
          <w:tcPr>
            <w:tcW w:w="3816" w:type="dxa"/>
            <w:tcBorders>
              <w:top w:val="single" w:sz="6" w:space="0" w:color="B9C9D6"/>
              <w:left w:val="single" w:sz="6" w:space="0" w:color="B9C9D6"/>
              <w:bottom w:val="single" w:sz="6" w:space="0" w:color="B9C9D6"/>
              <w:right w:val="single" w:sz="6" w:space="0" w:color="B9C9D6"/>
            </w:tcBorders>
            <w:vAlign w:val="center"/>
          </w:tcPr>
          <w:p>
            <w:pPr>
              <w:pStyle w:val="Normal"/>
              <w:rPr/>
            </w:pPr>
            <w:r>
              <w:rPr>
                <w:b w:val="false"/>
                <w:color w:val="17324D"/>
                <w:sz w:val="20"/>
              </w:rPr>
              <w:t>Bathrooms / Restrooms</w:t>
            </w:r>
          </w:p>
        </w:tc>
        <w:tc>
          <w:tcPr>
            <w:tcW w:w="834" w:type="dxa"/>
            <w:tcBorders>
              <w:top w:val="single" w:sz="6" w:space="0" w:color="B9C9D6"/>
              <w:left w:val="single" w:sz="6" w:space="0" w:color="B9C9D6"/>
              <w:bottom w:val="single" w:sz="6" w:space="0" w:color="B9C9D6"/>
              <w:right w:val="single" w:sz="6" w:space="0" w:color="B9C9D6"/>
            </w:tcBorders>
            <w:tcMar>
              <w:left w:w="12" w:type="dxa"/>
              <w:right w:w="12" w:type="dxa"/>
            </w:tcMar>
            <w:vAlign w:val="center"/>
          </w:tcPr>
          <w:p>
            <w:pPr>
              <w:pStyle w:val="Normal"/>
              <w:jc w:val="center"/>
              <w:rPr/>
            </w:pPr>
            <w:sdt>
              <w:sdtPr>
                <w:alias w:val="Check box"/>
                <w:tag w:val="checkbox"/>
                <w14:checkbox>
                  <w14:checked w14:val="0"/>
                  <w14:checkedState w14:val="2612"/>
                  <w14:uncheckedState w14:val="2610"/>
                </w14:checkbox>
              </w:sdtPr>
              <w:sdtContent>
                <w:r>
                  <w:rPr>
                    <w:sz w:val="24"/>
                  </w:rPr>
                </w:r>
                <w:r>
                  <w:rPr>
                    <w:sz w:val="24"/>
                  </w:rPr>
                  <w:t>☐</w:t>
                </w:r>
              </w:sdtContent>
            </w:sdt>
          </w:p>
        </w:tc>
        <w:tc>
          <w:tcPr>
            <w:tcW w:w="5473" w:type="dxa"/>
            <w:tcBorders>
              <w:top w:val="single" w:sz="6" w:space="0" w:color="B9C9D6"/>
              <w:left w:val="single" w:sz="6" w:space="0" w:color="B9C9D6"/>
              <w:bottom w:val="single" w:sz="6" w:space="0" w:color="B9C9D6"/>
              <w:right w:val="single" w:sz="6" w:space="0" w:color="B9C9D6"/>
            </w:tcBorders>
            <w:tcMar>
              <w:left w:w="150" w:type="dxa"/>
              <w:right w:w="85" w:type="dxa"/>
            </w:tcMar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cantSplit w:val="true"/>
        </w:trPr>
        <w:tc>
          <w:tcPr>
            <w:tcW w:w="3816" w:type="dxa"/>
            <w:tcBorders>
              <w:top w:val="single" w:sz="6" w:space="0" w:color="B9C9D6"/>
              <w:left w:val="single" w:sz="6" w:space="0" w:color="B9C9D6"/>
              <w:bottom w:val="single" w:sz="6" w:space="0" w:color="B9C9D6"/>
              <w:right w:val="single" w:sz="6" w:space="0" w:color="B9C9D6"/>
            </w:tcBorders>
            <w:vAlign w:val="center"/>
          </w:tcPr>
          <w:p>
            <w:pPr>
              <w:pStyle w:val="Normal"/>
              <w:rPr/>
            </w:pPr>
            <w:r>
              <w:rPr>
                <w:b w:val="false"/>
                <w:color w:val="17324D"/>
                <w:sz w:val="20"/>
              </w:rPr>
              <w:t>Kitchen / Break Areas</w:t>
            </w:r>
          </w:p>
        </w:tc>
        <w:tc>
          <w:tcPr>
            <w:tcW w:w="834" w:type="dxa"/>
            <w:tcBorders>
              <w:top w:val="single" w:sz="6" w:space="0" w:color="B9C9D6"/>
              <w:left w:val="single" w:sz="6" w:space="0" w:color="B9C9D6"/>
              <w:bottom w:val="single" w:sz="6" w:space="0" w:color="B9C9D6"/>
              <w:right w:val="single" w:sz="6" w:space="0" w:color="B9C9D6"/>
            </w:tcBorders>
            <w:tcMar>
              <w:left w:w="12" w:type="dxa"/>
              <w:right w:w="12" w:type="dxa"/>
            </w:tcMar>
            <w:vAlign w:val="center"/>
          </w:tcPr>
          <w:p>
            <w:pPr>
              <w:pStyle w:val="Normal"/>
              <w:jc w:val="center"/>
              <w:rPr/>
            </w:pPr>
            <w:sdt>
              <w:sdtPr>
                <w:alias w:val="Check box"/>
                <w:tag w:val="checkbox"/>
                <w14:checkbox>
                  <w14:checked w14:val="0"/>
                  <w14:checkedState w14:val="2612"/>
                  <w14:uncheckedState w14:val="2610"/>
                </w14:checkbox>
              </w:sdtPr>
              <w:sdtContent>
                <w:r>
                  <w:rPr>
                    <w:sz w:val="24"/>
                  </w:rPr>
                </w:r>
                <w:r>
                  <w:rPr>
                    <w:sz w:val="24"/>
                  </w:rPr>
                  <w:t>☐</w:t>
                </w:r>
              </w:sdtContent>
            </w:sdt>
          </w:p>
        </w:tc>
        <w:tc>
          <w:tcPr>
            <w:tcW w:w="5473" w:type="dxa"/>
            <w:tcBorders>
              <w:top w:val="single" w:sz="6" w:space="0" w:color="B9C9D6"/>
              <w:left w:val="single" w:sz="6" w:space="0" w:color="B9C9D6"/>
              <w:bottom w:val="single" w:sz="6" w:space="0" w:color="B9C9D6"/>
              <w:right w:val="single" w:sz="6" w:space="0" w:color="B9C9D6"/>
            </w:tcBorders>
            <w:tcMar>
              <w:left w:w="150" w:type="dxa"/>
              <w:right w:w="85" w:type="dxa"/>
            </w:tcMar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cantSplit w:val="true"/>
        </w:trPr>
        <w:tc>
          <w:tcPr>
            <w:tcW w:w="3816" w:type="dxa"/>
            <w:tcBorders>
              <w:top w:val="single" w:sz="6" w:space="0" w:color="B9C9D6"/>
              <w:left w:val="single" w:sz="6" w:space="0" w:color="B9C9D6"/>
              <w:bottom w:val="single" w:sz="6" w:space="0" w:color="B9C9D6"/>
              <w:right w:val="single" w:sz="6" w:space="0" w:color="B9C9D6"/>
            </w:tcBorders>
            <w:vAlign w:val="center"/>
          </w:tcPr>
          <w:p>
            <w:pPr>
              <w:pStyle w:val="Normal"/>
              <w:rPr/>
            </w:pPr>
            <w:r>
              <w:rPr>
                <w:b w:val="false"/>
                <w:color w:val="17324D"/>
                <w:sz w:val="20"/>
              </w:rPr>
              <w:t>Living Areas / Workspaces</w:t>
            </w:r>
          </w:p>
        </w:tc>
        <w:tc>
          <w:tcPr>
            <w:tcW w:w="834" w:type="dxa"/>
            <w:tcBorders>
              <w:top w:val="single" w:sz="6" w:space="0" w:color="B9C9D6"/>
              <w:left w:val="single" w:sz="6" w:space="0" w:color="B9C9D6"/>
              <w:bottom w:val="single" w:sz="6" w:space="0" w:color="B9C9D6"/>
              <w:right w:val="single" w:sz="6" w:space="0" w:color="B9C9D6"/>
            </w:tcBorders>
            <w:tcMar>
              <w:left w:w="12" w:type="dxa"/>
              <w:right w:w="12" w:type="dxa"/>
            </w:tcMar>
            <w:vAlign w:val="center"/>
          </w:tcPr>
          <w:p>
            <w:pPr>
              <w:pStyle w:val="Normal"/>
              <w:jc w:val="center"/>
              <w:rPr/>
            </w:pPr>
            <w:sdt>
              <w:sdtPr>
                <w:alias w:val="Check box"/>
                <w:tag w:val="checkbox"/>
                <w14:checkbox>
                  <w14:checked w14:val="0"/>
                  <w14:checkedState w14:val="2612"/>
                  <w14:uncheckedState w14:val="2610"/>
                </w14:checkbox>
              </w:sdtPr>
              <w:sdtContent>
                <w:r>
                  <w:rPr>
                    <w:sz w:val="24"/>
                  </w:rPr>
                </w:r>
                <w:r>
                  <w:rPr>
                    <w:sz w:val="24"/>
                  </w:rPr>
                  <w:t>☐</w:t>
                </w:r>
              </w:sdtContent>
            </w:sdt>
          </w:p>
        </w:tc>
        <w:tc>
          <w:tcPr>
            <w:tcW w:w="5473" w:type="dxa"/>
            <w:tcBorders>
              <w:top w:val="single" w:sz="6" w:space="0" w:color="B9C9D6"/>
              <w:left w:val="single" w:sz="6" w:space="0" w:color="B9C9D6"/>
              <w:bottom w:val="single" w:sz="6" w:space="0" w:color="B9C9D6"/>
              <w:right w:val="single" w:sz="6" w:space="0" w:color="B9C9D6"/>
            </w:tcBorders>
            <w:tcMar>
              <w:left w:w="150" w:type="dxa"/>
              <w:right w:w="85" w:type="dxa"/>
            </w:tcMar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cantSplit w:val="true"/>
        </w:trPr>
        <w:tc>
          <w:tcPr>
            <w:tcW w:w="3816" w:type="dxa"/>
            <w:tcBorders>
              <w:top w:val="single" w:sz="6" w:space="0" w:color="B9C9D6"/>
              <w:left w:val="single" w:sz="6" w:space="0" w:color="B9C9D6"/>
              <w:bottom w:val="single" w:sz="6" w:space="0" w:color="B9C9D6"/>
              <w:right w:val="single" w:sz="6" w:space="0" w:color="B9C9D6"/>
            </w:tcBorders>
            <w:vAlign w:val="center"/>
          </w:tcPr>
          <w:p>
            <w:pPr>
              <w:pStyle w:val="Normal"/>
              <w:rPr/>
            </w:pPr>
            <w:r>
              <w:rPr>
                <w:b w:val="false"/>
                <w:color w:val="17324D"/>
                <w:sz w:val="20"/>
              </w:rPr>
              <w:t>Dining Areas / Conference Rooms</w:t>
            </w:r>
          </w:p>
        </w:tc>
        <w:tc>
          <w:tcPr>
            <w:tcW w:w="834" w:type="dxa"/>
            <w:tcBorders>
              <w:top w:val="single" w:sz="6" w:space="0" w:color="B9C9D6"/>
              <w:left w:val="single" w:sz="6" w:space="0" w:color="B9C9D6"/>
              <w:bottom w:val="single" w:sz="6" w:space="0" w:color="B9C9D6"/>
              <w:right w:val="single" w:sz="6" w:space="0" w:color="B9C9D6"/>
            </w:tcBorders>
            <w:tcMar>
              <w:left w:w="12" w:type="dxa"/>
              <w:right w:w="12" w:type="dxa"/>
            </w:tcMar>
            <w:vAlign w:val="center"/>
          </w:tcPr>
          <w:p>
            <w:pPr>
              <w:pStyle w:val="Normal"/>
              <w:jc w:val="center"/>
              <w:rPr/>
            </w:pPr>
            <w:sdt>
              <w:sdtPr>
                <w:alias w:val="Check box"/>
                <w:tag w:val="checkbox"/>
                <w14:checkbox>
                  <w14:checked w14:val="0"/>
                  <w14:checkedState w14:val="2612"/>
                  <w14:uncheckedState w14:val="2610"/>
                </w14:checkbox>
              </w:sdtPr>
              <w:sdtContent>
                <w:r>
                  <w:rPr>
                    <w:sz w:val="24"/>
                  </w:rPr>
                </w:r>
                <w:r>
                  <w:rPr>
                    <w:sz w:val="24"/>
                  </w:rPr>
                  <w:t>☐</w:t>
                </w:r>
              </w:sdtContent>
            </w:sdt>
          </w:p>
        </w:tc>
        <w:tc>
          <w:tcPr>
            <w:tcW w:w="5473" w:type="dxa"/>
            <w:tcBorders>
              <w:top w:val="single" w:sz="6" w:space="0" w:color="B9C9D6"/>
              <w:left w:val="single" w:sz="6" w:space="0" w:color="B9C9D6"/>
              <w:bottom w:val="single" w:sz="6" w:space="0" w:color="B9C9D6"/>
              <w:right w:val="single" w:sz="6" w:space="0" w:color="B9C9D6"/>
            </w:tcBorders>
            <w:tcMar>
              <w:left w:w="150" w:type="dxa"/>
              <w:right w:w="85" w:type="dxa"/>
            </w:tcMar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cantSplit w:val="true"/>
        </w:trPr>
        <w:tc>
          <w:tcPr>
            <w:tcW w:w="3816" w:type="dxa"/>
            <w:tcBorders>
              <w:top w:val="single" w:sz="6" w:space="0" w:color="B9C9D6"/>
              <w:left w:val="single" w:sz="6" w:space="0" w:color="B9C9D6"/>
              <w:bottom w:val="single" w:sz="6" w:space="0" w:color="B9C9D6"/>
              <w:right w:val="single" w:sz="6" w:space="0" w:color="B9C9D6"/>
            </w:tcBorders>
            <w:vAlign w:val="center"/>
          </w:tcPr>
          <w:p>
            <w:pPr>
              <w:pStyle w:val="Normal"/>
              <w:rPr/>
            </w:pPr>
            <w:r>
              <w:rPr>
                <w:b w:val="false"/>
                <w:color w:val="17324D"/>
                <w:sz w:val="20"/>
              </w:rPr>
              <w:t>Hallways / Stairs</w:t>
            </w:r>
          </w:p>
        </w:tc>
        <w:tc>
          <w:tcPr>
            <w:tcW w:w="834" w:type="dxa"/>
            <w:tcBorders>
              <w:top w:val="single" w:sz="6" w:space="0" w:color="B9C9D6"/>
              <w:left w:val="single" w:sz="6" w:space="0" w:color="B9C9D6"/>
              <w:bottom w:val="single" w:sz="6" w:space="0" w:color="B9C9D6"/>
              <w:right w:val="single" w:sz="6" w:space="0" w:color="B9C9D6"/>
            </w:tcBorders>
            <w:tcMar>
              <w:left w:w="12" w:type="dxa"/>
              <w:right w:w="12" w:type="dxa"/>
            </w:tcMar>
            <w:vAlign w:val="center"/>
          </w:tcPr>
          <w:p>
            <w:pPr>
              <w:pStyle w:val="Normal"/>
              <w:jc w:val="center"/>
              <w:rPr/>
            </w:pPr>
            <w:sdt>
              <w:sdtPr>
                <w:alias w:val="Check box"/>
                <w:tag w:val="checkbox"/>
                <w14:checkbox>
                  <w14:checked w14:val="0"/>
                  <w14:checkedState w14:val="2612"/>
                  <w14:uncheckedState w14:val="2610"/>
                </w14:checkbox>
              </w:sdtPr>
              <w:sdtContent>
                <w:r>
                  <w:rPr>
                    <w:sz w:val="24"/>
                  </w:rPr>
                </w:r>
                <w:r>
                  <w:rPr>
                    <w:sz w:val="24"/>
                  </w:rPr>
                  <w:t>☐</w:t>
                </w:r>
              </w:sdtContent>
            </w:sdt>
          </w:p>
        </w:tc>
        <w:tc>
          <w:tcPr>
            <w:tcW w:w="5473" w:type="dxa"/>
            <w:tcBorders>
              <w:top w:val="single" w:sz="6" w:space="0" w:color="B9C9D6"/>
              <w:left w:val="single" w:sz="6" w:space="0" w:color="B9C9D6"/>
              <w:bottom w:val="single" w:sz="6" w:space="0" w:color="B9C9D6"/>
              <w:right w:val="single" w:sz="6" w:space="0" w:color="B9C9D6"/>
            </w:tcBorders>
            <w:tcMar>
              <w:left w:w="150" w:type="dxa"/>
              <w:right w:w="85" w:type="dxa"/>
            </w:tcMar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cantSplit w:val="true"/>
        </w:trPr>
        <w:tc>
          <w:tcPr>
            <w:tcW w:w="3816" w:type="dxa"/>
            <w:tcBorders>
              <w:top w:val="single" w:sz="6" w:space="0" w:color="B9C9D6"/>
              <w:left w:val="single" w:sz="6" w:space="0" w:color="B9C9D6"/>
              <w:bottom w:val="single" w:sz="6" w:space="0" w:color="B9C9D6"/>
              <w:right w:val="single" w:sz="6" w:space="0" w:color="B9C9D6"/>
            </w:tcBorders>
            <w:vAlign w:val="center"/>
          </w:tcPr>
          <w:p>
            <w:pPr>
              <w:pStyle w:val="Normal"/>
              <w:rPr/>
            </w:pPr>
            <w:r>
              <w:rPr>
                <w:b w:val="false"/>
                <w:color w:val="17324D"/>
                <w:sz w:val="20"/>
              </w:rPr>
              <w:t>Entryways / Lobby</w:t>
            </w:r>
          </w:p>
        </w:tc>
        <w:tc>
          <w:tcPr>
            <w:tcW w:w="834" w:type="dxa"/>
            <w:tcBorders>
              <w:top w:val="single" w:sz="6" w:space="0" w:color="B9C9D6"/>
              <w:left w:val="single" w:sz="6" w:space="0" w:color="B9C9D6"/>
              <w:bottom w:val="single" w:sz="6" w:space="0" w:color="B9C9D6"/>
              <w:right w:val="single" w:sz="6" w:space="0" w:color="B9C9D6"/>
            </w:tcBorders>
            <w:tcMar>
              <w:left w:w="12" w:type="dxa"/>
              <w:right w:w="12" w:type="dxa"/>
            </w:tcMar>
            <w:vAlign w:val="center"/>
          </w:tcPr>
          <w:p>
            <w:pPr>
              <w:pStyle w:val="Normal"/>
              <w:jc w:val="center"/>
              <w:rPr/>
            </w:pPr>
            <w:sdt>
              <w:sdtPr>
                <w:alias w:val="Check box"/>
                <w:tag w:val="checkbox"/>
                <w14:checkbox>
                  <w14:checked w14:val="0"/>
                  <w14:checkedState w14:val="2612"/>
                  <w14:uncheckedState w14:val="2610"/>
                </w14:checkbox>
              </w:sdtPr>
              <w:sdtContent>
                <w:r>
                  <w:rPr>
                    <w:sz w:val="24"/>
                  </w:rPr>
                </w:r>
                <w:r>
                  <w:rPr>
                    <w:sz w:val="24"/>
                  </w:rPr>
                  <w:t>☐</w:t>
                </w:r>
              </w:sdtContent>
            </w:sdt>
          </w:p>
        </w:tc>
        <w:tc>
          <w:tcPr>
            <w:tcW w:w="5473" w:type="dxa"/>
            <w:tcBorders>
              <w:top w:val="single" w:sz="6" w:space="0" w:color="B9C9D6"/>
              <w:left w:val="single" w:sz="6" w:space="0" w:color="B9C9D6"/>
              <w:bottom w:val="single" w:sz="6" w:space="0" w:color="B9C9D6"/>
              <w:right w:val="single" w:sz="6" w:space="0" w:color="B9C9D6"/>
            </w:tcBorders>
            <w:tcMar>
              <w:left w:w="150" w:type="dxa"/>
              <w:right w:w="85" w:type="dxa"/>
            </w:tcMar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cantSplit w:val="true"/>
        </w:trPr>
        <w:tc>
          <w:tcPr>
            <w:tcW w:w="3816" w:type="dxa"/>
            <w:tcBorders>
              <w:top w:val="single" w:sz="6" w:space="0" w:color="B9C9D6"/>
              <w:left w:val="single" w:sz="6" w:space="0" w:color="B9C9D6"/>
              <w:bottom w:val="single" w:sz="6" w:space="0" w:color="B9C9D6"/>
              <w:right w:val="single" w:sz="6" w:space="0" w:color="B9C9D6"/>
            </w:tcBorders>
            <w:vAlign w:val="center"/>
          </w:tcPr>
          <w:p>
            <w:pPr>
              <w:pStyle w:val="Normal"/>
              <w:rPr/>
            </w:pPr>
            <w:r>
              <w:rPr>
                <w:b w:val="false"/>
                <w:color w:val="17324D"/>
                <w:sz w:val="20"/>
              </w:rPr>
              <w:t>Laundry Room</w:t>
            </w:r>
          </w:p>
        </w:tc>
        <w:tc>
          <w:tcPr>
            <w:tcW w:w="834" w:type="dxa"/>
            <w:tcBorders>
              <w:top w:val="single" w:sz="6" w:space="0" w:color="B9C9D6"/>
              <w:left w:val="single" w:sz="6" w:space="0" w:color="B9C9D6"/>
              <w:bottom w:val="single" w:sz="6" w:space="0" w:color="B9C9D6"/>
              <w:right w:val="single" w:sz="6" w:space="0" w:color="B9C9D6"/>
            </w:tcBorders>
            <w:tcMar>
              <w:left w:w="12" w:type="dxa"/>
              <w:right w:w="12" w:type="dxa"/>
            </w:tcMar>
            <w:vAlign w:val="center"/>
          </w:tcPr>
          <w:p>
            <w:pPr>
              <w:pStyle w:val="Normal"/>
              <w:jc w:val="center"/>
              <w:rPr/>
            </w:pPr>
            <w:sdt>
              <w:sdtPr>
                <w:alias w:val="Check box"/>
                <w:tag w:val="checkbox"/>
                <w14:checkbox>
                  <w14:checked w14:val="0"/>
                  <w14:checkedState w14:val="2612"/>
                  <w14:uncheckedState w14:val="2610"/>
                </w14:checkbox>
              </w:sdtPr>
              <w:sdtContent>
                <w:r>
                  <w:rPr>
                    <w:sz w:val="24"/>
                  </w:rPr>
                </w:r>
                <w:r>
                  <w:rPr>
                    <w:sz w:val="24"/>
                  </w:rPr>
                  <w:t>☐</w:t>
                </w:r>
              </w:sdtContent>
            </w:sdt>
          </w:p>
        </w:tc>
        <w:tc>
          <w:tcPr>
            <w:tcW w:w="5473" w:type="dxa"/>
            <w:tcBorders>
              <w:top w:val="single" w:sz="6" w:space="0" w:color="B9C9D6"/>
              <w:left w:val="single" w:sz="6" w:space="0" w:color="B9C9D6"/>
              <w:bottom w:val="single" w:sz="6" w:space="0" w:color="B9C9D6"/>
              <w:right w:val="single" w:sz="6" w:space="0" w:color="B9C9D6"/>
            </w:tcBorders>
            <w:tcMar>
              <w:left w:w="150" w:type="dxa"/>
              <w:right w:w="85" w:type="dxa"/>
            </w:tcMar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cantSplit w:val="true"/>
        </w:trPr>
        <w:tc>
          <w:tcPr>
            <w:tcW w:w="3816" w:type="dxa"/>
            <w:tcBorders>
              <w:top w:val="single" w:sz="6" w:space="0" w:color="B9C9D6"/>
              <w:left w:val="single" w:sz="6" w:space="0" w:color="B9C9D6"/>
              <w:bottom w:val="single" w:sz="6" w:space="0" w:color="B9C9D6"/>
              <w:right w:val="single" w:sz="6" w:space="0" w:color="B9C9D6"/>
            </w:tcBorders>
            <w:vAlign w:val="center"/>
          </w:tcPr>
          <w:p>
            <w:pPr>
              <w:pStyle w:val="Normal"/>
              <w:rPr/>
            </w:pPr>
            <w:r>
              <w:rPr>
                <w:b w:val="false"/>
                <w:color w:val="17324D"/>
                <w:sz w:val="20"/>
              </w:rPr>
              <w:t>Storage Areas</w:t>
            </w:r>
          </w:p>
        </w:tc>
        <w:tc>
          <w:tcPr>
            <w:tcW w:w="834" w:type="dxa"/>
            <w:tcBorders>
              <w:top w:val="single" w:sz="6" w:space="0" w:color="B9C9D6"/>
              <w:left w:val="single" w:sz="6" w:space="0" w:color="B9C9D6"/>
              <w:bottom w:val="single" w:sz="6" w:space="0" w:color="B9C9D6"/>
              <w:right w:val="single" w:sz="6" w:space="0" w:color="B9C9D6"/>
            </w:tcBorders>
            <w:tcMar>
              <w:left w:w="12" w:type="dxa"/>
              <w:right w:w="12" w:type="dxa"/>
            </w:tcMar>
            <w:vAlign w:val="center"/>
          </w:tcPr>
          <w:p>
            <w:pPr>
              <w:pStyle w:val="Normal"/>
              <w:jc w:val="center"/>
              <w:rPr/>
            </w:pPr>
            <w:sdt>
              <w:sdtPr>
                <w:alias w:val="Check box"/>
                <w:tag w:val="checkbox"/>
                <w14:checkbox>
                  <w14:checked w14:val="0"/>
                  <w14:checkedState w14:val="2612"/>
                  <w14:uncheckedState w14:val="2610"/>
                </w14:checkbox>
              </w:sdtPr>
              <w:sdtContent>
                <w:r>
                  <w:rPr>
                    <w:sz w:val="24"/>
                  </w:rPr>
                </w:r>
                <w:r>
                  <w:rPr>
                    <w:sz w:val="24"/>
                  </w:rPr>
                  <w:t>☐</w:t>
                </w:r>
              </w:sdtContent>
            </w:sdt>
          </w:p>
        </w:tc>
        <w:tc>
          <w:tcPr>
            <w:tcW w:w="5473" w:type="dxa"/>
            <w:tcBorders>
              <w:top w:val="single" w:sz="6" w:space="0" w:color="B9C9D6"/>
              <w:left w:val="single" w:sz="6" w:space="0" w:color="B9C9D6"/>
              <w:bottom w:val="single" w:sz="6" w:space="0" w:color="B9C9D6"/>
              <w:right w:val="single" w:sz="6" w:space="0" w:color="B9C9D6"/>
            </w:tcBorders>
            <w:tcMar>
              <w:left w:w="150" w:type="dxa"/>
              <w:right w:w="85" w:type="dxa"/>
            </w:tcMar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cantSplit w:val="true"/>
        </w:trPr>
        <w:tc>
          <w:tcPr>
            <w:tcW w:w="3816" w:type="dxa"/>
            <w:tcBorders>
              <w:top w:val="single" w:sz="6" w:space="0" w:color="B9C9D6"/>
              <w:left w:val="single" w:sz="6" w:space="0" w:color="B9C9D6"/>
              <w:bottom w:val="single" w:sz="6" w:space="0" w:color="B9C9D6"/>
              <w:right w:val="single" w:sz="6" w:space="0" w:color="B9C9D6"/>
            </w:tcBorders>
            <w:vAlign w:val="center"/>
          </w:tcPr>
          <w:p>
            <w:pPr>
              <w:pStyle w:val="Normal"/>
              <w:rPr/>
            </w:pPr>
            <w:r>
              <w:rPr>
                <w:b w:val="false"/>
                <w:color w:val="17324D"/>
                <w:sz w:val="20"/>
              </w:rPr>
              <w:t>Basement</w:t>
            </w:r>
          </w:p>
        </w:tc>
        <w:tc>
          <w:tcPr>
            <w:tcW w:w="834" w:type="dxa"/>
            <w:tcBorders>
              <w:top w:val="single" w:sz="6" w:space="0" w:color="B9C9D6"/>
              <w:left w:val="single" w:sz="6" w:space="0" w:color="B9C9D6"/>
              <w:bottom w:val="single" w:sz="6" w:space="0" w:color="B9C9D6"/>
              <w:right w:val="single" w:sz="6" w:space="0" w:color="B9C9D6"/>
            </w:tcBorders>
            <w:tcMar>
              <w:left w:w="12" w:type="dxa"/>
              <w:right w:w="12" w:type="dxa"/>
            </w:tcMar>
            <w:vAlign w:val="center"/>
          </w:tcPr>
          <w:p>
            <w:pPr>
              <w:pStyle w:val="Normal"/>
              <w:jc w:val="center"/>
              <w:rPr/>
            </w:pPr>
            <w:sdt>
              <w:sdtPr>
                <w:alias w:val="Check box"/>
                <w:tag w:val="checkbox"/>
                <w14:checkbox>
                  <w14:checked w14:val="0"/>
                  <w14:checkedState w14:val="2612"/>
                  <w14:uncheckedState w14:val="2610"/>
                </w14:checkbox>
              </w:sdtPr>
              <w:sdtContent>
                <w:r>
                  <w:rPr>
                    <w:sz w:val="24"/>
                  </w:rPr>
                </w:r>
                <w:r>
                  <w:rPr>
                    <w:sz w:val="24"/>
                  </w:rPr>
                  <w:t>☐</w:t>
                </w:r>
              </w:sdtContent>
            </w:sdt>
          </w:p>
        </w:tc>
        <w:tc>
          <w:tcPr>
            <w:tcW w:w="5473" w:type="dxa"/>
            <w:tcBorders>
              <w:top w:val="single" w:sz="6" w:space="0" w:color="B9C9D6"/>
              <w:left w:val="single" w:sz="6" w:space="0" w:color="B9C9D6"/>
              <w:bottom w:val="single" w:sz="6" w:space="0" w:color="B9C9D6"/>
              <w:right w:val="single" w:sz="6" w:space="0" w:color="B9C9D6"/>
            </w:tcBorders>
            <w:tcMar>
              <w:left w:w="150" w:type="dxa"/>
              <w:right w:w="85" w:type="dxa"/>
            </w:tcMar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cantSplit w:val="true"/>
        </w:trPr>
        <w:tc>
          <w:tcPr>
            <w:tcW w:w="3816" w:type="dxa"/>
            <w:tcBorders>
              <w:top w:val="single" w:sz="6" w:space="0" w:color="B9C9D6"/>
              <w:left w:val="single" w:sz="6" w:space="0" w:color="B9C9D6"/>
              <w:bottom w:val="single" w:sz="6" w:space="0" w:color="B9C9D6"/>
              <w:right w:val="single" w:sz="6" w:space="0" w:color="B9C9D6"/>
            </w:tcBorders>
            <w:vAlign w:val="center"/>
          </w:tcPr>
          <w:p>
            <w:pPr>
              <w:pStyle w:val="Normal"/>
              <w:rPr/>
            </w:pPr>
            <w:r>
              <w:rPr>
                <w:b w:val="false"/>
                <w:color w:val="17324D"/>
                <w:sz w:val="20"/>
              </w:rPr>
              <w:t>Garage</w:t>
            </w:r>
          </w:p>
        </w:tc>
        <w:tc>
          <w:tcPr>
            <w:tcW w:w="834" w:type="dxa"/>
            <w:tcBorders>
              <w:top w:val="single" w:sz="6" w:space="0" w:color="B9C9D6"/>
              <w:left w:val="single" w:sz="6" w:space="0" w:color="B9C9D6"/>
              <w:bottom w:val="single" w:sz="6" w:space="0" w:color="B9C9D6"/>
              <w:right w:val="single" w:sz="6" w:space="0" w:color="B9C9D6"/>
            </w:tcBorders>
            <w:tcMar>
              <w:left w:w="12" w:type="dxa"/>
              <w:right w:w="12" w:type="dxa"/>
            </w:tcMar>
            <w:vAlign w:val="center"/>
          </w:tcPr>
          <w:p>
            <w:pPr>
              <w:pStyle w:val="Normal"/>
              <w:jc w:val="center"/>
              <w:rPr/>
            </w:pPr>
            <w:sdt>
              <w:sdtPr>
                <w:alias w:val="Check box"/>
                <w:tag w:val="checkbox"/>
                <w14:checkbox>
                  <w14:checked w14:val="0"/>
                  <w14:checkedState w14:val="2612"/>
                  <w14:uncheckedState w14:val="2610"/>
                </w14:checkbox>
              </w:sdtPr>
              <w:sdtContent>
                <w:r>
                  <w:rPr>
                    <w:sz w:val="24"/>
                  </w:rPr>
                </w:r>
                <w:r>
                  <w:rPr>
                    <w:sz w:val="24"/>
                  </w:rPr>
                  <w:t>☐</w:t>
                </w:r>
              </w:sdtContent>
            </w:sdt>
          </w:p>
        </w:tc>
        <w:tc>
          <w:tcPr>
            <w:tcW w:w="5473" w:type="dxa"/>
            <w:tcBorders>
              <w:top w:val="single" w:sz="6" w:space="0" w:color="B9C9D6"/>
              <w:left w:val="single" w:sz="6" w:space="0" w:color="B9C9D6"/>
              <w:bottom w:val="single" w:sz="6" w:space="0" w:color="B9C9D6"/>
              <w:right w:val="single" w:sz="6" w:space="0" w:color="B9C9D6"/>
            </w:tcBorders>
            <w:tcMar>
              <w:left w:w="150" w:type="dxa"/>
              <w:right w:w="85" w:type="dxa"/>
            </w:tcMar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cantSplit w:val="true"/>
        </w:trPr>
        <w:tc>
          <w:tcPr>
            <w:tcW w:w="3816" w:type="dxa"/>
            <w:tcBorders>
              <w:top w:val="single" w:sz="6" w:space="0" w:color="B9C9D6"/>
              <w:left w:val="single" w:sz="6" w:space="0" w:color="B9C9D6"/>
              <w:bottom w:val="single" w:sz="6" w:space="0" w:color="B9C9D6"/>
              <w:right w:val="single" w:sz="6" w:space="0" w:color="B9C9D6"/>
            </w:tcBorders>
            <w:vAlign w:val="center"/>
          </w:tcPr>
          <w:p>
            <w:pPr>
              <w:pStyle w:val="Normal"/>
              <w:rPr/>
            </w:pPr>
            <w:r>
              <w:rPr>
                <w:b w:val="false"/>
                <w:color w:val="17324D"/>
                <w:sz w:val="20"/>
              </w:rPr>
              <w:t>Outdoor Areas</w:t>
            </w:r>
          </w:p>
        </w:tc>
        <w:tc>
          <w:tcPr>
            <w:tcW w:w="834" w:type="dxa"/>
            <w:tcBorders>
              <w:top w:val="single" w:sz="6" w:space="0" w:color="B9C9D6"/>
              <w:left w:val="single" w:sz="6" w:space="0" w:color="B9C9D6"/>
              <w:bottom w:val="single" w:sz="6" w:space="0" w:color="B9C9D6"/>
              <w:right w:val="single" w:sz="6" w:space="0" w:color="B9C9D6"/>
            </w:tcBorders>
            <w:tcMar>
              <w:left w:w="12" w:type="dxa"/>
              <w:right w:w="12" w:type="dxa"/>
            </w:tcMar>
            <w:vAlign w:val="center"/>
          </w:tcPr>
          <w:p>
            <w:pPr>
              <w:pStyle w:val="Normal"/>
              <w:jc w:val="center"/>
              <w:rPr/>
            </w:pPr>
            <w:sdt>
              <w:sdtPr>
                <w:alias w:val="Check box"/>
                <w:tag w:val="checkbox"/>
                <w14:checkbox>
                  <w14:checked w14:val="0"/>
                  <w14:checkedState w14:val="2612"/>
                  <w14:uncheckedState w14:val="2610"/>
                </w14:checkbox>
              </w:sdtPr>
              <w:sdtContent>
                <w:r>
                  <w:rPr>
                    <w:sz w:val="24"/>
                  </w:rPr>
                </w:r>
                <w:r>
                  <w:rPr>
                    <w:sz w:val="24"/>
                  </w:rPr>
                  <w:t>☐</w:t>
                </w:r>
              </w:sdtContent>
            </w:sdt>
          </w:p>
        </w:tc>
        <w:tc>
          <w:tcPr>
            <w:tcW w:w="5473" w:type="dxa"/>
            <w:tcBorders>
              <w:top w:val="single" w:sz="6" w:space="0" w:color="B9C9D6"/>
              <w:left w:val="single" w:sz="6" w:space="0" w:color="B9C9D6"/>
              <w:bottom w:val="single" w:sz="6" w:space="0" w:color="B9C9D6"/>
              <w:right w:val="single" w:sz="6" w:space="0" w:color="B9C9D6"/>
            </w:tcBorders>
            <w:tcMar>
              <w:left w:w="150" w:type="dxa"/>
              <w:right w:w="85" w:type="dxa"/>
            </w:tcMar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cantSplit w:val="true"/>
        </w:trPr>
        <w:tc>
          <w:tcPr>
            <w:tcW w:w="3816" w:type="dxa"/>
            <w:tcBorders>
              <w:top w:val="single" w:sz="6" w:space="0" w:color="B9C9D6"/>
              <w:left w:val="single" w:sz="6" w:space="0" w:color="B9C9D6"/>
              <w:bottom w:val="single" w:sz="6" w:space="0" w:color="B9C9D6"/>
              <w:right w:val="single" w:sz="6" w:space="0" w:color="B9C9D6"/>
            </w:tcBorders>
            <w:vAlign w:val="center"/>
          </w:tcPr>
          <w:p>
            <w:pPr>
              <w:pStyle w:val="Normal"/>
              <w:rPr/>
            </w:pPr>
            <w:r>
              <w:rPr>
                <w:b w:val="false"/>
                <w:color w:val="17324D"/>
                <w:sz w:val="20"/>
              </w:rPr>
              <w:t>Other Areas</w:t>
            </w:r>
          </w:p>
        </w:tc>
        <w:tc>
          <w:tcPr>
            <w:tcW w:w="834" w:type="dxa"/>
            <w:tcBorders>
              <w:top w:val="single" w:sz="6" w:space="0" w:color="B9C9D6"/>
              <w:left w:val="single" w:sz="6" w:space="0" w:color="B9C9D6"/>
              <w:bottom w:val="single" w:sz="6" w:space="0" w:color="B9C9D6"/>
              <w:right w:val="single" w:sz="6" w:space="0" w:color="B9C9D6"/>
            </w:tcBorders>
            <w:tcMar>
              <w:left w:w="12" w:type="dxa"/>
              <w:right w:w="12" w:type="dxa"/>
            </w:tcMar>
            <w:vAlign w:val="center"/>
          </w:tcPr>
          <w:p>
            <w:pPr>
              <w:pStyle w:val="Normal"/>
              <w:jc w:val="center"/>
              <w:rPr/>
            </w:pPr>
            <w:sdt>
              <w:sdtPr>
                <w:alias w:val="Check box"/>
                <w:tag w:val="checkbox"/>
                <w14:checkbox>
                  <w14:checked w14:val="0"/>
                  <w14:checkedState w14:val="2612"/>
                  <w14:uncheckedState w14:val="2610"/>
                </w14:checkbox>
              </w:sdtPr>
              <w:sdtContent>
                <w:r>
                  <w:rPr>
                    <w:sz w:val="24"/>
                  </w:rPr>
                </w:r>
                <w:r>
                  <w:rPr>
                    <w:sz w:val="24"/>
                  </w:rPr>
                  <w:t>☐</w:t>
                </w:r>
              </w:sdtContent>
            </w:sdt>
          </w:p>
        </w:tc>
        <w:tc>
          <w:tcPr>
            <w:tcW w:w="5473" w:type="dxa"/>
            <w:tcBorders>
              <w:top w:val="single" w:sz="6" w:space="0" w:color="B9C9D6"/>
              <w:left w:val="single" w:sz="6" w:space="0" w:color="B9C9D6"/>
              <w:bottom w:val="single" w:sz="6" w:space="0" w:color="B9C9D6"/>
              <w:right w:val="single" w:sz="6" w:space="0" w:color="B9C9D6"/>
            </w:tcBorders>
            <w:tcMar>
              <w:left w:w="150" w:type="dxa"/>
              <w:right w:w="85" w:type="dxa"/>
            </w:tcMar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</w:tr>
    </w:tbl>
    <w:p>
      <w:pPr>
        <w:pStyle w:val="Normal"/>
        <w:spacing w:before="0" w:after="60"/>
        <w:rPr/>
      </w:pPr>
      <w:r>
        <w:rPr/>
      </w:r>
    </w:p>
    <w:tbl>
      <w:tblPr>
        <w:tblW w:w="10325" w:type="dxa"/>
        <w:jc w:val="center"/>
        <w:tblInd w:w="0" w:type="dxa"/>
        <w:tblLayout w:type="fixed"/>
        <w:tblCellMar>
          <w:top w:w="90" w:type="dxa"/>
          <w:left w:w="110" w:type="dxa"/>
          <w:bottom w:w="90" w:type="dxa"/>
          <w:right w:w="110" w:type="dxa"/>
        </w:tblCellMar>
        <w:tblLook w:val="04a0" w:noHBand="0" w:noVBand="1" w:firstColumn="1" w:lastRow="0" w:lastColumn="0" w:firstRow="1"/>
      </w:tblPr>
      <w:tblGrid>
        <w:gridCol w:w="10325"/>
      </w:tblGrid>
      <w:tr>
        <w:trPr/>
        <w:tc>
          <w:tcPr>
            <w:tcW w:w="10325" w:type="dxa"/>
            <w:tcBorders>
              <w:top w:val="single" w:sz="6" w:space="0" w:color="B9C9D6"/>
              <w:left w:val="single" w:sz="6" w:space="0" w:color="B9C9D6"/>
              <w:bottom w:val="single" w:sz="6" w:space="0" w:color="B9C9D6"/>
              <w:right w:val="single" w:sz="6" w:space="0" w:color="B9C9D6"/>
            </w:tcBorders>
            <w:shd w:fill="EAF5FC"/>
          </w:tcPr>
          <w:p>
            <w:pPr>
              <w:pStyle w:val="Normal"/>
              <w:rPr/>
            </w:pPr>
            <w:r>
              <w:rPr>
                <w:b/>
                <w:color w:val="12365A"/>
                <w:sz w:val="20"/>
              </w:rPr>
              <w:t>Areas Excluded From Cleaning</w:t>
            </w:r>
          </w:p>
        </w:tc>
      </w:tr>
      <w:tr>
        <w:trPr/>
        <w:tc>
          <w:tcPr>
            <w:tcW w:w="10325" w:type="dxa"/>
            <w:tcBorders>
              <w:top w:val="single" w:sz="6" w:space="0" w:color="B9C9D6"/>
              <w:left w:val="single" w:sz="6" w:space="0" w:color="B9C9D6"/>
              <w:bottom w:val="single" w:sz="6" w:space="0" w:color="B9C9D6"/>
              <w:right w:val="single" w:sz="6" w:space="0" w:color="B9C9D6"/>
            </w:tcBorders>
            <w:tcMar>
              <w:top w:w="140" w:type="dxa"/>
              <w:bottom w:w="140" w:type="dxa"/>
            </w:tcMar>
          </w:tcPr>
          <w:p>
            <w:pPr>
              <w:pStyle w:val="Normal"/>
              <w:rPr/>
            </w:pPr>
            <w:r>
              <w:rPr/>
            </w:r>
          </w:p>
        </w:tc>
      </w:tr>
      <w:tr>
        <w:trPr/>
        <w:tc>
          <w:tcPr>
            <w:tcW w:w="10325" w:type="dxa"/>
            <w:tcBorders>
              <w:top w:val="single" w:sz="6" w:space="0" w:color="B9C9D6"/>
              <w:left w:val="single" w:sz="6" w:space="0" w:color="B9C9D6"/>
              <w:bottom w:val="single" w:sz="6" w:space="0" w:color="B9C9D6"/>
              <w:right w:val="single" w:sz="6" w:space="0" w:color="B9C9D6"/>
            </w:tcBorders>
            <w:tcMar>
              <w:top w:w="140" w:type="dxa"/>
              <w:bottom w:w="140" w:type="dxa"/>
            </w:tcMar>
          </w:tcPr>
          <w:p>
            <w:pPr>
              <w:pStyle w:val="Normal"/>
              <w:rPr/>
            </w:pPr>
            <w:r>
              <w:rPr/>
            </w:r>
          </w:p>
        </w:tc>
      </w:tr>
      <w:tr>
        <w:trPr/>
        <w:tc>
          <w:tcPr>
            <w:tcW w:w="10325" w:type="dxa"/>
            <w:tcBorders>
              <w:top w:val="single" w:sz="6" w:space="0" w:color="B9C9D6"/>
              <w:left w:val="single" w:sz="6" w:space="0" w:color="B9C9D6"/>
              <w:bottom w:val="single" w:sz="6" w:space="0" w:color="B9C9D6"/>
              <w:right w:val="single" w:sz="6" w:space="0" w:color="B9C9D6"/>
            </w:tcBorders>
            <w:tcMar>
              <w:top w:w="140" w:type="dxa"/>
              <w:bottom w:w="140" w:type="dxa"/>
            </w:tcMar>
          </w:tcPr>
          <w:p>
            <w:pPr>
              <w:pStyle w:val="Normal"/>
              <w:rPr/>
            </w:pPr>
            <w:r>
              <w:rPr/>
            </w:r>
          </w:p>
        </w:tc>
      </w:tr>
    </w:tbl>
    <w:p>
      <w:pPr>
        <w:pStyle w:val="Normal"/>
        <w:rPr/>
      </w:pPr>
      <w:r>
        <w:rPr/>
      </w:r>
      <w:r>
        <w:br w:type="page"/>
      </w:r>
    </w:p>
    <w:tbl>
      <w:tblPr>
        <w:tblW w:w="10324" w:type="dxa"/>
        <w:jc w:val="center"/>
        <w:tblInd w:w="0" w:type="dxa"/>
        <w:tblLayout w:type="fixed"/>
        <w:tblCellMar>
          <w:top w:w="110" w:type="dxa"/>
          <w:left w:w="230" w:type="dxa"/>
          <w:bottom w:w="110" w:type="dxa"/>
          <w:right w:w="160" w:type="dxa"/>
        </w:tblCellMar>
        <w:tblLook w:val="04a0" w:noHBand="0" w:noVBand="1" w:firstColumn="1" w:lastRow="0" w:lastColumn="0" w:firstRow="1"/>
      </w:tblPr>
      <w:tblGrid>
        <w:gridCol w:w="10324"/>
      </w:tblGrid>
      <w:tr>
        <w:trPr/>
        <w:tc>
          <w:tcPr>
            <w:tcW w:w="10324" w:type="dxa"/>
            <w:tcBorders>
              <w:top w:val="single" w:sz="2" w:space="0" w:color="EAF5FC"/>
              <w:left w:val="single" w:sz="2" w:space="0" w:color="EAF5FC"/>
              <w:bottom w:val="single" w:sz="2" w:space="0" w:color="EAF5FC"/>
              <w:right w:val="single" w:sz="2" w:space="0" w:color="EAF5FC"/>
            </w:tcBorders>
            <w:shd w:fill="EAF5FC"/>
          </w:tcPr>
          <w:p>
            <w:pPr>
              <w:pStyle w:val="Normal"/>
              <w:pageBreakBefore/>
              <w:spacing w:before="0" w:after="0"/>
              <w:jc w:val="left"/>
              <w:rPr/>
            </w:pPr>
            <w:r>
              <w:rPr>
                <w:b/>
                <w:color w:val="12365A"/>
                <w:sz w:val="30"/>
              </w:rPr>
              <w:t>3.  Current Condition</w:t>
            </w:r>
          </w:p>
        </w:tc>
      </w:tr>
    </w:tbl>
    <w:p>
      <w:pPr>
        <w:pStyle w:val="Normal"/>
        <w:spacing w:before="0" w:after="60"/>
        <w:rPr/>
      </w:pPr>
      <w:r>
        <w:rPr/>
      </w:r>
    </w:p>
    <w:p>
      <w:pPr>
        <w:pStyle w:val="Normal"/>
        <w:spacing w:before="0" w:after="160"/>
        <w:rPr/>
      </w:pPr>
      <w:r>
        <w:rPr>
          <w:b w:val="false"/>
          <w:color w:val="53697C"/>
          <w:sz w:val="21"/>
        </w:rPr>
        <w:t>Mark the conditions you actually observe. Use the notes box for anything that could change labor time.</w:t>
      </w:r>
    </w:p>
    <w:tbl>
      <w:tblPr>
        <w:tblW w:w="10123" w:type="dxa"/>
        <w:jc w:val="center"/>
        <w:tblInd w:w="0" w:type="dxa"/>
        <w:tblLayout w:type="fixed"/>
        <w:tblCellMar>
          <w:top w:w="110" w:type="dxa"/>
          <w:left w:w="145" w:type="dxa"/>
          <w:bottom w:w="110" w:type="dxa"/>
          <w:right w:w="55" w:type="dxa"/>
        </w:tblCellMar>
        <w:tblLook w:val="04a0" w:noHBand="0" w:noVBand="1" w:firstColumn="1" w:lastRow="0" w:lastColumn="0" w:firstRow="1"/>
      </w:tblPr>
      <w:tblGrid>
        <w:gridCol w:w="3816"/>
        <w:gridCol w:w="834"/>
        <w:gridCol w:w="5473"/>
      </w:tblGrid>
      <w:tr>
        <w:trPr>
          <w:tblHeader w:val="true"/>
        </w:trPr>
        <w:tc>
          <w:tcPr>
            <w:tcW w:w="3816" w:type="dxa"/>
            <w:tcBorders>
              <w:top w:val="single" w:sz="6" w:space="0" w:color="B9C9D6"/>
              <w:left w:val="single" w:sz="6" w:space="0" w:color="B9C9D6"/>
              <w:bottom w:val="single" w:sz="6" w:space="0" w:color="B9C9D6"/>
              <w:right w:val="single" w:sz="6" w:space="0" w:color="B9C9D6"/>
            </w:tcBorders>
            <w:shd w:fill="EAF5FC"/>
          </w:tcPr>
          <w:p>
            <w:pPr>
              <w:pStyle w:val="Normal"/>
              <w:jc w:val="left"/>
              <w:rPr/>
            </w:pPr>
            <w:r>
              <w:rPr>
                <w:b/>
                <w:color w:val="12365A"/>
                <w:sz w:val="20"/>
              </w:rPr>
              <w:t>Condition</w:t>
            </w:r>
          </w:p>
        </w:tc>
        <w:tc>
          <w:tcPr>
            <w:tcW w:w="834" w:type="dxa"/>
            <w:tcBorders>
              <w:top w:val="single" w:sz="6" w:space="0" w:color="B9C9D6"/>
              <w:left w:val="single" w:sz="6" w:space="0" w:color="B9C9D6"/>
              <w:bottom w:val="single" w:sz="6" w:space="0" w:color="B9C9D6"/>
              <w:right w:val="single" w:sz="6" w:space="0" w:color="B9C9D6"/>
            </w:tcBorders>
            <w:shd w:fill="EAF5FC"/>
            <w:tcMar>
              <w:left w:w="12" w:type="dxa"/>
              <w:right w:w="12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rPr>
                <w:b/>
                <w:color w:val="12365A"/>
                <w:sz w:val="20"/>
              </w:rPr>
              <w:t>Check</w:t>
            </w:r>
          </w:p>
        </w:tc>
        <w:tc>
          <w:tcPr>
            <w:tcW w:w="5473" w:type="dxa"/>
            <w:tcBorders>
              <w:top w:val="single" w:sz="6" w:space="0" w:color="B9C9D6"/>
              <w:left w:val="single" w:sz="6" w:space="0" w:color="B9C9D6"/>
              <w:bottom w:val="single" w:sz="6" w:space="0" w:color="B9C9D6"/>
              <w:right w:val="single" w:sz="6" w:space="0" w:color="B9C9D6"/>
            </w:tcBorders>
            <w:shd w:fill="EAF5FC"/>
            <w:tcMar>
              <w:left w:w="150" w:type="dxa"/>
              <w:right w:w="85" w:type="dxa"/>
            </w:tcMar>
          </w:tcPr>
          <w:p>
            <w:pPr>
              <w:pStyle w:val="Normal"/>
              <w:jc w:val="left"/>
              <w:rPr/>
            </w:pPr>
            <w:r>
              <w:rPr>
                <w:b/>
                <w:color w:val="12365A"/>
                <w:sz w:val="20"/>
              </w:rPr>
              <w:t>Details / Location</w:t>
            </w:r>
          </w:p>
        </w:tc>
      </w:tr>
      <w:tr>
        <w:trPr>
          <w:cantSplit w:val="true"/>
        </w:trPr>
        <w:tc>
          <w:tcPr>
            <w:tcW w:w="3816" w:type="dxa"/>
            <w:tcBorders>
              <w:top w:val="single" w:sz="6" w:space="0" w:color="B9C9D6"/>
              <w:left w:val="single" w:sz="6" w:space="0" w:color="B9C9D6"/>
              <w:bottom w:val="single" w:sz="6" w:space="0" w:color="B9C9D6"/>
              <w:right w:val="single" w:sz="6" w:space="0" w:color="B9C9D6"/>
            </w:tcBorders>
            <w:vAlign w:val="center"/>
          </w:tcPr>
          <w:p>
            <w:pPr>
              <w:pStyle w:val="Normal"/>
              <w:rPr/>
            </w:pPr>
            <w:r>
              <w:rPr>
                <w:b w:val="false"/>
                <w:color w:val="17324D"/>
                <w:sz w:val="20"/>
              </w:rPr>
              <w:t>Dust buildup</w:t>
            </w:r>
          </w:p>
        </w:tc>
        <w:tc>
          <w:tcPr>
            <w:tcW w:w="834" w:type="dxa"/>
            <w:tcBorders>
              <w:top w:val="single" w:sz="6" w:space="0" w:color="B9C9D6"/>
              <w:left w:val="single" w:sz="6" w:space="0" w:color="B9C9D6"/>
              <w:bottom w:val="single" w:sz="6" w:space="0" w:color="B9C9D6"/>
              <w:right w:val="single" w:sz="6" w:space="0" w:color="B9C9D6"/>
            </w:tcBorders>
            <w:tcMar>
              <w:left w:w="12" w:type="dxa"/>
              <w:right w:w="12" w:type="dxa"/>
            </w:tcMar>
            <w:vAlign w:val="center"/>
          </w:tcPr>
          <w:p>
            <w:pPr>
              <w:pStyle w:val="Normal"/>
              <w:jc w:val="center"/>
              <w:rPr/>
            </w:pPr>
            <w:sdt>
              <w:sdtPr>
                <w:alias w:val="Check box"/>
                <w:tag w:val="checkbox"/>
                <w14:checkbox>
                  <w14:checked w14:val="0"/>
                  <w14:checkedState w14:val="2612"/>
                  <w14:uncheckedState w14:val="2610"/>
                </w14:checkbox>
              </w:sdtPr>
              <w:sdtContent>
                <w:r>
                  <w:rPr>
                    <w:sz w:val="24"/>
                  </w:rPr>
                </w:r>
                <w:r>
                  <w:rPr>
                    <w:sz w:val="24"/>
                  </w:rPr>
                  <w:t>☐</w:t>
                </w:r>
              </w:sdtContent>
            </w:sdt>
          </w:p>
        </w:tc>
        <w:tc>
          <w:tcPr>
            <w:tcW w:w="5473" w:type="dxa"/>
            <w:tcBorders>
              <w:top w:val="single" w:sz="6" w:space="0" w:color="B9C9D6"/>
              <w:left w:val="single" w:sz="6" w:space="0" w:color="B9C9D6"/>
              <w:bottom w:val="single" w:sz="6" w:space="0" w:color="B9C9D6"/>
              <w:right w:val="single" w:sz="6" w:space="0" w:color="B9C9D6"/>
            </w:tcBorders>
            <w:tcMar>
              <w:left w:w="150" w:type="dxa"/>
              <w:right w:w="85" w:type="dxa"/>
            </w:tcMar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cantSplit w:val="true"/>
        </w:trPr>
        <w:tc>
          <w:tcPr>
            <w:tcW w:w="3816" w:type="dxa"/>
            <w:tcBorders>
              <w:top w:val="single" w:sz="6" w:space="0" w:color="B9C9D6"/>
              <w:left w:val="single" w:sz="6" w:space="0" w:color="B9C9D6"/>
              <w:bottom w:val="single" w:sz="6" w:space="0" w:color="B9C9D6"/>
              <w:right w:val="single" w:sz="6" w:space="0" w:color="B9C9D6"/>
            </w:tcBorders>
            <w:vAlign w:val="center"/>
          </w:tcPr>
          <w:p>
            <w:pPr>
              <w:pStyle w:val="Normal"/>
              <w:rPr/>
            </w:pPr>
            <w:r>
              <w:rPr>
                <w:b w:val="false"/>
                <w:color w:val="17324D"/>
                <w:sz w:val="20"/>
              </w:rPr>
              <w:t>Heavy soil / stains</w:t>
            </w:r>
          </w:p>
        </w:tc>
        <w:tc>
          <w:tcPr>
            <w:tcW w:w="834" w:type="dxa"/>
            <w:tcBorders>
              <w:top w:val="single" w:sz="6" w:space="0" w:color="B9C9D6"/>
              <w:left w:val="single" w:sz="6" w:space="0" w:color="B9C9D6"/>
              <w:bottom w:val="single" w:sz="6" w:space="0" w:color="B9C9D6"/>
              <w:right w:val="single" w:sz="6" w:space="0" w:color="B9C9D6"/>
            </w:tcBorders>
            <w:tcMar>
              <w:left w:w="12" w:type="dxa"/>
              <w:right w:w="12" w:type="dxa"/>
            </w:tcMar>
            <w:vAlign w:val="center"/>
          </w:tcPr>
          <w:p>
            <w:pPr>
              <w:pStyle w:val="Normal"/>
              <w:jc w:val="center"/>
              <w:rPr/>
            </w:pPr>
            <w:sdt>
              <w:sdtPr>
                <w:alias w:val="Check box"/>
                <w:tag w:val="checkbox"/>
                <w14:checkbox>
                  <w14:checked w14:val="0"/>
                  <w14:checkedState w14:val="2612"/>
                  <w14:uncheckedState w14:val="2610"/>
                </w14:checkbox>
              </w:sdtPr>
              <w:sdtContent>
                <w:r>
                  <w:rPr>
                    <w:sz w:val="24"/>
                  </w:rPr>
                </w:r>
                <w:r>
                  <w:rPr>
                    <w:sz w:val="24"/>
                  </w:rPr>
                  <w:t>☐</w:t>
                </w:r>
              </w:sdtContent>
            </w:sdt>
          </w:p>
        </w:tc>
        <w:tc>
          <w:tcPr>
            <w:tcW w:w="5473" w:type="dxa"/>
            <w:tcBorders>
              <w:top w:val="single" w:sz="6" w:space="0" w:color="B9C9D6"/>
              <w:left w:val="single" w:sz="6" w:space="0" w:color="B9C9D6"/>
              <w:bottom w:val="single" w:sz="6" w:space="0" w:color="B9C9D6"/>
              <w:right w:val="single" w:sz="6" w:space="0" w:color="B9C9D6"/>
            </w:tcBorders>
            <w:tcMar>
              <w:left w:w="150" w:type="dxa"/>
              <w:right w:w="85" w:type="dxa"/>
            </w:tcMar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cantSplit w:val="true"/>
        </w:trPr>
        <w:tc>
          <w:tcPr>
            <w:tcW w:w="3816" w:type="dxa"/>
            <w:tcBorders>
              <w:top w:val="single" w:sz="6" w:space="0" w:color="B9C9D6"/>
              <w:left w:val="single" w:sz="6" w:space="0" w:color="B9C9D6"/>
              <w:bottom w:val="single" w:sz="6" w:space="0" w:color="B9C9D6"/>
              <w:right w:val="single" w:sz="6" w:space="0" w:color="B9C9D6"/>
            </w:tcBorders>
            <w:vAlign w:val="center"/>
          </w:tcPr>
          <w:p>
            <w:pPr>
              <w:pStyle w:val="Normal"/>
              <w:rPr/>
            </w:pPr>
            <w:r>
              <w:rPr>
                <w:b w:val="false"/>
                <w:color w:val="17324D"/>
                <w:sz w:val="20"/>
              </w:rPr>
              <w:t>Grease</w:t>
            </w:r>
          </w:p>
        </w:tc>
        <w:tc>
          <w:tcPr>
            <w:tcW w:w="834" w:type="dxa"/>
            <w:tcBorders>
              <w:top w:val="single" w:sz="6" w:space="0" w:color="B9C9D6"/>
              <w:left w:val="single" w:sz="6" w:space="0" w:color="B9C9D6"/>
              <w:bottom w:val="single" w:sz="6" w:space="0" w:color="B9C9D6"/>
              <w:right w:val="single" w:sz="6" w:space="0" w:color="B9C9D6"/>
            </w:tcBorders>
            <w:tcMar>
              <w:left w:w="12" w:type="dxa"/>
              <w:right w:w="12" w:type="dxa"/>
            </w:tcMar>
            <w:vAlign w:val="center"/>
          </w:tcPr>
          <w:p>
            <w:pPr>
              <w:pStyle w:val="Normal"/>
              <w:jc w:val="center"/>
              <w:rPr/>
            </w:pPr>
            <w:sdt>
              <w:sdtPr>
                <w:alias w:val="Check box"/>
                <w:tag w:val="checkbox"/>
                <w14:checkbox>
                  <w14:checked w14:val="0"/>
                  <w14:checkedState w14:val="2612"/>
                  <w14:uncheckedState w14:val="2610"/>
                </w14:checkbox>
              </w:sdtPr>
              <w:sdtContent>
                <w:r>
                  <w:rPr>
                    <w:sz w:val="24"/>
                  </w:rPr>
                </w:r>
                <w:r>
                  <w:rPr>
                    <w:sz w:val="24"/>
                  </w:rPr>
                  <w:t>☐</w:t>
                </w:r>
              </w:sdtContent>
            </w:sdt>
          </w:p>
        </w:tc>
        <w:tc>
          <w:tcPr>
            <w:tcW w:w="5473" w:type="dxa"/>
            <w:tcBorders>
              <w:top w:val="single" w:sz="6" w:space="0" w:color="B9C9D6"/>
              <w:left w:val="single" w:sz="6" w:space="0" w:color="B9C9D6"/>
              <w:bottom w:val="single" w:sz="6" w:space="0" w:color="B9C9D6"/>
              <w:right w:val="single" w:sz="6" w:space="0" w:color="B9C9D6"/>
            </w:tcBorders>
            <w:tcMar>
              <w:left w:w="150" w:type="dxa"/>
              <w:right w:w="85" w:type="dxa"/>
            </w:tcMar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cantSplit w:val="true"/>
        </w:trPr>
        <w:tc>
          <w:tcPr>
            <w:tcW w:w="3816" w:type="dxa"/>
            <w:tcBorders>
              <w:top w:val="single" w:sz="6" w:space="0" w:color="B9C9D6"/>
              <w:left w:val="single" w:sz="6" w:space="0" w:color="B9C9D6"/>
              <w:bottom w:val="single" w:sz="6" w:space="0" w:color="B9C9D6"/>
              <w:right w:val="single" w:sz="6" w:space="0" w:color="B9C9D6"/>
            </w:tcBorders>
            <w:vAlign w:val="center"/>
          </w:tcPr>
          <w:p>
            <w:pPr>
              <w:pStyle w:val="Normal"/>
              <w:rPr/>
            </w:pPr>
            <w:r>
              <w:rPr>
                <w:b w:val="false"/>
                <w:color w:val="17324D"/>
                <w:sz w:val="20"/>
              </w:rPr>
              <w:t>Soap scum / hard-water buildup</w:t>
            </w:r>
          </w:p>
        </w:tc>
        <w:tc>
          <w:tcPr>
            <w:tcW w:w="834" w:type="dxa"/>
            <w:tcBorders>
              <w:top w:val="single" w:sz="6" w:space="0" w:color="B9C9D6"/>
              <w:left w:val="single" w:sz="6" w:space="0" w:color="B9C9D6"/>
              <w:bottom w:val="single" w:sz="6" w:space="0" w:color="B9C9D6"/>
              <w:right w:val="single" w:sz="6" w:space="0" w:color="B9C9D6"/>
            </w:tcBorders>
            <w:tcMar>
              <w:left w:w="12" w:type="dxa"/>
              <w:right w:w="12" w:type="dxa"/>
            </w:tcMar>
            <w:vAlign w:val="center"/>
          </w:tcPr>
          <w:p>
            <w:pPr>
              <w:pStyle w:val="Normal"/>
              <w:jc w:val="center"/>
              <w:rPr/>
            </w:pPr>
            <w:sdt>
              <w:sdtPr>
                <w:alias w:val="Check box"/>
                <w:tag w:val="checkbox"/>
                <w14:checkbox>
                  <w14:checked w14:val="0"/>
                  <w14:checkedState w14:val="2612"/>
                  <w14:uncheckedState w14:val="2610"/>
                </w14:checkbox>
              </w:sdtPr>
              <w:sdtContent>
                <w:r>
                  <w:rPr>
                    <w:sz w:val="24"/>
                  </w:rPr>
                </w:r>
                <w:r>
                  <w:rPr>
                    <w:sz w:val="24"/>
                  </w:rPr>
                  <w:t>☐</w:t>
                </w:r>
              </w:sdtContent>
            </w:sdt>
          </w:p>
        </w:tc>
        <w:tc>
          <w:tcPr>
            <w:tcW w:w="5473" w:type="dxa"/>
            <w:tcBorders>
              <w:top w:val="single" w:sz="6" w:space="0" w:color="B9C9D6"/>
              <w:left w:val="single" w:sz="6" w:space="0" w:color="B9C9D6"/>
              <w:bottom w:val="single" w:sz="6" w:space="0" w:color="B9C9D6"/>
              <w:right w:val="single" w:sz="6" w:space="0" w:color="B9C9D6"/>
            </w:tcBorders>
            <w:tcMar>
              <w:left w:w="150" w:type="dxa"/>
              <w:right w:w="85" w:type="dxa"/>
            </w:tcMar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cantSplit w:val="true"/>
        </w:trPr>
        <w:tc>
          <w:tcPr>
            <w:tcW w:w="3816" w:type="dxa"/>
            <w:tcBorders>
              <w:top w:val="single" w:sz="6" w:space="0" w:color="B9C9D6"/>
              <w:left w:val="single" w:sz="6" w:space="0" w:color="B9C9D6"/>
              <w:bottom w:val="single" w:sz="6" w:space="0" w:color="B9C9D6"/>
              <w:right w:val="single" w:sz="6" w:space="0" w:color="B9C9D6"/>
            </w:tcBorders>
            <w:vAlign w:val="center"/>
          </w:tcPr>
          <w:p>
            <w:pPr>
              <w:pStyle w:val="Normal"/>
              <w:rPr/>
            </w:pPr>
            <w:r>
              <w:rPr>
                <w:b w:val="false"/>
                <w:color w:val="17324D"/>
                <w:sz w:val="20"/>
              </w:rPr>
              <w:t>Trash / clutter</w:t>
            </w:r>
          </w:p>
        </w:tc>
        <w:tc>
          <w:tcPr>
            <w:tcW w:w="834" w:type="dxa"/>
            <w:tcBorders>
              <w:top w:val="single" w:sz="6" w:space="0" w:color="B9C9D6"/>
              <w:left w:val="single" w:sz="6" w:space="0" w:color="B9C9D6"/>
              <w:bottom w:val="single" w:sz="6" w:space="0" w:color="B9C9D6"/>
              <w:right w:val="single" w:sz="6" w:space="0" w:color="B9C9D6"/>
            </w:tcBorders>
            <w:tcMar>
              <w:left w:w="12" w:type="dxa"/>
              <w:right w:w="12" w:type="dxa"/>
            </w:tcMar>
            <w:vAlign w:val="center"/>
          </w:tcPr>
          <w:p>
            <w:pPr>
              <w:pStyle w:val="Normal"/>
              <w:jc w:val="center"/>
              <w:rPr/>
            </w:pPr>
            <w:sdt>
              <w:sdtPr>
                <w:alias w:val="Check box"/>
                <w:tag w:val="checkbox"/>
                <w14:checkbox>
                  <w14:checked w14:val="0"/>
                  <w14:checkedState w14:val="2612"/>
                  <w14:uncheckedState w14:val="2610"/>
                </w14:checkbox>
              </w:sdtPr>
              <w:sdtContent>
                <w:r>
                  <w:rPr>
                    <w:sz w:val="24"/>
                  </w:rPr>
                </w:r>
                <w:r>
                  <w:rPr>
                    <w:sz w:val="24"/>
                  </w:rPr>
                  <w:t>☐</w:t>
                </w:r>
              </w:sdtContent>
            </w:sdt>
          </w:p>
        </w:tc>
        <w:tc>
          <w:tcPr>
            <w:tcW w:w="5473" w:type="dxa"/>
            <w:tcBorders>
              <w:top w:val="single" w:sz="6" w:space="0" w:color="B9C9D6"/>
              <w:left w:val="single" w:sz="6" w:space="0" w:color="B9C9D6"/>
              <w:bottom w:val="single" w:sz="6" w:space="0" w:color="B9C9D6"/>
              <w:right w:val="single" w:sz="6" w:space="0" w:color="B9C9D6"/>
            </w:tcBorders>
            <w:tcMar>
              <w:left w:w="150" w:type="dxa"/>
              <w:right w:w="85" w:type="dxa"/>
            </w:tcMar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cantSplit w:val="true"/>
        </w:trPr>
        <w:tc>
          <w:tcPr>
            <w:tcW w:w="3816" w:type="dxa"/>
            <w:tcBorders>
              <w:top w:val="single" w:sz="6" w:space="0" w:color="B9C9D6"/>
              <w:left w:val="single" w:sz="6" w:space="0" w:color="B9C9D6"/>
              <w:bottom w:val="single" w:sz="6" w:space="0" w:color="B9C9D6"/>
              <w:right w:val="single" w:sz="6" w:space="0" w:color="B9C9D6"/>
            </w:tcBorders>
            <w:vAlign w:val="center"/>
          </w:tcPr>
          <w:p>
            <w:pPr>
              <w:pStyle w:val="Normal"/>
              <w:rPr/>
            </w:pPr>
            <w:r>
              <w:rPr>
                <w:b w:val="false"/>
                <w:color w:val="17324D"/>
                <w:sz w:val="20"/>
              </w:rPr>
              <w:t>Pet hair</w:t>
            </w:r>
          </w:p>
        </w:tc>
        <w:tc>
          <w:tcPr>
            <w:tcW w:w="834" w:type="dxa"/>
            <w:tcBorders>
              <w:top w:val="single" w:sz="6" w:space="0" w:color="B9C9D6"/>
              <w:left w:val="single" w:sz="6" w:space="0" w:color="B9C9D6"/>
              <w:bottom w:val="single" w:sz="6" w:space="0" w:color="B9C9D6"/>
              <w:right w:val="single" w:sz="6" w:space="0" w:color="B9C9D6"/>
            </w:tcBorders>
            <w:tcMar>
              <w:left w:w="12" w:type="dxa"/>
              <w:right w:w="12" w:type="dxa"/>
            </w:tcMar>
            <w:vAlign w:val="center"/>
          </w:tcPr>
          <w:p>
            <w:pPr>
              <w:pStyle w:val="Normal"/>
              <w:jc w:val="center"/>
              <w:rPr/>
            </w:pPr>
            <w:sdt>
              <w:sdtPr>
                <w:alias w:val="Check box"/>
                <w:tag w:val="checkbox"/>
                <w14:checkbox>
                  <w14:checked w14:val="0"/>
                  <w14:checkedState w14:val="2612"/>
                  <w14:uncheckedState w14:val="2610"/>
                </w14:checkbox>
              </w:sdtPr>
              <w:sdtContent>
                <w:r>
                  <w:rPr>
                    <w:sz w:val="24"/>
                  </w:rPr>
                </w:r>
                <w:r>
                  <w:rPr>
                    <w:sz w:val="24"/>
                  </w:rPr>
                  <w:t>☐</w:t>
                </w:r>
              </w:sdtContent>
            </w:sdt>
          </w:p>
        </w:tc>
        <w:tc>
          <w:tcPr>
            <w:tcW w:w="5473" w:type="dxa"/>
            <w:tcBorders>
              <w:top w:val="single" w:sz="6" w:space="0" w:color="B9C9D6"/>
              <w:left w:val="single" w:sz="6" w:space="0" w:color="B9C9D6"/>
              <w:bottom w:val="single" w:sz="6" w:space="0" w:color="B9C9D6"/>
              <w:right w:val="single" w:sz="6" w:space="0" w:color="B9C9D6"/>
            </w:tcBorders>
            <w:tcMar>
              <w:left w:w="150" w:type="dxa"/>
              <w:right w:w="85" w:type="dxa"/>
            </w:tcMar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cantSplit w:val="true"/>
        </w:trPr>
        <w:tc>
          <w:tcPr>
            <w:tcW w:w="3816" w:type="dxa"/>
            <w:tcBorders>
              <w:top w:val="single" w:sz="6" w:space="0" w:color="B9C9D6"/>
              <w:left w:val="single" w:sz="6" w:space="0" w:color="B9C9D6"/>
              <w:bottom w:val="single" w:sz="6" w:space="0" w:color="B9C9D6"/>
              <w:right w:val="single" w:sz="6" w:space="0" w:color="B9C9D6"/>
            </w:tcBorders>
            <w:vAlign w:val="center"/>
          </w:tcPr>
          <w:p>
            <w:pPr>
              <w:pStyle w:val="Normal"/>
              <w:rPr/>
            </w:pPr>
            <w:r>
              <w:rPr>
                <w:b w:val="false"/>
                <w:color w:val="17324D"/>
                <w:sz w:val="20"/>
              </w:rPr>
              <w:t>High-touch areas</w:t>
            </w:r>
          </w:p>
        </w:tc>
        <w:tc>
          <w:tcPr>
            <w:tcW w:w="834" w:type="dxa"/>
            <w:tcBorders>
              <w:top w:val="single" w:sz="6" w:space="0" w:color="B9C9D6"/>
              <w:left w:val="single" w:sz="6" w:space="0" w:color="B9C9D6"/>
              <w:bottom w:val="single" w:sz="6" w:space="0" w:color="B9C9D6"/>
              <w:right w:val="single" w:sz="6" w:space="0" w:color="B9C9D6"/>
            </w:tcBorders>
            <w:tcMar>
              <w:left w:w="12" w:type="dxa"/>
              <w:right w:w="12" w:type="dxa"/>
            </w:tcMar>
            <w:vAlign w:val="center"/>
          </w:tcPr>
          <w:p>
            <w:pPr>
              <w:pStyle w:val="Normal"/>
              <w:jc w:val="center"/>
              <w:rPr/>
            </w:pPr>
            <w:sdt>
              <w:sdtPr>
                <w:alias w:val="Check box"/>
                <w:tag w:val="checkbox"/>
                <w14:checkbox>
                  <w14:checked w14:val="0"/>
                  <w14:checkedState w14:val="2612"/>
                  <w14:uncheckedState w14:val="2610"/>
                </w14:checkbox>
              </w:sdtPr>
              <w:sdtContent>
                <w:r>
                  <w:rPr>
                    <w:sz w:val="24"/>
                  </w:rPr>
                </w:r>
                <w:r>
                  <w:rPr>
                    <w:sz w:val="24"/>
                  </w:rPr>
                  <w:t>☐</w:t>
                </w:r>
              </w:sdtContent>
            </w:sdt>
          </w:p>
        </w:tc>
        <w:tc>
          <w:tcPr>
            <w:tcW w:w="5473" w:type="dxa"/>
            <w:tcBorders>
              <w:top w:val="single" w:sz="6" w:space="0" w:color="B9C9D6"/>
              <w:left w:val="single" w:sz="6" w:space="0" w:color="B9C9D6"/>
              <w:bottom w:val="single" w:sz="6" w:space="0" w:color="B9C9D6"/>
              <w:right w:val="single" w:sz="6" w:space="0" w:color="B9C9D6"/>
            </w:tcBorders>
            <w:tcMar>
              <w:left w:w="150" w:type="dxa"/>
              <w:right w:w="85" w:type="dxa"/>
            </w:tcMar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cantSplit w:val="true"/>
        </w:trPr>
        <w:tc>
          <w:tcPr>
            <w:tcW w:w="3816" w:type="dxa"/>
            <w:tcBorders>
              <w:top w:val="single" w:sz="6" w:space="0" w:color="B9C9D6"/>
              <w:left w:val="single" w:sz="6" w:space="0" w:color="B9C9D6"/>
              <w:bottom w:val="single" w:sz="6" w:space="0" w:color="B9C9D6"/>
              <w:right w:val="single" w:sz="6" w:space="0" w:color="B9C9D6"/>
            </w:tcBorders>
            <w:vAlign w:val="center"/>
          </w:tcPr>
          <w:p>
            <w:pPr>
              <w:pStyle w:val="Normal"/>
              <w:rPr/>
            </w:pPr>
            <w:r>
              <w:rPr>
                <w:b w:val="false"/>
                <w:color w:val="17324D"/>
                <w:sz w:val="20"/>
              </w:rPr>
              <w:t>Neglected corners / edges</w:t>
            </w:r>
          </w:p>
        </w:tc>
        <w:tc>
          <w:tcPr>
            <w:tcW w:w="834" w:type="dxa"/>
            <w:tcBorders>
              <w:top w:val="single" w:sz="6" w:space="0" w:color="B9C9D6"/>
              <w:left w:val="single" w:sz="6" w:space="0" w:color="B9C9D6"/>
              <w:bottom w:val="single" w:sz="6" w:space="0" w:color="B9C9D6"/>
              <w:right w:val="single" w:sz="6" w:space="0" w:color="B9C9D6"/>
            </w:tcBorders>
            <w:tcMar>
              <w:left w:w="12" w:type="dxa"/>
              <w:right w:w="12" w:type="dxa"/>
            </w:tcMar>
            <w:vAlign w:val="center"/>
          </w:tcPr>
          <w:p>
            <w:pPr>
              <w:pStyle w:val="Normal"/>
              <w:jc w:val="center"/>
              <w:rPr/>
            </w:pPr>
            <w:sdt>
              <w:sdtPr>
                <w:alias w:val="Check box"/>
                <w:tag w:val="checkbox"/>
                <w14:checkbox>
                  <w14:checked w14:val="0"/>
                  <w14:checkedState w14:val="2612"/>
                  <w14:uncheckedState w14:val="2610"/>
                </w14:checkbox>
              </w:sdtPr>
              <w:sdtContent>
                <w:r>
                  <w:rPr>
                    <w:sz w:val="24"/>
                  </w:rPr>
                </w:r>
                <w:r>
                  <w:rPr>
                    <w:sz w:val="24"/>
                  </w:rPr>
                  <w:t>☐</w:t>
                </w:r>
              </w:sdtContent>
            </w:sdt>
          </w:p>
        </w:tc>
        <w:tc>
          <w:tcPr>
            <w:tcW w:w="5473" w:type="dxa"/>
            <w:tcBorders>
              <w:top w:val="single" w:sz="6" w:space="0" w:color="B9C9D6"/>
              <w:left w:val="single" w:sz="6" w:space="0" w:color="B9C9D6"/>
              <w:bottom w:val="single" w:sz="6" w:space="0" w:color="B9C9D6"/>
              <w:right w:val="single" w:sz="6" w:space="0" w:color="B9C9D6"/>
            </w:tcBorders>
            <w:tcMar>
              <w:left w:w="150" w:type="dxa"/>
              <w:right w:w="85" w:type="dxa"/>
            </w:tcMar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cantSplit w:val="true"/>
        </w:trPr>
        <w:tc>
          <w:tcPr>
            <w:tcW w:w="3816" w:type="dxa"/>
            <w:tcBorders>
              <w:top w:val="single" w:sz="6" w:space="0" w:color="B9C9D6"/>
              <w:left w:val="single" w:sz="6" w:space="0" w:color="B9C9D6"/>
              <w:bottom w:val="single" w:sz="6" w:space="0" w:color="B9C9D6"/>
              <w:right w:val="single" w:sz="6" w:space="0" w:color="B9C9D6"/>
            </w:tcBorders>
            <w:vAlign w:val="center"/>
          </w:tcPr>
          <w:p>
            <w:pPr>
              <w:pStyle w:val="Normal"/>
              <w:rPr/>
            </w:pPr>
            <w:r>
              <w:rPr>
                <w:b w:val="false"/>
                <w:color w:val="17324D"/>
                <w:sz w:val="20"/>
              </w:rPr>
              <w:t>Other condition</w:t>
            </w:r>
          </w:p>
        </w:tc>
        <w:tc>
          <w:tcPr>
            <w:tcW w:w="834" w:type="dxa"/>
            <w:tcBorders>
              <w:top w:val="single" w:sz="6" w:space="0" w:color="B9C9D6"/>
              <w:left w:val="single" w:sz="6" w:space="0" w:color="B9C9D6"/>
              <w:bottom w:val="single" w:sz="6" w:space="0" w:color="B9C9D6"/>
              <w:right w:val="single" w:sz="6" w:space="0" w:color="B9C9D6"/>
            </w:tcBorders>
            <w:tcMar>
              <w:left w:w="12" w:type="dxa"/>
              <w:right w:w="12" w:type="dxa"/>
            </w:tcMar>
            <w:vAlign w:val="center"/>
          </w:tcPr>
          <w:p>
            <w:pPr>
              <w:pStyle w:val="Normal"/>
              <w:jc w:val="center"/>
              <w:rPr/>
            </w:pPr>
            <w:sdt>
              <w:sdtPr>
                <w:alias w:val="Check box"/>
                <w:tag w:val="checkbox"/>
                <w14:checkbox>
                  <w14:checked w14:val="0"/>
                  <w14:checkedState w14:val="2612"/>
                  <w14:uncheckedState w14:val="2610"/>
                </w14:checkbox>
              </w:sdtPr>
              <w:sdtContent>
                <w:r>
                  <w:rPr>
                    <w:sz w:val="24"/>
                  </w:rPr>
                </w:r>
                <w:r>
                  <w:rPr>
                    <w:sz w:val="24"/>
                  </w:rPr>
                  <w:t>☐</w:t>
                </w:r>
              </w:sdtContent>
            </w:sdt>
          </w:p>
        </w:tc>
        <w:tc>
          <w:tcPr>
            <w:tcW w:w="5473" w:type="dxa"/>
            <w:tcBorders>
              <w:top w:val="single" w:sz="6" w:space="0" w:color="B9C9D6"/>
              <w:left w:val="single" w:sz="6" w:space="0" w:color="B9C9D6"/>
              <w:bottom w:val="single" w:sz="6" w:space="0" w:color="B9C9D6"/>
              <w:right w:val="single" w:sz="6" w:space="0" w:color="B9C9D6"/>
            </w:tcBorders>
            <w:tcMar>
              <w:left w:w="150" w:type="dxa"/>
              <w:right w:w="85" w:type="dxa"/>
            </w:tcMar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</w:tr>
    </w:tbl>
    <w:p>
      <w:pPr>
        <w:pStyle w:val="Normal"/>
        <w:spacing w:before="0" w:after="60"/>
        <w:rPr/>
      </w:pPr>
      <w:r>
        <w:rPr/>
      </w:r>
    </w:p>
    <w:tbl>
      <w:tblPr>
        <w:tblW w:w="10325" w:type="dxa"/>
        <w:jc w:val="center"/>
        <w:tblInd w:w="0" w:type="dxa"/>
        <w:tblLayout w:type="fixed"/>
        <w:tblCellMar>
          <w:top w:w="90" w:type="dxa"/>
          <w:left w:w="110" w:type="dxa"/>
          <w:bottom w:w="90" w:type="dxa"/>
          <w:right w:w="110" w:type="dxa"/>
        </w:tblCellMar>
        <w:tblLook w:val="04a0" w:noHBand="0" w:noVBand="1" w:firstColumn="1" w:lastRow="0" w:lastColumn="0" w:firstRow="1"/>
      </w:tblPr>
      <w:tblGrid>
        <w:gridCol w:w="10325"/>
      </w:tblGrid>
      <w:tr>
        <w:trPr/>
        <w:tc>
          <w:tcPr>
            <w:tcW w:w="10325" w:type="dxa"/>
            <w:tcBorders>
              <w:top w:val="single" w:sz="6" w:space="0" w:color="B9C9D6"/>
              <w:left w:val="single" w:sz="6" w:space="0" w:color="B9C9D6"/>
              <w:bottom w:val="single" w:sz="6" w:space="0" w:color="B9C9D6"/>
              <w:right w:val="single" w:sz="6" w:space="0" w:color="B9C9D6"/>
            </w:tcBorders>
            <w:shd w:fill="EAF5FC"/>
          </w:tcPr>
          <w:p>
            <w:pPr>
              <w:pStyle w:val="Normal"/>
              <w:rPr/>
            </w:pPr>
            <w:r>
              <w:rPr>
                <w:b/>
                <w:color w:val="12365A"/>
                <w:sz w:val="20"/>
              </w:rPr>
              <w:t>Condition Notes / Photos / Special Issues</w:t>
            </w:r>
          </w:p>
        </w:tc>
      </w:tr>
      <w:tr>
        <w:trPr/>
        <w:tc>
          <w:tcPr>
            <w:tcW w:w="10325" w:type="dxa"/>
            <w:tcBorders>
              <w:top w:val="single" w:sz="6" w:space="0" w:color="B9C9D6"/>
              <w:left w:val="single" w:sz="6" w:space="0" w:color="B9C9D6"/>
              <w:bottom w:val="single" w:sz="6" w:space="0" w:color="B9C9D6"/>
              <w:right w:val="single" w:sz="6" w:space="0" w:color="B9C9D6"/>
            </w:tcBorders>
            <w:tcMar>
              <w:top w:w="140" w:type="dxa"/>
              <w:bottom w:w="140" w:type="dxa"/>
            </w:tcMar>
          </w:tcPr>
          <w:p>
            <w:pPr>
              <w:pStyle w:val="Normal"/>
              <w:rPr/>
            </w:pPr>
            <w:r>
              <w:rPr/>
            </w:r>
          </w:p>
        </w:tc>
      </w:tr>
      <w:tr>
        <w:trPr/>
        <w:tc>
          <w:tcPr>
            <w:tcW w:w="10325" w:type="dxa"/>
            <w:tcBorders>
              <w:top w:val="single" w:sz="6" w:space="0" w:color="B9C9D6"/>
              <w:left w:val="single" w:sz="6" w:space="0" w:color="B9C9D6"/>
              <w:bottom w:val="single" w:sz="6" w:space="0" w:color="B9C9D6"/>
              <w:right w:val="single" w:sz="6" w:space="0" w:color="B9C9D6"/>
            </w:tcBorders>
            <w:tcMar>
              <w:top w:w="140" w:type="dxa"/>
              <w:bottom w:w="140" w:type="dxa"/>
            </w:tcMar>
          </w:tcPr>
          <w:p>
            <w:pPr>
              <w:pStyle w:val="Normal"/>
              <w:rPr/>
            </w:pPr>
            <w:r>
              <w:rPr/>
            </w:r>
          </w:p>
        </w:tc>
      </w:tr>
      <w:tr>
        <w:trPr/>
        <w:tc>
          <w:tcPr>
            <w:tcW w:w="10325" w:type="dxa"/>
            <w:tcBorders>
              <w:top w:val="single" w:sz="6" w:space="0" w:color="B9C9D6"/>
              <w:left w:val="single" w:sz="6" w:space="0" w:color="B9C9D6"/>
              <w:bottom w:val="single" w:sz="6" w:space="0" w:color="B9C9D6"/>
              <w:right w:val="single" w:sz="6" w:space="0" w:color="B9C9D6"/>
            </w:tcBorders>
            <w:tcMar>
              <w:top w:w="140" w:type="dxa"/>
              <w:bottom w:w="140" w:type="dxa"/>
            </w:tcMar>
          </w:tcPr>
          <w:p>
            <w:pPr>
              <w:pStyle w:val="Normal"/>
              <w:rPr/>
            </w:pPr>
            <w:r>
              <w:rPr/>
            </w:r>
          </w:p>
        </w:tc>
      </w:tr>
      <w:tr>
        <w:trPr/>
        <w:tc>
          <w:tcPr>
            <w:tcW w:w="10325" w:type="dxa"/>
            <w:tcBorders>
              <w:top w:val="single" w:sz="6" w:space="0" w:color="B9C9D6"/>
              <w:left w:val="single" w:sz="6" w:space="0" w:color="B9C9D6"/>
              <w:bottom w:val="single" w:sz="6" w:space="0" w:color="B9C9D6"/>
              <w:right w:val="single" w:sz="6" w:space="0" w:color="B9C9D6"/>
            </w:tcBorders>
            <w:tcMar>
              <w:top w:w="140" w:type="dxa"/>
              <w:bottom w:w="140" w:type="dxa"/>
            </w:tcMar>
          </w:tcPr>
          <w:p>
            <w:pPr>
              <w:pStyle w:val="Normal"/>
              <w:rPr/>
            </w:pPr>
            <w:r>
              <w:rPr/>
            </w:r>
          </w:p>
        </w:tc>
      </w:tr>
      <w:tr>
        <w:trPr/>
        <w:tc>
          <w:tcPr>
            <w:tcW w:w="10325" w:type="dxa"/>
            <w:tcBorders>
              <w:top w:val="single" w:sz="6" w:space="0" w:color="B9C9D6"/>
              <w:left w:val="single" w:sz="6" w:space="0" w:color="B9C9D6"/>
              <w:bottom w:val="single" w:sz="6" w:space="0" w:color="B9C9D6"/>
              <w:right w:val="single" w:sz="6" w:space="0" w:color="B9C9D6"/>
            </w:tcBorders>
            <w:tcMar>
              <w:top w:w="140" w:type="dxa"/>
              <w:bottom w:w="140" w:type="dxa"/>
            </w:tcMar>
          </w:tcPr>
          <w:p>
            <w:pPr>
              <w:pStyle w:val="Normal"/>
              <w:rPr/>
            </w:pPr>
            <w:r>
              <w:rPr/>
            </w:r>
          </w:p>
        </w:tc>
      </w:tr>
    </w:tbl>
    <w:p>
      <w:pPr>
        <w:pStyle w:val="Normal"/>
        <w:rPr/>
      </w:pPr>
      <w:r>
        <w:rPr/>
      </w:r>
      <w:r>
        <w:br w:type="page"/>
      </w:r>
    </w:p>
    <w:tbl>
      <w:tblPr>
        <w:tblW w:w="10324" w:type="dxa"/>
        <w:jc w:val="center"/>
        <w:tblInd w:w="0" w:type="dxa"/>
        <w:tblLayout w:type="fixed"/>
        <w:tblCellMar>
          <w:top w:w="110" w:type="dxa"/>
          <w:left w:w="230" w:type="dxa"/>
          <w:bottom w:w="110" w:type="dxa"/>
          <w:right w:w="160" w:type="dxa"/>
        </w:tblCellMar>
        <w:tblLook w:val="04a0" w:noHBand="0" w:noVBand="1" w:firstColumn="1" w:lastRow="0" w:lastColumn="0" w:firstRow="1"/>
      </w:tblPr>
      <w:tblGrid>
        <w:gridCol w:w="10324"/>
      </w:tblGrid>
      <w:tr>
        <w:trPr/>
        <w:tc>
          <w:tcPr>
            <w:tcW w:w="10324" w:type="dxa"/>
            <w:tcBorders>
              <w:top w:val="single" w:sz="2" w:space="0" w:color="EEF8F2"/>
              <w:left w:val="single" w:sz="2" w:space="0" w:color="EEF8F2"/>
              <w:bottom w:val="single" w:sz="2" w:space="0" w:color="EEF8F2"/>
              <w:right w:val="single" w:sz="2" w:space="0" w:color="EEF8F2"/>
            </w:tcBorders>
            <w:shd w:fill="EAF5FC"/>
          </w:tcPr>
          <w:p>
            <w:pPr>
              <w:pStyle w:val="Normal"/>
              <w:pageBreakBefore/>
              <w:spacing w:before="0" w:after="0"/>
              <w:jc w:val="left"/>
              <w:rPr/>
            </w:pPr>
            <w:r>
              <w:rPr>
                <w:b/>
                <w:color w:val="12365A"/>
                <w:sz w:val="30"/>
              </w:rPr>
              <w:t>4.  Floors and Surfaces</w:t>
            </w:r>
          </w:p>
        </w:tc>
      </w:tr>
    </w:tbl>
    <w:p>
      <w:pPr>
        <w:pStyle w:val="Normal"/>
        <w:spacing w:before="0" w:after="60"/>
        <w:rPr/>
      </w:pPr>
      <w:r>
        <w:rPr/>
      </w:r>
    </w:p>
    <w:p>
      <w:pPr>
        <w:pStyle w:val="Normal"/>
        <w:spacing w:before="0" w:after="160"/>
        <w:rPr/>
      </w:pPr>
      <w:r>
        <w:rPr>
          <w:b w:val="false"/>
          <w:color w:val="53697C"/>
          <w:sz w:val="21"/>
        </w:rPr>
        <w:t>Identify materials that may change products, equipment, or cleaning time.</w:t>
      </w:r>
    </w:p>
    <w:tbl>
      <w:tblPr>
        <w:tblW w:w="10123" w:type="dxa"/>
        <w:jc w:val="center"/>
        <w:tblInd w:w="0" w:type="dxa"/>
        <w:tblLayout w:type="fixed"/>
        <w:tblCellMar>
          <w:top w:w="110" w:type="dxa"/>
          <w:left w:w="145" w:type="dxa"/>
          <w:bottom w:w="110" w:type="dxa"/>
          <w:right w:w="55" w:type="dxa"/>
        </w:tblCellMar>
        <w:tblLook w:val="04a0" w:noHBand="0" w:noVBand="1" w:firstColumn="1" w:lastRow="0" w:lastColumn="0" w:firstRow="1"/>
      </w:tblPr>
      <w:tblGrid>
        <w:gridCol w:w="3816"/>
        <w:gridCol w:w="834"/>
        <w:gridCol w:w="5473"/>
      </w:tblGrid>
      <w:tr>
        <w:trPr>
          <w:tblHeader w:val="true"/>
        </w:trPr>
        <w:tc>
          <w:tcPr>
            <w:tcW w:w="3816" w:type="dxa"/>
            <w:tcBorders>
              <w:top w:val="single" w:sz="6" w:space="0" w:color="B9C9D6"/>
              <w:left w:val="single" w:sz="6" w:space="0" w:color="B9C9D6"/>
              <w:bottom w:val="single" w:sz="6" w:space="0" w:color="B9C9D6"/>
              <w:right w:val="single" w:sz="6" w:space="0" w:color="B9C9D6"/>
            </w:tcBorders>
            <w:shd w:fill="EAF5FC"/>
          </w:tcPr>
          <w:p>
            <w:pPr>
              <w:pStyle w:val="Normal"/>
              <w:jc w:val="left"/>
              <w:rPr/>
            </w:pPr>
            <w:r>
              <w:rPr>
                <w:b/>
                <w:color w:val="12365A"/>
                <w:sz w:val="20"/>
              </w:rPr>
              <w:t>Floor / Surface</w:t>
            </w:r>
          </w:p>
        </w:tc>
        <w:tc>
          <w:tcPr>
            <w:tcW w:w="834" w:type="dxa"/>
            <w:tcBorders>
              <w:top w:val="single" w:sz="6" w:space="0" w:color="B9C9D6"/>
              <w:left w:val="single" w:sz="6" w:space="0" w:color="B9C9D6"/>
              <w:bottom w:val="single" w:sz="6" w:space="0" w:color="B9C9D6"/>
              <w:right w:val="single" w:sz="6" w:space="0" w:color="B9C9D6"/>
            </w:tcBorders>
            <w:shd w:fill="EAF5FC"/>
            <w:tcMar>
              <w:left w:w="12" w:type="dxa"/>
              <w:right w:w="12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rPr>
                <w:b/>
                <w:color w:val="12365A"/>
                <w:sz w:val="20"/>
              </w:rPr>
              <w:t>Check</w:t>
            </w:r>
          </w:p>
        </w:tc>
        <w:tc>
          <w:tcPr>
            <w:tcW w:w="5473" w:type="dxa"/>
            <w:tcBorders>
              <w:top w:val="single" w:sz="6" w:space="0" w:color="B9C9D6"/>
              <w:left w:val="single" w:sz="6" w:space="0" w:color="B9C9D6"/>
              <w:bottom w:val="single" w:sz="6" w:space="0" w:color="B9C9D6"/>
              <w:right w:val="single" w:sz="6" w:space="0" w:color="B9C9D6"/>
            </w:tcBorders>
            <w:shd w:fill="EAF5FC"/>
            <w:tcMar>
              <w:left w:w="150" w:type="dxa"/>
              <w:right w:w="85" w:type="dxa"/>
            </w:tcMar>
          </w:tcPr>
          <w:p>
            <w:pPr>
              <w:pStyle w:val="Normal"/>
              <w:jc w:val="left"/>
              <w:rPr/>
            </w:pPr>
            <w:r>
              <w:rPr>
                <w:b/>
                <w:color w:val="12365A"/>
                <w:sz w:val="20"/>
              </w:rPr>
              <w:t>Condition / Details</w:t>
            </w:r>
          </w:p>
        </w:tc>
      </w:tr>
      <w:tr>
        <w:trPr>
          <w:cantSplit w:val="true"/>
        </w:trPr>
        <w:tc>
          <w:tcPr>
            <w:tcW w:w="3816" w:type="dxa"/>
            <w:tcBorders>
              <w:top w:val="single" w:sz="6" w:space="0" w:color="B9C9D6"/>
              <w:left w:val="single" w:sz="6" w:space="0" w:color="B9C9D6"/>
              <w:bottom w:val="single" w:sz="6" w:space="0" w:color="B9C9D6"/>
              <w:right w:val="single" w:sz="6" w:space="0" w:color="B9C9D6"/>
            </w:tcBorders>
            <w:vAlign w:val="center"/>
          </w:tcPr>
          <w:p>
            <w:pPr>
              <w:pStyle w:val="Normal"/>
              <w:rPr/>
            </w:pPr>
            <w:r>
              <w:rPr>
                <w:b w:val="false"/>
                <w:color w:val="17324D"/>
                <w:sz w:val="20"/>
              </w:rPr>
              <w:t>Carpet</w:t>
            </w:r>
          </w:p>
        </w:tc>
        <w:tc>
          <w:tcPr>
            <w:tcW w:w="834" w:type="dxa"/>
            <w:tcBorders>
              <w:top w:val="single" w:sz="6" w:space="0" w:color="B9C9D6"/>
              <w:left w:val="single" w:sz="6" w:space="0" w:color="B9C9D6"/>
              <w:bottom w:val="single" w:sz="6" w:space="0" w:color="B9C9D6"/>
              <w:right w:val="single" w:sz="6" w:space="0" w:color="B9C9D6"/>
            </w:tcBorders>
            <w:tcMar>
              <w:left w:w="12" w:type="dxa"/>
              <w:right w:w="12" w:type="dxa"/>
            </w:tcMar>
            <w:vAlign w:val="center"/>
          </w:tcPr>
          <w:p>
            <w:pPr>
              <w:pStyle w:val="Normal"/>
              <w:jc w:val="center"/>
              <w:rPr/>
            </w:pPr>
            <w:sdt>
              <w:sdtPr>
                <w:alias w:val="Check box"/>
                <w:tag w:val="checkbox"/>
                <w14:checkbox>
                  <w14:checked w14:val="0"/>
                  <w14:checkedState w14:val="2612"/>
                  <w14:uncheckedState w14:val="2610"/>
                </w14:checkbox>
              </w:sdtPr>
              <w:sdtContent>
                <w:r>
                  <w:rPr>
                    <w:sz w:val="24"/>
                  </w:rPr>
                </w:r>
                <w:r>
                  <w:rPr>
                    <w:sz w:val="24"/>
                  </w:rPr>
                  <w:t>☐</w:t>
                </w:r>
              </w:sdtContent>
            </w:sdt>
          </w:p>
        </w:tc>
        <w:tc>
          <w:tcPr>
            <w:tcW w:w="5473" w:type="dxa"/>
            <w:tcBorders>
              <w:top w:val="single" w:sz="6" w:space="0" w:color="B9C9D6"/>
              <w:left w:val="single" w:sz="6" w:space="0" w:color="B9C9D6"/>
              <w:bottom w:val="single" w:sz="6" w:space="0" w:color="B9C9D6"/>
              <w:right w:val="single" w:sz="6" w:space="0" w:color="B9C9D6"/>
            </w:tcBorders>
            <w:tcMar>
              <w:left w:w="150" w:type="dxa"/>
              <w:right w:w="85" w:type="dxa"/>
            </w:tcMar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cantSplit w:val="true"/>
        </w:trPr>
        <w:tc>
          <w:tcPr>
            <w:tcW w:w="3816" w:type="dxa"/>
            <w:tcBorders>
              <w:top w:val="single" w:sz="6" w:space="0" w:color="B9C9D6"/>
              <w:left w:val="single" w:sz="6" w:space="0" w:color="B9C9D6"/>
              <w:bottom w:val="single" w:sz="6" w:space="0" w:color="B9C9D6"/>
              <w:right w:val="single" w:sz="6" w:space="0" w:color="B9C9D6"/>
            </w:tcBorders>
            <w:vAlign w:val="center"/>
          </w:tcPr>
          <w:p>
            <w:pPr>
              <w:pStyle w:val="Normal"/>
              <w:rPr/>
            </w:pPr>
            <w:r>
              <w:rPr>
                <w:b w:val="false"/>
                <w:color w:val="17324D"/>
                <w:sz w:val="20"/>
              </w:rPr>
              <w:t>Hardwood</w:t>
            </w:r>
          </w:p>
        </w:tc>
        <w:tc>
          <w:tcPr>
            <w:tcW w:w="834" w:type="dxa"/>
            <w:tcBorders>
              <w:top w:val="single" w:sz="6" w:space="0" w:color="B9C9D6"/>
              <w:left w:val="single" w:sz="6" w:space="0" w:color="B9C9D6"/>
              <w:bottom w:val="single" w:sz="6" w:space="0" w:color="B9C9D6"/>
              <w:right w:val="single" w:sz="6" w:space="0" w:color="B9C9D6"/>
            </w:tcBorders>
            <w:tcMar>
              <w:left w:w="12" w:type="dxa"/>
              <w:right w:w="12" w:type="dxa"/>
            </w:tcMar>
            <w:vAlign w:val="center"/>
          </w:tcPr>
          <w:p>
            <w:pPr>
              <w:pStyle w:val="Normal"/>
              <w:jc w:val="center"/>
              <w:rPr/>
            </w:pPr>
            <w:sdt>
              <w:sdtPr>
                <w:alias w:val="Check box"/>
                <w:tag w:val="checkbox"/>
                <w14:checkbox>
                  <w14:checked w14:val="0"/>
                  <w14:checkedState w14:val="2612"/>
                  <w14:uncheckedState w14:val="2610"/>
                </w14:checkbox>
              </w:sdtPr>
              <w:sdtContent>
                <w:r>
                  <w:rPr>
                    <w:sz w:val="24"/>
                  </w:rPr>
                </w:r>
                <w:r>
                  <w:rPr>
                    <w:sz w:val="24"/>
                  </w:rPr>
                  <w:t>☐</w:t>
                </w:r>
              </w:sdtContent>
            </w:sdt>
          </w:p>
        </w:tc>
        <w:tc>
          <w:tcPr>
            <w:tcW w:w="5473" w:type="dxa"/>
            <w:tcBorders>
              <w:top w:val="single" w:sz="6" w:space="0" w:color="B9C9D6"/>
              <w:left w:val="single" w:sz="6" w:space="0" w:color="B9C9D6"/>
              <w:bottom w:val="single" w:sz="6" w:space="0" w:color="B9C9D6"/>
              <w:right w:val="single" w:sz="6" w:space="0" w:color="B9C9D6"/>
            </w:tcBorders>
            <w:tcMar>
              <w:left w:w="150" w:type="dxa"/>
              <w:right w:w="85" w:type="dxa"/>
            </w:tcMar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cantSplit w:val="true"/>
        </w:trPr>
        <w:tc>
          <w:tcPr>
            <w:tcW w:w="3816" w:type="dxa"/>
            <w:tcBorders>
              <w:top w:val="single" w:sz="6" w:space="0" w:color="B9C9D6"/>
              <w:left w:val="single" w:sz="6" w:space="0" w:color="B9C9D6"/>
              <w:bottom w:val="single" w:sz="6" w:space="0" w:color="B9C9D6"/>
              <w:right w:val="single" w:sz="6" w:space="0" w:color="B9C9D6"/>
            </w:tcBorders>
            <w:vAlign w:val="center"/>
          </w:tcPr>
          <w:p>
            <w:pPr>
              <w:pStyle w:val="Normal"/>
              <w:rPr/>
            </w:pPr>
            <w:r>
              <w:rPr>
                <w:b w:val="false"/>
                <w:color w:val="17324D"/>
                <w:sz w:val="20"/>
              </w:rPr>
              <w:t>Tile</w:t>
            </w:r>
          </w:p>
        </w:tc>
        <w:tc>
          <w:tcPr>
            <w:tcW w:w="834" w:type="dxa"/>
            <w:tcBorders>
              <w:top w:val="single" w:sz="6" w:space="0" w:color="B9C9D6"/>
              <w:left w:val="single" w:sz="6" w:space="0" w:color="B9C9D6"/>
              <w:bottom w:val="single" w:sz="6" w:space="0" w:color="B9C9D6"/>
              <w:right w:val="single" w:sz="6" w:space="0" w:color="B9C9D6"/>
            </w:tcBorders>
            <w:tcMar>
              <w:left w:w="12" w:type="dxa"/>
              <w:right w:w="12" w:type="dxa"/>
            </w:tcMar>
            <w:vAlign w:val="center"/>
          </w:tcPr>
          <w:p>
            <w:pPr>
              <w:pStyle w:val="Normal"/>
              <w:jc w:val="center"/>
              <w:rPr/>
            </w:pPr>
            <w:sdt>
              <w:sdtPr>
                <w:alias w:val="Check box"/>
                <w:tag w:val="checkbox"/>
                <w14:checkbox>
                  <w14:checked w14:val="0"/>
                  <w14:checkedState w14:val="2612"/>
                  <w14:uncheckedState w14:val="2610"/>
                </w14:checkbox>
              </w:sdtPr>
              <w:sdtContent>
                <w:r>
                  <w:rPr>
                    <w:sz w:val="24"/>
                  </w:rPr>
                </w:r>
                <w:r>
                  <w:rPr>
                    <w:sz w:val="24"/>
                  </w:rPr>
                  <w:t>☐</w:t>
                </w:r>
              </w:sdtContent>
            </w:sdt>
          </w:p>
        </w:tc>
        <w:tc>
          <w:tcPr>
            <w:tcW w:w="5473" w:type="dxa"/>
            <w:tcBorders>
              <w:top w:val="single" w:sz="6" w:space="0" w:color="B9C9D6"/>
              <w:left w:val="single" w:sz="6" w:space="0" w:color="B9C9D6"/>
              <w:bottom w:val="single" w:sz="6" w:space="0" w:color="B9C9D6"/>
              <w:right w:val="single" w:sz="6" w:space="0" w:color="B9C9D6"/>
            </w:tcBorders>
            <w:tcMar>
              <w:left w:w="150" w:type="dxa"/>
              <w:right w:w="85" w:type="dxa"/>
            </w:tcMar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cantSplit w:val="true"/>
        </w:trPr>
        <w:tc>
          <w:tcPr>
            <w:tcW w:w="3816" w:type="dxa"/>
            <w:tcBorders>
              <w:top w:val="single" w:sz="6" w:space="0" w:color="B9C9D6"/>
              <w:left w:val="single" w:sz="6" w:space="0" w:color="B9C9D6"/>
              <w:bottom w:val="single" w:sz="6" w:space="0" w:color="B9C9D6"/>
              <w:right w:val="single" w:sz="6" w:space="0" w:color="B9C9D6"/>
            </w:tcBorders>
            <w:vAlign w:val="center"/>
          </w:tcPr>
          <w:p>
            <w:pPr>
              <w:pStyle w:val="Normal"/>
              <w:rPr/>
            </w:pPr>
            <w:r>
              <w:rPr>
                <w:b w:val="false"/>
                <w:color w:val="17324D"/>
                <w:sz w:val="20"/>
              </w:rPr>
              <w:t>Vinyl</w:t>
            </w:r>
          </w:p>
        </w:tc>
        <w:tc>
          <w:tcPr>
            <w:tcW w:w="834" w:type="dxa"/>
            <w:tcBorders>
              <w:top w:val="single" w:sz="6" w:space="0" w:color="B9C9D6"/>
              <w:left w:val="single" w:sz="6" w:space="0" w:color="B9C9D6"/>
              <w:bottom w:val="single" w:sz="6" w:space="0" w:color="B9C9D6"/>
              <w:right w:val="single" w:sz="6" w:space="0" w:color="B9C9D6"/>
            </w:tcBorders>
            <w:tcMar>
              <w:left w:w="12" w:type="dxa"/>
              <w:right w:w="12" w:type="dxa"/>
            </w:tcMar>
            <w:vAlign w:val="center"/>
          </w:tcPr>
          <w:p>
            <w:pPr>
              <w:pStyle w:val="Normal"/>
              <w:jc w:val="center"/>
              <w:rPr/>
            </w:pPr>
            <w:sdt>
              <w:sdtPr>
                <w:alias w:val="Check box"/>
                <w:tag w:val="checkbox"/>
                <w14:checkbox>
                  <w14:checked w14:val="0"/>
                  <w14:checkedState w14:val="2612"/>
                  <w14:uncheckedState w14:val="2610"/>
                </w14:checkbox>
              </w:sdtPr>
              <w:sdtContent>
                <w:r>
                  <w:rPr>
                    <w:sz w:val="24"/>
                  </w:rPr>
                </w:r>
                <w:r>
                  <w:rPr>
                    <w:sz w:val="24"/>
                  </w:rPr>
                  <w:t>☐</w:t>
                </w:r>
              </w:sdtContent>
            </w:sdt>
          </w:p>
        </w:tc>
        <w:tc>
          <w:tcPr>
            <w:tcW w:w="5473" w:type="dxa"/>
            <w:tcBorders>
              <w:top w:val="single" w:sz="6" w:space="0" w:color="B9C9D6"/>
              <w:left w:val="single" w:sz="6" w:space="0" w:color="B9C9D6"/>
              <w:bottom w:val="single" w:sz="6" w:space="0" w:color="B9C9D6"/>
              <w:right w:val="single" w:sz="6" w:space="0" w:color="B9C9D6"/>
            </w:tcBorders>
            <w:tcMar>
              <w:left w:w="150" w:type="dxa"/>
              <w:right w:w="85" w:type="dxa"/>
            </w:tcMar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cantSplit w:val="true"/>
        </w:trPr>
        <w:tc>
          <w:tcPr>
            <w:tcW w:w="3816" w:type="dxa"/>
            <w:tcBorders>
              <w:top w:val="single" w:sz="6" w:space="0" w:color="B9C9D6"/>
              <w:left w:val="single" w:sz="6" w:space="0" w:color="B9C9D6"/>
              <w:bottom w:val="single" w:sz="6" w:space="0" w:color="B9C9D6"/>
              <w:right w:val="single" w:sz="6" w:space="0" w:color="B9C9D6"/>
            </w:tcBorders>
            <w:vAlign w:val="center"/>
          </w:tcPr>
          <w:p>
            <w:pPr>
              <w:pStyle w:val="Normal"/>
              <w:rPr/>
            </w:pPr>
            <w:r>
              <w:rPr>
                <w:b w:val="false"/>
                <w:color w:val="17324D"/>
                <w:sz w:val="20"/>
              </w:rPr>
              <w:t>Laminate</w:t>
            </w:r>
          </w:p>
        </w:tc>
        <w:tc>
          <w:tcPr>
            <w:tcW w:w="834" w:type="dxa"/>
            <w:tcBorders>
              <w:top w:val="single" w:sz="6" w:space="0" w:color="B9C9D6"/>
              <w:left w:val="single" w:sz="6" w:space="0" w:color="B9C9D6"/>
              <w:bottom w:val="single" w:sz="6" w:space="0" w:color="B9C9D6"/>
              <w:right w:val="single" w:sz="6" w:space="0" w:color="B9C9D6"/>
            </w:tcBorders>
            <w:tcMar>
              <w:left w:w="12" w:type="dxa"/>
              <w:right w:w="12" w:type="dxa"/>
            </w:tcMar>
            <w:vAlign w:val="center"/>
          </w:tcPr>
          <w:p>
            <w:pPr>
              <w:pStyle w:val="Normal"/>
              <w:jc w:val="center"/>
              <w:rPr/>
            </w:pPr>
            <w:sdt>
              <w:sdtPr>
                <w:alias w:val="Check box"/>
                <w:tag w:val="checkbox"/>
                <w14:checkbox>
                  <w14:checked w14:val="0"/>
                  <w14:checkedState w14:val="2612"/>
                  <w14:uncheckedState w14:val="2610"/>
                </w14:checkbox>
              </w:sdtPr>
              <w:sdtContent>
                <w:r>
                  <w:rPr>
                    <w:sz w:val="24"/>
                  </w:rPr>
                </w:r>
                <w:r>
                  <w:rPr>
                    <w:sz w:val="24"/>
                  </w:rPr>
                  <w:t>☐</w:t>
                </w:r>
              </w:sdtContent>
            </w:sdt>
          </w:p>
        </w:tc>
        <w:tc>
          <w:tcPr>
            <w:tcW w:w="5473" w:type="dxa"/>
            <w:tcBorders>
              <w:top w:val="single" w:sz="6" w:space="0" w:color="B9C9D6"/>
              <w:left w:val="single" w:sz="6" w:space="0" w:color="B9C9D6"/>
              <w:bottom w:val="single" w:sz="6" w:space="0" w:color="B9C9D6"/>
              <w:right w:val="single" w:sz="6" w:space="0" w:color="B9C9D6"/>
            </w:tcBorders>
            <w:tcMar>
              <w:left w:w="150" w:type="dxa"/>
              <w:right w:w="85" w:type="dxa"/>
            </w:tcMar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cantSplit w:val="true"/>
        </w:trPr>
        <w:tc>
          <w:tcPr>
            <w:tcW w:w="3816" w:type="dxa"/>
            <w:tcBorders>
              <w:top w:val="single" w:sz="6" w:space="0" w:color="B9C9D6"/>
              <w:left w:val="single" w:sz="6" w:space="0" w:color="B9C9D6"/>
              <w:bottom w:val="single" w:sz="6" w:space="0" w:color="B9C9D6"/>
              <w:right w:val="single" w:sz="6" w:space="0" w:color="B9C9D6"/>
            </w:tcBorders>
            <w:vAlign w:val="center"/>
          </w:tcPr>
          <w:p>
            <w:pPr>
              <w:pStyle w:val="Normal"/>
              <w:rPr/>
            </w:pPr>
            <w:r>
              <w:rPr>
                <w:b w:val="false"/>
                <w:color w:val="17324D"/>
                <w:sz w:val="20"/>
              </w:rPr>
              <w:t>Concrete</w:t>
            </w:r>
          </w:p>
        </w:tc>
        <w:tc>
          <w:tcPr>
            <w:tcW w:w="834" w:type="dxa"/>
            <w:tcBorders>
              <w:top w:val="single" w:sz="6" w:space="0" w:color="B9C9D6"/>
              <w:left w:val="single" w:sz="6" w:space="0" w:color="B9C9D6"/>
              <w:bottom w:val="single" w:sz="6" w:space="0" w:color="B9C9D6"/>
              <w:right w:val="single" w:sz="6" w:space="0" w:color="B9C9D6"/>
            </w:tcBorders>
            <w:tcMar>
              <w:left w:w="12" w:type="dxa"/>
              <w:right w:w="12" w:type="dxa"/>
            </w:tcMar>
            <w:vAlign w:val="center"/>
          </w:tcPr>
          <w:p>
            <w:pPr>
              <w:pStyle w:val="Normal"/>
              <w:jc w:val="center"/>
              <w:rPr/>
            </w:pPr>
            <w:sdt>
              <w:sdtPr>
                <w:alias w:val="Check box"/>
                <w:tag w:val="checkbox"/>
                <w14:checkbox>
                  <w14:checked w14:val="0"/>
                  <w14:checkedState w14:val="2612"/>
                  <w14:uncheckedState w14:val="2610"/>
                </w14:checkbox>
              </w:sdtPr>
              <w:sdtContent>
                <w:r>
                  <w:rPr>
                    <w:sz w:val="24"/>
                  </w:rPr>
                </w:r>
                <w:r>
                  <w:rPr>
                    <w:sz w:val="24"/>
                  </w:rPr>
                  <w:t>☐</w:t>
                </w:r>
              </w:sdtContent>
            </w:sdt>
          </w:p>
        </w:tc>
        <w:tc>
          <w:tcPr>
            <w:tcW w:w="5473" w:type="dxa"/>
            <w:tcBorders>
              <w:top w:val="single" w:sz="6" w:space="0" w:color="B9C9D6"/>
              <w:left w:val="single" w:sz="6" w:space="0" w:color="B9C9D6"/>
              <w:bottom w:val="single" w:sz="6" w:space="0" w:color="B9C9D6"/>
              <w:right w:val="single" w:sz="6" w:space="0" w:color="B9C9D6"/>
            </w:tcBorders>
            <w:tcMar>
              <w:left w:w="150" w:type="dxa"/>
              <w:right w:w="85" w:type="dxa"/>
            </w:tcMar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cantSplit w:val="true"/>
        </w:trPr>
        <w:tc>
          <w:tcPr>
            <w:tcW w:w="3816" w:type="dxa"/>
            <w:tcBorders>
              <w:top w:val="single" w:sz="6" w:space="0" w:color="B9C9D6"/>
              <w:left w:val="single" w:sz="6" w:space="0" w:color="B9C9D6"/>
              <w:bottom w:val="single" w:sz="6" w:space="0" w:color="B9C9D6"/>
              <w:right w:val="single" w:sz="6" w:space="0" w:color="B9C9D6"/>
            </w:tcBorders>
            <w:vAlign w:val="center"/>
          </w:tcPr>
          <w:p>
            <w:pPr>
              <w:pStyle w:val="Normal"/>
              <w:rPr/>
            </w:pPr>
            <w:r>
              <w:rPr>
                <w:b w:val="false"/>
                <w:color w:val="17324D"/>
                <w:sz w:val="20"/>
              </w:rPr>
              <w:t>Stone</w:t>
            </w:r>
          </w:p>
        </w:tc>
        <w:tc>
          <w:tcPr>
            <w:tcW w:w="834" w:type="dxa"/>
            <w:tcBorders>
              <w:top w:val="single" w:sz="6" w:space="0" w:color="B9C9D6"/>
              <w:left w:val="single" w:sz="6" w:space="0" w:color="B9C9D6"/>
              <w:bottom w:val="single" w:sz="6" w:space="0" w:color="B9C9D6"/>
              <w:right w:val="single" w:sz="6" w:space="0" w:color="B9C9D6"/>
            </w:tcBorders>
            <w:tcMar>
              <w:left w:w="12" w:type="dxa"/>
              <w:right w:w="12" w:type="dxa"/>
            </w:tcMar>
            <w:vAlign w:val="center"/>
          </w:tcPr>
          <w:p>
            <w:pPr>
              <w:pStyle w:val="Normal"/>
              <w:jc w:val="center"/>
              <w:rPr/>
            </w:pPr>
            <w:sdt>
              <w:sdtPr>
                <w:alias w:val="Check box"/>
                <w:tag w:val="checkbox"/>
                <w14:checkbox>
                  <w14:checked w14:val="0"/>
                  <w14:checkedState w14:val="2612"/>
                  <w14:uncheckedState w14:val="2610"/>
                </w14:checkbox>
              </w:sdtPr>
              <w:sdtContent>
                <w:r>
                  <w:rPr>
                    <w:sz w:val="24"/>
                  </w:rPr>
                </w:r>
                <w:r>
                  <w:rPr>
                    <w:sz w:val="24"/>
                  </w:rPr>
                  <w:t>☐</w:t>
                </w:r>
              </w:sdtContent>
            </w:sdt>
          </w:p>
        </w:tc>
        <w:tc>
          <w:tcPr>
            <w:tcW w:w="5473" w:type="dxa"/>
            <w:tcBorders>
              <w:top w:val="single" w:sz="6" w:space="0" w:color="B9C9D6"/>
              <w:left w:val="single" w:sz="6" w:space="0" w:color="B9C9D6"/>
              <w:bottom w:val="single" w:sz="6" w:space="0" w:color="B9C9D6"/>
              <w:right w:val="single" w:sz="6" w:space="0" w:color="B9C9D6"/>
            </w:tcBorders>
            <w:tcMar>
              <w:left w:w="150" w:type="dxa"/>
              <w:right w:w="85" w:type="dxa"/>
            </w:tcMar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cantSplit w:val="true"/>
        </w:trPr>
        <w:tc>
          <w:tcPr>
            <w:tcW w:w="3816" w:type="dxa"/>
            <w:tcBorders>
              <w:top w:val="single" w:sz="6" w:space="0" w:color="B9C9D6"/>
              <w:left w:val="single" w:sz="6" w:space="0" w:color="B9C9D6"/>
              <w:bottom w:val="single" w:sz="6" w:space="0" w:color="B9C9D6"/>
              <w:right w:val="single" w:sz="6" w:space="0" w:color="B9C9D6"/>
            </w:tcBorders>
            <w:vAlign w:val="center"/>
          </w:tcPr>
          <w:p>
            <w:pPr>
              <w:pStyle w:val="Normal"/>
              <w:rPr/>
            </w:pPr>
            <w:r>
              <w:rPr>
                <w:b w:val="false"/>
                <w:color w:val="17324D"/>
                <w:sz w:val="20"/>
              </w:rPr>
              <w:t>Countertops</w:t>
            </w:r>
          </w:p>
        </w:tc>
        <w:tc>
          <w:tcPr>
            <w:tcW w:w="834" w:type="dxa"/>
            <w:tcBorders>
              <w:top w:val="single" w:sz="6" w:space="0" w:color="B9C9D6"/>
              <w:left w:val="single" w:sz="6" w:space="0" w:color="B9C9D6"/>
              <w:bottom w:val="single" w:sz="6" w:space="0" w:color="B9C9D6"/>
              <w:right w:val="single" w:sz="6" w:space="0" w:color="B9C9D6"/>
            </w:tcBorders>
            <w:tcMar>
              <w:left w:w="12" w:type="dxa"/>
              <w:right w:w="12" w:type="dxa"/>
            </w:tcMar>
            <w:vAlign w:val="center"/>
          </w:tcPr>
          <w:p>
            <w:pPr>
              <w:pStyle w:val="Normal"/>
              <w:jc w:val="center"/>
              <w:rPr/>
            </w:pPr>
            <w:sdt>
              <w:sdtPr>
                <w:alias w:val="Check box"/>
                <w:tag w:val="checkbox"/>
                <w14:checkbox>
                  <w14:checked w14:val="0"/>
                  <w14:checkedState w14:val="2612"/>
                  <w14:uncheckedState w14:val="2610"/>
                </w14:checkbox>
              </w:sdtPr>
              <w:sdtContent>
                <w:r>
                  <w:rPr>
                    <w:sz w:val="24"/>
                  </w:rPr>
                </w:r>
                <w:r>
                  <w:rPr>
                    <w:sz w:val="24"/>
                  </w:rPr>
                  <w:t>☐</w:t>
                </w:r>
              </w:sdtContent>
            </w:sdt>
          </w:p>
        </w:tc>
        <w:tc>
          <w:tcPr>
            <w:tcW w:w="5473" w:type="dxa"/>
            <w:tcBorders>
              <w:top w:val="single" w:sz="6" w:space="0" w:color="B9C9D6"/>
              <w:left w:val="single" w:sz="6" w:space="0" w:color="B9C9D6"/>
              <w:bottom w:val="single" w:sz="6" w:space="0" w:color="B9C9D6"/>
              <w:right w:val="single" w:sz="6" w:space="0" w:color="B9C9D6"/>
            </w:tcBorders>
            <w:tcMar>
              <w:left w:w="150" w:type="dxa"/>
              <w:right w:w="85" w:type="dxa"/>
            </w:tcMar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cantSplit w:val="true"/>
        </w:trPr>
        <w:tc>
          <w:tcPr>
            <w:tcW w:w="3816" w:type="dxa"/>
            <w:tcBorders>
              <w:top w:val="single" w:sz="6" w:space="0" w:color="B9C9D6"/>
              <w:left w:val="single" w:sz="6" w:space="0" w:color="B9C9D6"/>
              <w:bottom w:val="single" w:sz="6" w:space="0" w:color="B9C9D6"/>
              <w:right w:val="single" w:sz="6" w:space="0" w:color="B9C9D6"/>
            </w:tcBorders>
            <w:vAlign w:val="center"/>
          </w:tcPr>
          <w:p>
            <w:pPr>
              <w:pStyle w:val="Normal"/>
              <w:rPr/>
            </w:pPr>
            <w:r>
              <w:rPr>
                <w:b w:val="false"/>
                <w:color w:val="17324D"/>
                <w:sz w:val="20"/>
              </w:rPr>
              <w:t>Stainless steel</w:t>
            </w:r>
          </w:p>
        </w:tc>
        <w:tc>
          <w:tcPr>
            <w:tcW w:w="834" w:type="dxa"/>
            <w:tcBorders>
              <w:top w:val="single" w:sz="6" w:space="0" w:color="B9C9D6"/>
              <w:left w:val="single" w:sz="6" w:space="0" w:color="B9C9D6"/>
              <w:bottom w:val="single" w:sz="6" w:space="0" w:color="B9C9D6"/>
              <w:right w:val="single" w:sz="6" w:space="0" w:color="B9C9D6"/>
            </w:tcBorders>
            <w:tcMar>
              <w:left w:w="12" w:type="dxa"/>
              <w:right w:w="12" w:type="dxa"/>
            </w:tcMar>
            <w:vAlign w:val="center"/>
          </w:tcPr>
          <w:p>
            <w:pPr>
              <w:pStyle w:val="Normal"/>
              <w:jc w:val="center"/>
              <w:rPr/>
            </w:pPr>
            <w:sdt>
              <w:sdtPr>
                <w:alias w:val="Check box"/>
                <w:tag w:val="checkbox"/>
                <w14:checkbox>
                  <w14:checked w14:val="0"/>
                  <w14:checkedState w14:val="2612"/>
                  <w14:uncheckedState w14:val="2610"/>
                </w14:checkbox>
              </w:sdtPr>
              <w:sdtContent>
                <w:r>
                  <w:rPr>
                    <w:sz w:val="24"/>
                  </w:rPr>
                </w:r>
                <w:r>
                  <w:rPr>
                    <w:sz w:val="24"/>
                  </w:rPr>
                  <w:t>☐</w:t>
                </w:r>
              </w:sdtContent>
            </w:sdt>
          </w:p>
        </w:tc>
        <w:tc>
          <w:tcPr>
            <w:tcW w:w="5473" w:type="dxa"/>
            <w:tcBorders>
              <w:top w:val="single" w:sz="6" w:space="0" w:color="B9C9D6"/>
              <w:left w:val="single" w:sz="6" w:space="0" w:color="B9C9D6"/>
              <w:bottom w:val="single" w:sz="6" w:space="0" w:color="B9C9D6"/>
              <w:right w:val="single" w:sz="6" w:space="0" w:color="B9C9D6"/>
            </w:tcBorders>
            <w:tcMar>
              <w:left w:w="150" w:type="dxa"/>
              <w:right w:w="85" w:type="dxa"/>
            </w:tcMar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cantSplit w:val="true"/>
        </w:trPr>
        <w:tc>
          <w:tcPr>
            <w:tcW w:w="3816" w:type="dxa"/>
            <w:tcBorders>
              <w:top w:val="single" w:sz="6" w:space="0" w:color="B9C9D6"/>
              <w:left w:val="single" w:sz="6" w:space="0" w:color="B9C9D6"/>
              <w:bottom w:val="single" w:sz="6" w:space="0" w:color="B9C9D6"/>
              <w:right w:val="single" w:sz="6" w:space="0" w:color="B9C9D6"/>
            </w:tcBorders>
            <w:vAlign w:val="center"/>
          </w:tcPr>
          <w:p>
            <w:pPr>
              <w:pStyle w:val="Normal"/>
              <w:rPr/>
            </w:pPr>
            <w:r>
              <w:rPr>
                <w:b w:val="false"/>
                <w:color w:val="17324D"/>
                <w:sz w:val="20"/>
              </w:rPr>
              <w:t>Glass / Mirrors</w:t>
            </w:r>
          </w:p>
        </w:tc>
        <w:tc>
          <w:tcPr>
            <w:tcW w:w="834" w:type="dxa"/>
            <w:tcBorders>
              <w:top w:val="single" w:sz="6" w:space="0" w:color="B9C9D6"/>
              <w:left w:val="single" w:sz="6" w:space="0" w:color="B9C9D6"/>
              <w:bottom w:val="single" w:sz="6" w:space="0" w:color="B9C9D6"/>
              <w:right w:val="single" w:sz="6" w:space="0" w:color="B9C9D6"/>
            </w:tcBorders>
            <w:tcMar>
              <w:left w:w="12" w:type="dxa"/>
              <w:right w:w="12" w:type="dxa"/>
            </w:tcMar>
            <w:vAlign w:val="center"/>
          </w:tcPr>
          <w:p>
            <w:pPr>
              <w:pStyle w:val="Normal"/>
              <w:jc w:val="center"/>
              <w:rPr/>
            </w:pPr>
            <w:sdt>
              <w:sdtPr>
                <w:alias w:val="Check box"/>
                <w:tag w:val="checkbox"/>
                <w14:checkbox>
                  <w14:checked w14:val="0"/>
                  <w14:checkedState w14:val="2612"/>
                  <w14:uncheckedState w14:val="2610"/>
                </w14:checkbox>
              </w:sdtPr>
              <w:sdtContent>
                <w:r>
                  <w:rPr>
                    <w:sz w:val="24"/>
                  </w:rPr>
                </w:r>
                <w:r>
                  <w:rPr>
                    <w:sz w:val="24"/>
                  </w:rPr>
                  <w:t>☐</w:t>
                </w:r>
              </w:sdtContent>
            </w:sdt>
          </w:p>
        </w:tc>
        <w:tc>
          <w:tcPr>
            <w:tcW w:w="5473" w:type="dxa"/>
            <w:tcBorders>
              <w:top w:val="single" w:sz="6" w:space="0" w:color="B9C9D6"/>
              <w:left w:val="single" w:sz="6" w:space="0" w:color="B9C9D6"/>
              <w:bottom w:val="single" w:sz="6" w:space="0" w:color="B9C9D6"/>
              <w:right w:val="single" w:sz="6" w:space="0" w:color="B9C9D6"/>
            </w:tcBorders>
            <w:tcMar>
              <w:left w:w="150" w:type="dxa"/>
              <w:right w:w="85" w:type="dxa"/>
            </w:tcMar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cantSplit w:val="true"/>
        </w:trPr>
        <w:tc>
          <w:tcPr>
            <w:tcW w:w="3816" w:type="dxa"/>
            <w:tcBorders>
              <w:top w:val="single" w:sz="6" w:space="0" w:color="B9C9D6"/>
              <w:left w:val="single" w:sz="6" w:space="0" w:color="B9C9D6"/>
              <w:bottom w:val="single" w:sz="6" w:space="0" w:color="B9C9D6"/>
              <w:right w:val="single" w:sz="6" w:space="0" w:color="B9C9D6"/>
            </w:tcBorders>
            <w:vAlign w:val="center"/>
          </w:tcPr>
          <w:p>
            <w:pPr>
              <w:pStyle w:val="Normal"/>
              <w:rPr/>
            </w:pPr>
            <w:r>
              <w:rPr>
                <w:b w:val="false"/>
                <w:color w:val="17324D"/>
                <w:sz w:val="20"/>
              </w:rPr>
              <w:t>Wood surfaces</w:t>
            </w:r>
          </w:p>
        </w:tc>
        <w:tc>
          <w:tcPr>
            <w:tcW w:w="834" w:type="dxa"/>
            <w:tcBorders>
              <w:top w:val="single" w:sz="6" w:space="0" w:color="B9C9D6"/>
              <w:left w:val="single" w:sz="6" w:space="0" w:color="B9C9D6"/>
              <w:bottom w:val="single" w:sz="6" w:space="0" w:color="B9C9D6"/>
              <w:right w:val="single" w:sz="6" w:space="0" w:color="B9C9D6"/>
            </w:tcBorders>
            <w:tcMar>
              <w:left w:w="12" w:type="dxa"/>
              <w:right w:w="12" w:type="dxa"/>
            </w:tcMar>
            <w:vAlign w:val="center"/>
          </w:tcPr>
          <w:p>
            <w:pPr>
              <w:pStyle w:val="Normal"/>
              <w:jc w:val="center"/>
              <w:rPr/>
            </w:pPr>
            <w:sdt>
              <w:sdtPr>
                <w:alias w:val="Check box"/>
                <w:tag w:val="checkbox"/>
                <w14:checkbox>
                  <w14:checked w14:val="0"/>
                  <w14:checkedState w14:val="2612"/>
                  <w14:uncheckedState w14:val="2610"/>
                </w14:checkbox>
              </w:sdtPr>
              <w:sdtContent>
                <w:r>
                  <w:rPr>
                    <w:sz w:val="24"/>
                  </w:rPr>
                </w:r>
                <w:r>
                  <w:rPr>
                    <w:sz w:val="24"/>
                  </w:rPr>
                  <w:t>☐</w:t>
                </w:r>
              </w:sdtContent>
            </w:sdt>
          </w:p>
        </w:tc>
        <w:tc>
          <w:tcPr>
            <w:tcW w:w="5473" w:type="dxa"/>
            <w:tcBorders>
              <w:top w:val="single" w:sz="6" w:space="0" w:color="B9C9D6"/>
              <w:left w:val="single" w:sz="6" w:space="0" w:color="B9C9D6"/>
              <w:bottom w:val="single" w:sz="6" w:space="0" w:color="B9C9D6"/>
              <w:right w:val="single" w:sz="6" w:space="0" w:color="B9C9D6"/>
            </w:tcBorders>
            <w:tcMar>
              <w:left w:w="150" w:type="dxa"/>
              <w:right w:w="85" w:type="dxa"/>
            </w:tcMar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cantSplit w:val="true"/>
        </w:trPr>
        <w:tc>
          <w:tcPr>
            <w:tcW w:w="3816" w:type="dxa"/>
            <w:tcBorders>
              <w:top w:val="single" w:sz="6" w:space="0" w:color="B9C9D6"/>
              <w:left w:val="single" w:sz="6" w:space="0" w:color="B9C9D6"/>
              <w:bottom w:val="single" w:sz="6" w:space="0" w:color="B9C9D6"/>
              <w:right w:val="single" w:sz="6" w:space="0" w:color="B9C9D6"/>
            </w:tcBorders>
            <w:vAlign w:val="center"/>
          </w:tcPr>
          <w:p>
            <w:pPr>
              <w:pStyle w:val="Normal"/>
              <w:rPr/>
            </w:pPr>
            <w:r>
              <w:rPr>
                <w:b w:val="false"/>
                <w:color w:val="17324D"/>
                <w:sz w:val="20"/>
              </w:rPr>
              <w:t>Painted surfaces</w:t>
            </w:r>
          </w:p>
        </w:tc>
        <w:tc>
          <w:tcPr>
            <w:tcW w:w="834" w:type="dxa"/>
            <w:tcBorders>
              <w:top w:val="single" w:sz="6" w:space="0" w:color="B9C9D6"/>
              <w:left w:val="single" w:sz="6" w:space="0" w:color="B9C9D6"/>
              <w:bottom w:val="single" w:sz="6" w:space="0" w:color="B9C9D6"/>
              <w:right w:val="single" w:sz="6" w:space="0" w:color="B9C9D6"/>
            </w:tcBorders>
            <w:tcMar>
              <w:left w:w="12" w:type="dxa"/>
              <w:right w:w="12" w:type="dxa"/>
            </w:tcMar>
            <w:vAlign w:val="center"/>
          </w:tcPr>
          <w:p>
            <w:pPr>
              <w:pStyle w:val="Normal"/>
              <w:jc w:val="center"/>
              <w:rPr/>
            </w:pPr>
            <w:sdt>
              <w:sdtPr>
                <w:alias w:val="Check box"/>
                <w:tag w:val="checkbox"/>
                <w14:checkbox>
                  <w14:checked w14:val="0"/>
                  <w14:checkedState w14:val="2612"/>
                  <w14:uncheckedState w14:val="2610"/>
                </w14:checkbox>
              </w:sdtPr>
              <w:sdtContent>
                <w:r>
                  <w:rPr>
                    <w:sz w:val="24"/>
                  </w:rPr>
                </w:r>
                <w:r>
                  <w:rPr>
                    <w:sz w:val="24"/>
                  </w:rPr>
                  <w:t>☐</w:t>
                </w:r>
              </w:sdtContent>
            </w:sdt>
          </w:p>
        </w:tc>
        <w:tc>
          <w:tcPr>
            <w:tcW w:w="5473" w:type="dxa"/>
            <w:tcBorders>
              <w:top w:val="single" w:sz="6" w:space="0" w:color="B9C9D6"/>
              <w:left w:val="single" w:sz="6" w:space="0" w:color="B9C9D6"/>
              <w:bottom w:val="single" w:sz="6" w:space="0" w:color="B9C9D6"/>
              <w:right w:val="single" w:sz="6" w:space="0" w:color="B9C9D6"/>
            </w:tcBorders>
            <w:tcMar>
              <w:left w:w="150" w:type="dxa"/>
              <w:right w:w="85" w:type="dxa"/>
            </w:tcMar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cantSplit w:val="true"/>
        </w:trPr>
        <w:tc>
          <w:tcPr>
            <w:tcW w:w="3816" w:type="dxa"/>
            <w:tcBorders>
              <w:top w:val="single" w:sz="6" w:space="0" w:color="B9C9D6"/>
              <w:left w:val="single" w:sz="6" w:space="0" w:color="B9C9D6"/>
              <w:bottom w:val="single" w:sz="6" w:space="0" w:color="B9C9D6"/>
              <w:right w:val="single" w:sz="6" w:space="0" w:color="B9C9D6"/>
            </w:tcBorders>
            <w:vAlign w:val="center"/>
          </w:tcPr>
          <w:p>
            <w:pPr>
              <w:pStyle w:val="Normal"/>
              <w:rPr/>
            </w:pPr>
            <w:r>
              <w:rPr>
                <w:b w:val="false"/>
                <w:color w:val="17324D"/>
                <w:sz w:val="20"/>
              </w:rPr>
              <w:t>Fixtures</w:t>
            </w:r>
          </w:p>
        </w:tc>
        <w:tc>
          <w:tcPr>
            <w:tcW w:w="834" w:type="dxa"/>
            <w:tcBorders>
              <w:top w:val="single" w:sz="6" w:space="0" w:color="B9C9D6"/>
              <w:left w:val="single" w:sz="6" w:space="0" w:color="B9C9D6"/>
              <w:bottom w:val="single" w:sz="6" w:space="0" w:color="B9C9D6"/>
              <w:right w:val="single" w:sz="6" w:space="0" w:color="B9C9D6"/>
            </w:tcBorders>
            <w:tcMar>
              <w:left w:w="12" w:type="dxa"/>
              <w:right w:w="12" w:type="dxa"/>
            </w:tcMar>
            <w:vAlign w:val="center"/>
          </w:tcPr>
          <w:p>
            <w:pPr>
              <w:pStyle w:val="Normal"/>
              <w:jc w:val="center"/>
              <w:rPr/>
            </w:pPr>
            <w:sdt>
              <w:sdtPr>
                <w:alias w:val="Check box"/>
                <w:tag w:val="checkbox"/>
                <w14:checkbox>
                  <w14:checked w14:val="0"/>
                  <w14:checkedState w14:val="2612"/>
                  <w14:uncheckedState w14:val="2610"/>
                </w14:checkbox>
              </w:sdtPr>
              <w:sdtContent>
                <w:r>
                  <w:rPr>
                    <w:sz w:val="24"/>
                  </w:rPr>
                </w:r>
                <w:r>
                  <w:rPr>
                    <w:sz w:val="24"/>
                  </w:rPr>
                  <w:t>☐</w:t>
                </w:r>
              </w:sdtContent>
            </w:sdt>
          </w:p>
        </w:tc>
        <w:tc>
          <w:tcPr>
            <w:tcW w:w="5473" w:type="dxa"/>
            <w:tcBorders>
              <w:top w:val="single" w:sz="6" w:space="0" w:color="B9C9D6"/>
              <w:left w:val="single" w:sz="6" w:space="0" w:color="B9C9D6"/>
              <w:bottom w:val="single" w:sz="6" w:space="0" w:color="B9C9D6"/>
              <w:right w:val="single" w:sz="6" w:space="0" w:color="B9C9D6"/>
            </w:tcBorders>
            <w:tcMar>
              <w:left w:w="150" w:type="dxa"/>
              <w:right w:w="85" w:type="dxa"/>
            </w:tcMar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cantSplit w:val="true"/>
        </w:trPr>
        <w:tc>
          <w:tcPr>
            <w:tcW w:w="3816" w:type="dxa"/>
            <w:tcBorders>
              <w:top w:val="single" w:sz="6" w:space="0" w:color="B9C9D6"/>
              <w:left w:val="single" w:sz="6" w:space="0" w:color="B9C9D6"/>
              <w:bottom w:val="single" w:sz="6" w:space="0" w:color="B9C9D6"/>
              <w:right w:val="single" w:sz="6" w:space="0" w:color="B9C9D6"/>
            </w:tcBorders>
            <w:vAlign w:val="center"/>
          </w:tcPr>
          <w:p>
            <w:pPr>
              <w:pStyle w:val="Normal"/>
              <w:rPr/>
            </w:pPr>
            <w:r>
              <w:rPr>
                <w:b w:val="false"/>
                <w:color w:val="17324D"/>
                <w:sz w:val="20"/>
              </w:rPr>
              <w:t>Special-care surfaces</w:t>
            </w:r>
          </w:p>
        </w:tc>
        <w:tc>
          <w:tcPr>
            <w:tcW w:w="834" w:type="dxa"/>
            <w:tcBorders>
              <w:top w:val="single" w:sz="6" w:space="0" w:color="B9C9D6"/>
              <w:left w:val="single" w:sz="6" w:space="0" w:color="B9C9D6"/>
              <w:bottom w:val="single" w:sz="6" w:space="0" w:color="B9C9D6"/>
              <w:right w:val="single" w:sz="6" w:space="0" w:color="B9C9D6"/>
            </w:tcBorders>
            <w:tcMar>
              <w:left w:w="12" w:type="dxa"/>
              <w:right w:w="12" w:type="dxa"/>
            </w:tcMar>
            <w:vAlign w:val="center"/>
          </w:tcPr>
          <w:p>
            <w:pPr>
              <w:pStyle w:val="Normal"/>
              <w:jc w:val="center"/>
              <w:rPr/>
            </w:pPr>
            <w:sdt>
              <w:sdtPr>
                <w:alias w:val="Check box"/>
                <w:tag w:val="checkbox"/>
                <w14:checkbox>
                  <w14:checked w14:val="0"/>
                  <w14:checkedState w14:val="2612"/>
                  <w14:uncheckedState w14:val="2610"/>
                </w14:checkbox>
              </w:sdtPr>
              <w:sdtContent>
                <w:r>
                  <w:rPr>
                    <w:sz w:val="24"/>
                  </w:rPr>
                </w:r>
                <w:r>
                  <w:rPr>
                    <w:sz w:val="24"/>
                  </w:rPr>
                  <w:t>☐</w:t>
                </w:r>
              </w:sdtContent>
            </w:sdt>
          </w:p>
        </w:tc>
        <w:tc>
          <w:tcPr>
            <w:tcW w:w="5473" w:type="dxa"/>
            <w:tcBorders>
              <w:top w:val="single" w:sz="6" w:space="0" w:color="B9C9D6"/>
              <w:left w:val="single" w:sz="6" w:space="0" w:color="B9C9D6"/>
              <w:bottom w:val="single" w:sz="6" w:space="0" w:color="B9C9D6"/>
              <w:right w:val="single" w:sz="6" w:space="0" w:color="B9C9D6"/>
            </w:tcBorders>
            <w:tcMar>
              <w:left w:w="150" w:type="dxa"/>
              <w:right w:w="85" w:type="dxa"/>
            </w:tcMar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</w:tr>
    </w:tbl>
    <w:p>
      <w:pPr>
        <w:pStyle w:val="Normal"/>
        <w:spacing w:before="0" w:after="60"/>
        <w:rPr/>
      </w:pPr>
      <w:r>
        <w:rPr/>
      </w:r>
    </w:p>
    <w:tbl>
      <w:tblPr>
        <w:tblW w:w="10325" w:type="dxa"/>
        <w:jc w:val="center"/>
        <w:tblInd w:w="0" w:type="dxa"/>
        <w:tblLayout w:type="fixed"/>
        <w:tblCellMar>
          <w:top w:w="90" w:type="dxa"/>
          <w:left w:w="110" w:type="dxa"/>
          <w:bottom w:w="90" w:type="dxa"/>
          <w:right w:w="110" w:type="dxa"/>
        </w:tblCellMar>
        <w:tblLook w:val="04a0" w:noHBand="0" w:noVBand="1" w:firstColumn="1" w:lastRow="0" w:lastColumn="0" w:firstRow="1"/>
      </w:tblPr>
      <w:tblGrid>
        <w:gridCol w:w="10325"/>
      </w:tblGrid>
      <w:tr>
        <w:trPr/>
        <w:tc>
          <w:tcPr>
            <w:tcW w:w="10325" w:type="dxa"/>
            <w:tcBorders>
              <w:top w:val="single" w:sz="6" w:space="0" w:color="B9C9D6"/>
              <w:left w:val="single" w:sz="6" w:space="0" w:color="B9C9D6"/>
              <w:bottom w:val="single" w:sz="6" w:space="0" w:color="B9C9D6"/>
              <w:right w:val="single" w:sz="6" w:space="0" w:color="B9C9D6"/>
            </w:tcBorders>
            <w:shd w:fill="EAF5FC"/>
          </w:tcPr>
          <w:p>
            <w:pPr>
              <w:pStyle w:val="Normal"/>
              <w:rPr/>
            </w:pPr>
            <w:r>
              <w:rPr>
                <w:b/>
                <w:color w:val="12365A"/>
                <w:sz w:val="20"/>
              </w:rPr>
              <w:t>Special Floor / Surface Notes</w:t>
            </w:r>
          </w:p>
        </w:tc>
      </w:tr>
      <w:tr>
        <w:trPr/>
        <w:tc>
          <w:tcPr>
            <w:tcW w:w="10325" w:type="dxa"/>
            <w:tcBorders>
              <w:top w:val="single" w:sz="6" w:space="0" w:color="B9C9D6"/>
              <w:left w:val="single" w:sz="6" w:space="0" w:color="B9C9D6"/>
              <w:bottom w:val="single" w:sz="6" w:space="0" w:color="B9C9D6"/>
              <w:right w:val="single" w:sz="6" w:space="0" w:color="B9C9D6"/>
            </w:tcBorders>
            <w:tcMar>
              <w:top w:w="140" w:type="dxa"/>
              <w:bottom w:w="140" w:type="dxa"/>
            </w:tcMar>
          </w:tcPr>
          <w:p>
            <w:pPr>
              <w:pStyle w:val="Normal"/>
              <w:rPr/>
            </w:pPr>
            <w:r>
              <w:rPr/>
            </w:r>
          </w:p>
        </w:tc>
      </w:tr>
      <w:tr>
        <w:trPr/>
        <w:tc>
          <w:tcPr>
            <w:tcW w:w="10325" w:type="dxa"/>
            <w:tcBorders>
              <w:top w:val="single" w:sz="6" w:space="0" w:color="B9C9D6"/>
              <w:left w:val="single" w:sz="6" w:space="0" w:color="B9C9D6"/>
              <w:bottom w:val="single" w:sz="6" w:space="0" w:color="B9C9D6"/>
              <w:right w:val="single" w:sz="6" w:space="0" w:color="B9C9D6"/>
            </w:tcBorders>
            <w:tcMar>
              <w:top w:w="140" w:type="dxa"/>
              <w:bottom w:w="140" w:type="dxa"/>
            </w:tcMar>
          </w:tcPr>
          <w:p>
            <w:pPr>
              <w:pStyle w:val="Normal"/>
              <w:rPr/>
            </w:pPr>
            <w:r>
              <w:rPr/>
            </w:r>
          </w:p>
        </w:tc>
      </w:tr>
      <w:tr>
        <w:trPr/>
        <w:tc>
          <w:tcPr>
            <w:tcW w:w="10325" w:type="dxa"/>
            <w:tcBorders>
              <w:top w:val="single" w:sz="6" w:space="0" w:color="B9C9D6"/>
              <w:left w:val="single" w:sz="6" w:space="0" w:color="B9C9D6"/>
              <w:bottom w:val="single" w:sz="6" w:space="0" w:color="B9C9D6"/>
              <w:right w:val="single" w:sz="6" w:space="0" w:color="B9C9D6"/>
            </w:tcBorders>
            <w:tcMar>
              <w:top w:w="140" w:type="dxa"/>
              <w:bottom w:w="140" w:type="dxa"/>
            </w:tcMar>
          </w:tcPr>
          <w:p>
            <w:pPr>
              <w:pStyle w:val="Normal"/>
              <w:rPr/>
            </w:pPr>
            <w:r>
              <w:rPr/>
            </w:r>
          </w:p>
        </w:tc>
      </w:tr>
    </w:tbl>
    <w:p>
      <w:pPr>
        <w:pStyle w:val="Normal"/>
        <w:rPr/>
      </w:pPr>
      <w:r>
        <w:rPr/>
      </w:r>
      <w:r>
        <w:br w:type="page"/>
      </w:r>
    </w:p>
    <w:tbl>
      <w:tblPr>
        <w:tblW w:w="10324" w:type="dxa"/>
        <w:jc w:val="center"/>
        <w:tblInd w:w="0" w:type="dxa"/>
        <w:tblLayout w:type="fixed"/>
        <w:tblCellMar>
          <w:top w:w="110" w:type="dxa"/>
          <w:left w:w="230" w:type="dxa"/>
          <w:bottom w:w="110" w:type="dxa"/>
          <w:right w:w="160" w:type="dxa"/>
        </w:tblCellMar>
        <w:tblLook w:val="04a0" w:noHBand="0" w:noVBand="1" w:firstColumn="1" w:lastRow="0" w:lastColumn="0" w:firstRow="1"/>
      </w:tblPr>
      <w:tblGrid>
        <w:gridCol w:w="10324"/>
      </w:tblGrid>
      <w:tr>
        <w:trPr/>
        <w:tc>
          <w:tcPr>
            <w:tcW w:w="10324" w:type="dxa"/>
            <w:tcBorders>
              <w:top w:val="single" w:sz="2" w:space="0" w:color="EAF5FC"/>
              <w:left w:val="single" w:sz="2" w:space="0" w:color="EAF5FC"/>
              <w:bottom w:val="single" w:sz="2" w:space="0" w:color="EAF5FC"/>
              <w:right w:val="single" w:sz="2" w:space="0" w:color="EAF5FC"/>
            </w:tcBorders>
            <w:shd w:fill="EAF5FC"/>
          </w:tcPr>
          <w:p>
            <w:pPr>
              <w:pStyle w:val="Normal"/>
              <w:pageBreakBefore/>
              <w:spacing w:before="0" w:after="0"/>
              <w:jc w:val="left"/>
              <w:rPr/>
            </w:pPr>
            <w:r>
              <w:rPr>
                <w:b/>
                <w:color w:val="12365A"/>
                <w:sz w:val="30"/>
              </w:rPr>
              <w:t>5.  Bathrooms</w:t>
            </w:r>
          </w:p>
        </w:tc>
      </w:tr>
    </w:tbl>
    <w:p>
      <w:pPr>
        <w:pStyle w:val="Normal"/>
        <w:spacing w:before="0" w:after="60"/>
        <w:rPr/>
      </w:pPr>
      <w:r>
        <w:rPr/>
      </w:r>
    </w:p>
    <w:p>
      <w:pPr>
        <w:pStyle w:val="Normal"/>
        <w:spacing w:before="0" w:after="160"/>
        <w:rPr/>
      </w:pPr>
      <w:r>
        <w:rPr>
          <w:b w:val="false"/>
          <w:color w:val="53697C"/>
          <w:sz w:val="21"/>
        </w:rPr>
        <w:t>Record quantities where they matter. Keep unusual conditions in the notes box.</w:t>
      </w:r>
    </w:p>
    <w:tbl>
      <w:tblPr>
        <w:tblW w:w="10123" w:type="dxa"/>
        <w:jc w:val="center"/>
        <w:tblInd w:w="0" w:type="dxa"/>
        <w:tblLayout w:type="fixed"/>
        <w:tblCellMar>
          <w:top w:w="110" w:type="dxa"/>
          <w:left w:w="145" w:type="dxa"/>
          <w:bottom w:w="110" w:type="dxa"/>
          <w:right w:w="55" w:type="dxa"/>
        </w:tblCellMar>
        <w:tblLook w:val="04a0" w:noHBand="0" w:noVBand="1" w:firstColumn="1" w:lastRow="0" w:lastColumn="0" w:firstRow="1"/>
      </w:tblPr>
      <w:tblGrid>
        <w:gridCol w:w="3816"/>
        <w:gridCol w:w="834"/>
        <w:gridCol w:w="5473"/>
      </w:tblGrid>
      <w:tr>
        <w:trPr>
          <w:tblHeader w:val="true"/>
        </w:trPr>
        <w:tc>
          <w:tcPr>
            <w:tcW w:w="3816" w:type="dxa"/>
            <w:tcBorders>
              <w:top w:val="single" w:sz="6" w:space="0" w:color="B9C9D6"/>
              <w:left w:val="single" w:sz="6" w:space="0" w:color="B9C9D6"/>
              <w:bottom w:val="single" w:sz="6" w:space="0" w:color="B9C9D6"/>
              <w:right w:val="single" w:sz="6" w:space="0" w:color="B9C9D6"/>
            </w:tcBorders>
            <w:shd w:fill="EAF5FC"/>
          </w:tcPr>
          <w:p>
            <w:pPr>
              <w:pStyle w:val="Normal"/>
              <w:jc w:val="left"/>
              <w:rPr/>
            </w:pPr>
            <w:r>
              <w:rPr>
                <w:b/>
                <w:color w:val="12365A"/>
                <w:sz w:val="20"/>
              </w:rPr>
              <w:t>Bathroom Item</w:t>
            </w:r>
          </w:p>
        </w:tc>
        <w:tc>
          <w:tcPr>
            <w:tcW w:w="834" w:type="dxa"/>
            <w:tcBorders>
              <w:top w:val="single" w:sz="6" w:space="0" w:color="B9C9D6"/>
              <w:left w:val="single" w:sz="6" w:space="0" w:color="B9C9D6"/>
              <w:bottom w:val="single" w:sz="6" w:space="0" w:color="B9C9D6"/>
              <w:right w:val="single" w:sz="6" w:space="0" w:color="B9C9D6"/>
            </w:tcBorders>
            <w:shd w:fill="EAF5FC"/>
            <w:tcMar>
              <w:left w:w="12" w:type="dxa"/>
              <w:right w:w="12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rPr>
                <w:b/>
                <w:color w:val="12365A"/>
                <w:sz w:val="20"/>
              </w:rPr>
              <w:t>Check</w:t>
            </w:r>
          </w:p>
        </w:tc>
        <w:tc>
          <w:tcPr>
            <w:tcW w:w="5473" w:type="dxa"/>
            <w:tcBorders>
              <w:top w:val="single" w:sz="6" w:space="0" w:color="B9C9D6"/>
              <w:left w:val="single" w:sz="6" w:space="0" w:color="B9C9D6"/>
              <w:bottom w:val="single" w:sz="6" w:space="0" w:color="B9C9D6"/>
              <w:right w:val="single" w:sz="6" w:space="0" w:color="B9C9D6"/>
            </w:tcBorders>
            <w:shd w:fill="EAF5FC"/>
            <w:tcMar>
              <w:left w:w="150" w:type="dxa"/>
              <w:right w:w="85" w:type="dxa"/>
            </w:tcMar>
          </w:tcPr>
          <w:p>
            <w:pPr>
              <w:pStyle w:val="Normal"/>
              <w:jc w:val="left"/>
              <w:rPr/>
            </w:pPr>
            <w:r>
              <w:rPr>
                <w:b/>
                <w:color w:val="12365A"/>
                <w:sz w:val="20"/>
              </w:rPr>
              <w:t>Quantity / Details</w:t>
            </w:r>
          </w:p>
        </w:tc>
      </w:tr>
      <w:tr>
        <w:trPr>
          <w:cantSplit w:val="true"/>
        </w:trPr>
        <w:tc>
          <w:tcPr>
            <w:tcW w:w="3816" w:type="dxa"/>
            <w:tcBorders>
              <w:top w:val="single" w:sz="6" w:space="0" w:color="B9C9D6"/>
              <w:left w:val="single" w:sz="6" w:space="0" w:color="B9C9D6"/>
              <w:bottom w:val="single" w:sz="6" w:space="0" w:color="B9C9D6"/>
              <w:right w:val="single" w:sz="6" w:space="0" w:color="B9C9D6"/>
            </w:tcBorders>
            <w:vAlign w:val="center"/>
          </w:tcPr>
          <w:p>
            <w:pPr>
              <w:pStyle w:val="Normal"/>
              <w:rPr/>
            </w:pPr>
            <w:r>
              <w:rPr>
                <w:b w:val="false"/>
                <w:color w:val="17324D"/>
                <w:sz w:val="20"/>
              </w:rPr>
              <w:t>Bathrooms / Restrooms</w:t>
            </w:r>
          </w:p>
        </w:tc>
        <w:tc>
          <w:tcPr>
            <w:tcW w:w="834" w:type="dxa"/>
            <w:tcBorders>
              <w:top w:val="single" w:sz="6" w:space="0" w:color="B9C9D6"/>
              <w:left w:val="single" w:sz="6" w:space="0" w:color="B9C9D6"/>
              <w:bottom w:val="single" w:sz="6" w:space="0" w:color="B9C9D6"/>
              <w:right w:val="single" w:sz="6" w:space="0" w:color="B9C9D6"/>
            </w:tcBorders>
            <w:tcMar>
              <w:left w:w="12" w:type="dxa"/>
              <w:right w:w="12" w:type="dxa"/>
            </w:tcMar>
            <w:vAlign w:val="center"/>
          </w:tcPr>
          <w:p>
            <w:pPr>
              <w:pStyle w:val="Normal"/>
              <w:jc w:val="center"/>
              <w:rPr/>
            </w:pPr>
            <w:sdt>
              <w:sdtPr>
                <w:alias w:val="Check box"/>
                <w:tag w:val="checkbox"/>
                <w14:checkbox>
                  <w14:checked w14:val="0"/>
                  <w14:checkedState w14:val="2612"/>
                  <w14:uncheckedState w14:val="2610"/>
                </w14:checkbox>
              </w:sdtPr>
              <w:sdtContent>
                <w:r>
                  <w:rPr>
                    <w:sz w:val="24"/>
                  </w:rPr>
                </w:r>
                <w:r>
                  <w:rPr>
                    <w:sz w:val="24"/>
                  </w:rPr>
                  <w:t>☐</w:t>
                </w:r>
              </w:sdtContent>
            </w:sdt>
          </w:p>
        </w:tc>
        <w:tc>
          <w:tcPr>
            <w:tcW w:w="5473" w:type="dxa"/>
            <w:tcBorders>
              <w:top w:val="single" w:sz="6" w:space="0" w:color="B9C9D6"/>
              <w:left w:val="single" w:sz="6" w:space="0" w:color="B9C9D6"/>
              <w:bottom w:val="single" w:sz="6" w:space="0" w:color="B9C9D6"/>
              <w:right w:val="single" w:sz="6" w:space="0" w:color="B9C9D6"/>
            </w:tcBorders>
            <w:tcMar>
              <w:left w:w="150" w:type="dxa"/>
              <w:right w:w="85" w:type="dxa"/>
            </w:tcMar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cantSplit w:val="true"/>
        </w:trPr>
        <w:tc>
          <w:tcPr>
            <w:tcW w:w="3816" w:type="dxa"/>
            <w:tcBorders>
              <w:top w:val="single" w:sz="6" w:space="0" w:color="B9C9D6"/>
              <w:left w:val="single" w:sz="6" w:space="0" w:color="B9C9D6"/>
              <w:bottom w:val="single" w:sz="6" w:space="0" w:color="B9C9D6"/>
              <w:right w:val="single" w:sz="6" w:space="0" w:color="B9C9D6"/>
            </w:tcBorders>
            <w:vAlign w:val="center"/>
          </w:tcPr>
          <w:p>
            <w:pPr>
              <w:pStyle w:val="Normal"/>
              <w:rPr/>
            </w:pPr>
            <w:r>
              <w:rPr>
                <w:b w:val="false"/>
                <w:color w:val="17324D"/>
                <w:sz w:val="20"/>
              </w:rPr>
              <w:t>Toilets</w:t>
            </w:r>
          </w:p>
        </w:tc>
        <w:tc>
          <w:tcPr>
            <w:tcW w:w="834" w:type="dxa"/>
            <w:tcBorders>
              <w:top w:val="single" w:sz="6" w:space="0" w:color="B9C9D6"/>
              <w:left w:val="single" w:sz="6" w:space="0" w:color="B9C9D6"/>
              <w:bottom w:val="single" w:sz="6" w:space="0" w:color="B9C9D6"/>
              <w:right w:val="single" w:sz="6" w:space="0" w:color="B9C9D6"/>
            </w:tcBorders>
            <w:tcMar>
              <w:left w:w="12" w:type="dxa"/>
              <w:right w:w="12" w:type="dxa"/>
            </w:tcMar>
            <w:vAlign w:val="center"/>
          </w:tcPr>
          <w:p>
            <w:pPr>
              <w:pStyle w:val="Normal"/>
              <w:jc w:val="center"/>
              <w:rPr/>
            </w:pPr>
            <w:sdt>
              <w:sdtPr>
                <w:alias w:val="Check box"/>
                <w:tag w:val="checkbox"/>
                <w14:checkbox>
                  <w14:checked w14:val="0"/>
                  <w14:checkedState w14:val="2612"/>
                  <w14:uncheckedState w14:val="2610"/>
                </w14:checkbox>
              </w:sdtPr>
              <w:sdtContent>
                <w:r>
                  <w:rPr>
                    <w:sz w:val="24"/>
                  </w:rPr>
                </w:r>
                <w:r>
                  <w:rPr>
                    <w:sz w:val="24"/>
                  </w:rPr>
                  <w:t>☐</w:t>
                </w:r>
              </w:sdtContent>
            </w:sdt>
          </w:p>
        </w:tc>
        <w:tc>
          <w:tcPr>
            <w:tcW w:w="5473" w:type="dxa"/>
            <w:tcBorders>
              <w:top w:val="single" w:sz="6" w:space="0" w:color="B9C9D6"/>
              <w:left w:val="single" w:sz="6" w:space="0" w:color="B9C9D6"/>
              <w:bottom w:val="single" w:sz="6" w:space="0" w:color="B9C9D6"/>
              <w:right w:val="single" w:sz="6" w:space="0" w:color="B9C9D6"/>
            </w:tcBorders>
            <w:tcMar>
              <w:left w:w="150" w:type="dxa"/>
              <w:right w:w="85" w:type="dxa"/>
            </w:tcMar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cantSplit w:val="true"/>
        </w:trPr>
        <w:tc>
          <w:tcPr>
            <w:tcW w:w="3816" w:type="dxa"/>
            <w:tcBorders>
              <w:top w:val="single" w:sz="6" w:space="0" w:color="B9C9D6"/>
              <w:left w:val="single" w:sz="6" w:space="0" w:color="B9C9D6"/>
              <w:bottom w:val="single" w:sz="6" w:space="0" w:color="B9C9D6"/>
              <w:right w:val="single" w:sz="6" w:space="0" w:color="B9C9D6"/>
            </w:tcBorders>
            <w:vAlign w:val="center"/>
          </w:tcPr>
          <w:p>
            <w:pPr>
              <w:pStyle w:val="Normal"/>
              <w:rPr/>
            </w:pPr>
            <w:r>
              <w:rPr>
                <w:b w:val="false"/>
                <w:color w:val="17324D"/>
                <w:sz w:val="20"/>
              </w:rPr>
              <w:t>Sinks</w:t>
            </w:r>
          </w:p>
        </w:tc>
        <w:tc>
          <w:tcPr>
            <w:tcW w:w="834" w:type="dxa"/>
            <w:tcBorders>
              <w:top w:val="single" w:sz="6" w:space="0" w:color="B9C9D6"/>
              <w:left w:val="single" w:sz="6" w:space="0" w:color="B9C9D6"/>
              <w:bottom w:val="single" w:sz="6" w:space="0" w:color="B9C9D6"/>
              <w:right w:val="single" w:sz="6" w:space="0" w:color="B9C9D6"/>
            </w:tcBorders>
            <w:tcMar>
              <w:left w:w="12" w:type="dxa"/>
              <w:right w:w="12" w:type="dxa"/>
            </w:tcMar>
            <w:vAlign w:val="center"/>
          </w:tcPr>
          <w:p>
            <w:pPr>
              <w:pStyle w:val="Normal"/>
              <w:jc w:val="center"/>
              <w:rPr/>
            </w:pPr>
            <w:sdt>
              <w:sdtPr>
                <w:alias w:val="Check box"/>
                <w:tag w:val="checkbox"/>
                <w14:checkbox>
                  <w14:checked w14:val="0"/>
                  <w14:checkedState w14:val="2612"/>
                  <w14:uncheckedState w14:val="2610"/>
                </w14:checkbox>
              </w:sdtPr>
              <w:sdtContent>
                <w:r>
                  <w:rPr>
                    <w:sz w:val="24"/>
                  </w:rPr>
                </w:r>
                <w:r>
                  <w:rPr>
                    <w:sz w:val="24"/>
                  </w:rPr>
                  <w:t>☐</w:t>
                </w:r>
              </w:sdtContent>
            </w:sdt>
          </w:p>
        </w:tc>
        <w:tc>
          <w:tcPr>
            <w:tcW w:w="5473" w:type="dxa"/>
            <w:tcBorders>
              <w:top w:val="single" w:sz="6" w:space="0" w:color="B9C9D6"/>
              <w:left w:val="single" w:sz="6" w:space="0" w:color="B9C9D6"/>
              <w:bottom w:val="single" w:sz="6" w:space="0" w:color="B9C9D6"/>
              <w:right w:val="single" w:sz="6" w:space="0" w:color="B9C9D6"/>
            </w:tcBorders>
            <w:tcMar>
              <w:left w:w="150" w:type="dxa"/>
              <w:right w:w="85" w:type="dxa"/>
            </w:tcMar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cantSplit w:val="true"/>
        </w:trPr>
        <w:tc>
          <w:tcPr>
            <w:tcW w:w="3816" w:type="dxa"/>
            <w:tcBorders>
              <w:top w:val="single" w:sz="6" w:space="0" w:color="B9C9D6"/>
              <w:left w:val="single" w:sz="6" w:space="0" w:color="B9C9D6"/>
              <w:bottom w:val="single" w:sz="6" w:space="0" w:color="B9C9D6"/>
              <w:right w:val="single" w:sz="6" w:space="0" w:color="B9C9D6"/>
            </w:tcBorders>
            <w:vAlign w:val="center"/>
          </w:tcPr>
          <w:p>
            <w:pPr>
              <w:pStyle w:val="Normal"/>
              <w:rPr/>
            </w:pPr>
            <w:r>
              <w:rPr>
                <w:b w:val="false"/>
                <w:color w:val="17324D"/>
                <w:sz w:val="20"/>
              </w:rPr>
              <w:t>Showers / Tubs</w:t>
            </w:r>
          </w:p>
        </w:tc>
        <w:tc>
          <w:tcPr>
            <w:tcW w:w="834" w:type="dxa"/>
            <w:tcBorders>
              <w:top w:val="single" w:sz="6" w:space="0" w:color="B9C9D6"/>
              <w:left w:val="single" w:sz="6" w:space="0" w:color="B9C9D6"/>
              <w:bottom w:val="single" w:sz="6" w:space="0" w:color="B9C9D6"/>
              <w:right w:val="single" w:sz="6" w:space="0" w:color="B9C9D6"/>
            </w:tcBorders>
            <w:tcMar>
              <w:left w:w="12" w:type="dxa"/>
              <w:right w:w="12" w:type="dxa"/>
            </w:tcMar>
            <w:vAlign w:val="center"/>
          </w:tcPr>
          <w:p>
            <w:pPr>
              <w:pStyle w:val="Normal"/>
              <w:jc w:val="center"/>
              <w:rPr/>
            </w:pPr>
            <w:sdt>
              <w:sdtPr>
                <w:alias w:val="Check box"/>
                <w:tag w:val="checkbox"/>
                <w14:checkbox>
                  <w14:checked w14:val="0"/>
                  <w14:checkedState w14:val="2612"/>
                  <w14:uncheckedState w14:val="2610"/>
                </w14:checkbox>
              </w:sdtPr>
              <w:sdtContent>
                <w:r>
                  <w:rPr>
                    <w:sz w:val="24"/>
                  </w:rPr>
                </w:r>
                <w:r>
                  <w:rPr>
                    <w:sz w:val="24"/>
                  </w:rPr>
                  <w:t>☐</w:t>
                </w:r>
              </w:sdtContent>
            </w:sdt>
          </w:p>
        </w:tc>
        <w:tc>
          <w:tcPr>
            <w:tcW w:w="5473" w:type="dxa"/>
            <w:tcBorders>
              <w:top w:val="single" w:sz="6" w:space="0" w:color="B9C9D6"/>
              <w:left w:val="single" w:sz="6" w:space="0" w:color="B9C9D6"/>
              <w:bottom w:val="single" w:sz="6" w:space="0" w:color="B9C9D6"/>
              <w:right w:val="single" w:sz="6" w:space="0" w:color="B9C9D6"/>
            </w:tcBorders>
            <w:tcMar>
              <w:left w:w="150" w:type="dxa"/>
              <w:right w:w="85" w:type="dxa"/>
            </w:tcMar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cantSplit w:val="true"/>
        </w:trPr>
        <w:tc>
          <w:tcPr>
            <w:tcW w:w="3816" w:type="dxa"/>
            <w:tcBorders>
              <w:top w:val="single" w:sz="6" w:space="0" w:color="B9C9D6"/>
              <w:left w:val="single" w:sz="6" w:space="0" w:color="B9C9D6"/>
              <w:bottom w:val="single" w:sz="6" w:space="0" w:color="B9C9D6"/>
              <w:right w:val="single" w:sz="6" w:space="0" w:color="B9C9D6"/>
            </w:tcBorders>
            <w:vAlign w:val="center"/>
          </w:tcPr>
          <w:p>
            <w:pPr>
              <w:pStyle w:val="Normal"/>
              <w:rPr/>
            </w:pPr>
            <w:r>
              <w:rPr>
                <w:b w:val="false"/>
                <w:color w:val="17324D"/>
                <w:sz w:val="20"/>
              </w:rPr>
              <w:t>Mirrors</w:t>
            </w:r>
          </w:p>
        </w:tc>
        <w:tc>
          <w:tcPr>
            <w:tcW w:w="834" w:type="dxa"/>
            <w:tcBorders>
              <w:top w:val="single" w:sz="6" w:space="0" w:color="B9C9D6"/>
              <w:left w:val="single" w:sz="6" w:space="0" w:color="B9C9D6"/>
              <w:bottom w:val="single" w:sz="6" w:space="0" w:color="B9C9D6"/>
              <w:right w:val="single" w:sz="6" w:space="0" w:color="B9C9D6"/>
            </w:tcBorders>
            <w:tcMar>
              <w:left w:w="12" w:type="dxa"/>
              <w:right w:w="12" w:type="dxa"/>
            </w:tcMar>
            <w:vAlign w:val="center"/>
          </w:tcPr>
          <w:p>
            <w:pPr>
              <w:pStyle w:val="Normal"/>
              <w:jc w:val="center"/>
              <w:rPr/>
            </w:pPr>
            <w:sdt>
              <w:sdtPr>
                <w:alias w:val="Check box"/>
                <w:tag w:val="checkbox"/>
                <w14:checkbox>
                  <w14:checked w14:val="0"/>
                  <w14:checkedState w14:val="2612"/>
                  <w14:uncheckedState w14:val="2610"/>
                </w14:checkbox>
              </w:sdtPr>
              <w:sdtContent>
                <w:r>
                  <w:rPr>
                    <w:sz w:val="24"/>
                  </w:rPr>
                </w:r>
                <w:r>
                  <w:rPr>
                    <w:sz w:val="24"/>
                  </w:rPr>
                  <w:t>☐</w:t>
                </w:r>
              </w:sdtContent>
            </w:sdt>
          </w:p>
        </w:tc>
        <w:tc>
          <w:tcPr>
            <w:tcW w:w="5473" w:type="dxa"/>
            <w:tcBorders>
              <w:top w:val="single" w:sz="6" w:space="0" w:color="B9C9D6"/>
              <w:left w:val="single" w:sz="6" w:space="0" w:color="B9C9D6"/>
              <w:bottom w:val="single" w:sz="6" w:space="0" w:color="B9C9D6"/>
              <w:right w:val="single" w:sz="6" w:space="0" w:color="B9C9D6"/>
            </w:tcBorders>
            <w:tcMar>
              <w:left w:w="150" w:type="dxa"/>
              <w:right w:w="85" w:type="dxa"/>
            </w:tcMar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cantSplit w:val="true"/>
        </w:trPr>
        <w:tc>
          <w:tcPr>
            <w:tcW w:w="3816" w:type="dxa"/>
            <w:tcBorders>
              <w:top w:val="single" w:sz="6" w:space="0" w:color="B9C9D6"/>
              <w:left w:val="single" w:sz="6" w:space="0" w:color="B9C9D6"/>
              <w:bottom w:val="single" w:sz="6" w:space="0" w:color="B9C9D6"/>
              <w:right w:val="single" w:sz="6" w:space="0" w:color="B9C9D6"/>
            </w:tcBorders>
            <w:vAlign w:val="center"/>
          </w:tcPr>
          <w:p>
            <w:pPr>
              <w:pStyle w:val="Normal"/>
              <w:rPr/>
            </w:pPr>
            <w:r>
              <w:rPr>
                <w:b w:val="false"/>
                <w:color w:val="17324D"/>
                <w:sz w:val="20"/>
              </w:rPr>
              <w:t>Dispensers</w:t>
            </w:r>
          </w:p>
        </w:tc>
        <w:tc>
          <w:tcPr>
            <w:tcW w:w="834" w:type="dxa"/>
            <w:tcBorders>
              <w:top w:val="single" w:sz="6" w:space="0" w:color="B9C9D6"/>
              <w:left w:val="single" w:sz="6" w:space="0" w:color="B9C9D6"/>
              <w:bottom w:val="single" w:sz="6" w:space="0" w:color="B9C9D6"/>
              <w:right w:val="single" w:sz="6" w:space="0" w:color="B9C9D6"/>
            </w:tcBorders>
            <w:tcMar>
              <w:left w:w="12" w:type="dxa"/>
              <w:right w:w="12" w:type="dxa"/>
            </w:tcMar>
            <w:vAlign w:val="center"/>
          </w:tcPr>
          <w:p>
            <w:pPr>
              <w:pStyle w:val="Normal"/>
              <w:jc w:val="center"/>
              <w:rPr/>
            </w:pPr>
            <w:sdt>
              <w:sdtPr>
                <w:alias w:val="Check box"/>
                <w:tag w:val="checkbox"/>
                <w14:checkbox>
                  <w14:checked w14:val="0"/>
                  <w14:checkedState w14:val="2612"/>
                  <w14:uncheckedState w14:val="2610"/>
                </w14:checkbox>
              </w:sdtPr>
              <w:sdtContent>
                <w:r>
                  <w:rPr>
                    <w:sz w:val="24"/>
                  </w:rPr>
                </w:r>
                <w:r>
                  <w:rPr>
                    <w:sz w:val="24"/>
                  </w:rPr>
                  <w:t>☐</w:t>
                </w:r>
              </w:sdtContent>
            </w:sdt>
          </w:p>
        </w:tc>
        <w:tc>
          <w:tcPr>
            <w:tcW w:w="5473" w:type="dxa"/>
            <w:tcBorders>
              <w:top w:val="single" w:sz="6" w:space="0" w:color="B9C9D6"/>
              <w:left w:val="single" w:sz="6" w:space="0" w:color="B9C9D6"/>
              <w:bottom w:val="single" w:sz="6" w:space="0" w:color="B9C9D6"/>
              <w:right w:val="single" w:sz="6" w:space="0" w:color="B9C9D6"/>
            </w:tcBorders>
            <w:tcMar>
              <w:left w:w="150" w:type="dxa"/>
              <w:right w:w="85" w:type="dxa"/>
            </w:tcMar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cantSplit w:val="true"/>
        </w:trPr>
        <w:tc>
          <w:tcPr>
            <w:tcW w:w="3816" w:type="dxa"/>
            <w:tcBorders>
              <w:top w:val="single" w:sz="6" w:space="0" w:color="B9C9D6"/>
              <w:left w:val="single" w:sz="6" w:space="0" w:color="B9C9D6"/>
              <w:bottom w:val="single" w:sz="6" w:space="0" w:color="B9C9D6"/>
              <w:right w:val="single" w:sz="6" w:space="0" w:color="B9C9D6"/>
            </w:tcBorders>
            <w:vAlign w:val="center"/>
          </w:tcPr>
          <w:p>
            <w:pPr>
              <w:pStyle w:val="Normal"/>
              <w:rPr/>
            </w:pPr>
            <w:r>
              <w:rPr>
                <w:b w:val="false"/>
                <w:color w:val="17324D"/>
                <w:sz w:val="20"/>
              </w:rPr>
              <w:t>Partitions</w:t>
            </w:r>
          </w:p>
        </w:tc>
        <w:tc>
          <w:tcPr>
            <w:tcW w:w="834" w:type="dxa"/>
            <w:tcBorders>
              <w:top w:val="single" w:sz="6" w:space="0" w:color="B9C9D6"/>
              <w:left w:val="single" w:sz="6" w:space="0" w:color="B9C9D6"/>
              <w:bottom w:val="single" w:sz="6" w:space="0" w:color="B9C9D6"/>
              <w:right w:val="single" w:sz="6" w:space="0" w:color="B9C9D6"/>
            </w:tcBorders>
            <w:tcMar>
              <w:left w:w="12" w:type="dxa"/>
              <w:right w:w="12" w:type="dxa"/>
            </w:tcMar>
            <w:vAlign w:val="center"/>
          </w:tcPr>
          <w:p>
            <w:pPr>
              <w:pStyle w:val="Normal"/>
              <w:jc w:val="center"/>
              <w:rPr/>
            </w:pPr>
            <w:sdt>
              <w:sdtPr>
                <w:alias w:val="Check box"/>
                <w:tag w:val="checkbox"/>
                <w14:checkbox>
                  <w14:checked w14:val="0"/>
                  <w14:checkedState w14:val="2612"/>
                  <w14:uncheckedState w14:val="2610"/>
                </w14:checkbox>
              </w:sdtPr>
              <w:sdtContent>
                <w:r>
                  <w:rPr>
                    <w:sz w:val="24"/>
                  </w:rPr>
                </w:r>
                <w:r>
                  <w:rPr>
                    <w:sz w:val="24"/>
                  </w:rPr>
                  <w:t>☐</w:t>
                </w:r>
              </w:sdtContent>
            </w:sdt>
          </w:p>
        </w:tc>
        <w:tc>
          <w:tcPr>
            <w:tcW w:w="5473" w:type="dxa"/>
            <w:tcBorders>
              <w:top w:val="single" w:sz="6" w:space="0" w:color="B9C9D6"/>
              <w:left w:val="single" w:sz="6" w:space="0" w:color="B9C9D6"/>
              <w:bottom w:val="single" w:sz="6" w:space="0" w:color="B9C9D6"/>
              <w:right w:val="single" w:sz="6" w:space="0" w:color="B9C9D6"/>
            </w:tcBorders>
            <w:tcMar>
              <w:left w:w="150" w:type="dxa"/>
              <w:right w:w="85" w:type="dxa"/>
            </w:tcMar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cantSplit w:val="true"/>
        </w:trPr>
        <w:tc>
          <w:tcPr>
            <w:tcW w:w="3816" w:type="dxa"/>
            <w:tcBorders>
              <w:top w:val="single" w:sz="6" w:space="0" w:color="B9C9D6"/>
              <w:left w:val="single" w:sz="6" w:space="0" w:color="B9C9D6"/>
              <w:bottom w:val="single" w:sz="6" w:space="0" w:color="B9C9D6"/>
              <w:right w:val="single" w:sz="6" w:space="0" w:color="B9C9D6"/>
            </w:tcBorders>
            <w:vAlign w:val="center"/>
          </w:tcPr>
          <w:p>
            <w:pPr>
              <w:pStyle w:val="Normal"/>
              <w:rPr/>
            </w:pPr>
            <w:r>
              <w:rPr>
                <w:b w:val="false"/>
                <w:color w:val="17324D"/>
                <w:sz w:val="20"/>
              </w:rPr>
              <w:t>Floor condition</w:t>
            </w:r>
          </w:p>
        </w:tc>
        <w:tc>
          <w:tcPr>
            <w:tcW w:w="834" w:type="dxa"/>
            <w:tcBorders>
              <w:top w:val="single" w:sz="6" w:space="0" w:color="B9C9D6"/>
              <w:left w:val="single" w:sz="6" w:space="0" w:color="B9C9D6"/>
              <w:bottom w:val="single" w:sz="6" w:space="0" w:color="B9C9D6"/>
              <w:right w:val="single" w:sz="6" w:space="0" w:color="B9C9D6"/>
            </w:tcBorders>
            <w:tcMar>
              <w:left w:w="12" w:type="dxa"/>
              <w:right w:w="12" w:type="dxa"/>
            </w:tcMar>
            <w:vAlign w:val="center"/>
          </w:tcPr>
          <w:p>
            <w:pPr>
              <w:pStyle w:val="Normal"/>
              <w:jc w:val="center"/>
              <w:rPr/>
            </w:pPr>
            <w:sdt>
              <w:sdtPr>
                <w:alias w:val="Check box"/>
                <w:tag w:val="checkbox"/>
                <w14:checkbox>
                  <w14:checked w14:val="0"/>
                  <w14:checkedState w14:val="2612"/>
                  <w14:uncheckedState w14:val="2610"/>
                </w14:checkbox>
              </w:sdtPr>
              <w:sdtContent>
                <w:r>
                  <w:rPr>
                    <w:sz w:val="24"/>
                  </w:rPr>
                </w:r>
                <w:r>
                  <w:rPr>
                    <w:sz w:val="24"/>
                  </w:rPr>
                  <w:t>☐</w:t>
                </w:r>
              </w:sdtContent>
            </w:sdt>
          </w:p>
        </w:tc>
        <w:tc>
          <w:tcPr>
            <w:tcW w:w="5473" w:type="dxa"/>
            <w:tcBorders>
              <w:top w:val="single" w:sz="6" w:space="0" w:color="B9C9D6"/>
              <w:left w:val="single" w:sz="6" w:space="0" w:color="B9C9D6"/>
              <w:bottom w:val="single" w:sz="6" w:space="0" w:color="B9C9D6"/>
              <w:right w:val="single" w:sz="6" w:space="0" w:color="B9C9D6"/>
            </w:tcBorders>
            <w:tcMar>
              <w:left w:w="150" w:type="dxa"/>
              <w:right w:w="85" w:type="dxa"/>
            </w:tcMar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cantSplit w:val="true"/>
        </w:trPr>
        <w:tc>
          <w:tcPr>
            <w:tcW w:w="3816" w:type="dxa"/>
            <w:tcBorders>
              <w:top w:val="single" w:sz="6" w:space="0" w:color="B9C9D6"/>
              <w:left w:val="single" w:sz="6" w:space="0" w:color="B9C9D6"/>
              <w:bottom w:val="single" w:sz="6" w:space="0" w:color="B9C9D6"/>
              <w:right w:val="single" w:sz="6" w:space="0" w:color="B9C9D6"/>
            </w:tcBorders>
            <w:vAlign w:val="center"/>
          </w:tcPr>
          <w:p>
            <w:pPr>
              <w:pStyle w:val="Normal"/>
              <w:rPr/>
            </w:pPr>
            <w:r>
              <w:rPr>
                <w:b w:val="false"/>
                <w:color w:val="17324D"/>
                <w:sz w:val="20"/>
              </w:rPr>
              <w:t>Restocking required</w:t>
            </w:r>
          </w:p>
        </w:tc>
        <w:tc>
          <w:tcPr>
            <w:tcW w:w="834" w:type="dxa"/>
            <w:tcBorders>
              <w:top w:val="single" w:sz="6" w:space="0" w:color="B9C9D6"/>
              <w:left w:val="single" w:sz="6" w:space="0" w:color="B9C9D6"/>
              <w:bottom w:val="single" w:sz="6" w:space="0" w:color="B9C9D6"/>
              <w:right w:val="single" w:sz="6" w:space="0" w:color="B9C9D6"/>
            </w:tcBorders>
            <w:tcMar>
              <w:left w:w="12" w:type="dxa"/>
              <w:right w:w="12" w:type="dxa"/>
            </w:tcMar>
            <w:vAlign w:val="center"/>
          </w:tcPr>
          <w:p>
            <w:pPr>
              <w:pStyle w:val="Normal"/>
              <w:jc w:val="center"/>
              <w:rPr/>
            </w:pPr>
            <w:sdt>
              <w:sdtPr>
                <w:alias w:val="Check box"/>
                <w:tag w:val="checkbox"/>
                <w14:checkbox>
                  <w14:checked w14:val="0"/>
                  <w14:checkedState w14:val="2612"/>
                  <w14:uncheckedState w14:val="2610"/>
                </w14:checkbox>
              </w:sdtPr>
              <w:sdtContent>
                <w:r>
                  <w:rPr>
                    <w:sz w:val="24"/>
                  </w:rPr>
                </w:r>
                <w:r>
                  <w:rPr>
                    <w:sz w:val="24"/>
                  </w:rPr>
                  <w:t>☐</w:t>
                </w:r>
              </w:sdtContent>
            </w:sdt>
          </w:p>
        </w:tc>
        <w:tc>
          <w:tcPr>
            <w:tcW w:w="5473" w:type="dxa"/>
            <w:tcBorders>
              <w:top w:val="single" w:sz="6" w:space="0" w:color="B9C9D6"/>
              <w:left w:val="single" w:sz="6" w:space="0" w:color="B9C9D6"/>
              <w:bottom w:val="single" w:sz="6" w:space="0" w:color="B9C9D6"/>
              <w:right w:val="single" w:sz="6" w:space="0" w:color="B9C9D6"/>
            </w:tcBorders>
            <w:tcMar>
              <w:left w:w="150" w:type="dxa"/>
              <w:right w:w="85" w:type="dxa"/>
            </w:tcMar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</w:tr>
    </w:tbl>
    <w:p>
      <w:pPr>
        <w:pStyle w:val="Normal"/>
        <w:spacing w:before="0" w:after="60"/>
        <w:rPr/>
      </w:pPr>
      <w:r>
        <w:rPr/>
      </w:r>
    </w:p>
    <w:tbl>
      <w:tblPr>
        <w:tblW w:w="10325" w:type="dxa"/>
        <w:jc w:val="center"/>
        <w:tblInd w:w="0" w:type="dxa"/>
        <w:tblLayout w:type="fixed"/>
        <w:tblCellMar>
          <w:top w:w="90" w:type="dxa"/>
          <w:left w:w="110" w:type="dxa"/>
          <w:bottom w:w="90" w:type="dxa"/>
          <w:right w:w="110" w:type="dxa"/>
        </w:tblCellMar>
        <w:tblLook w:val="04a0" w:noHBand="0" w:noVBand="1" w:firstColumn="1" w:lastRow="0" w:lastColumn="0" w:firstRow="1"/>
      </w:tblPr>
      <w:tblGrid>
        <w:gridCol w:w="10325"/>
      </w:tblGrid>
      <w:tr>
        <w:trPr/>
        <w:tc>
          <w:tcPr>
            <w:tcW w:w="10325" w:type="dxa"/>
            <w:tcBorders>
              <w:top w:val="single" w:sz="6" w:space="0" w:color="B9C9D6"/>
              <w:left w:val="single" w:sz="6" w:space="0" w:color="B9C9D6"/>
              <w:bottom w:val="single" w:sz="6" w:space="0" w:color="B9C9D6"/>
              <w:right w:val="single" w:sz="6" w:space="0" w:color="B9C9D6"/>
            </w:tcBorders>
            <w:shd w:fill="EAF5FC"/>
          </w:tcPr>
          <w:p>
            <w:pPr>
              <w:pStyle w:val="Normal"/>
              <w:rPr/>
            </w:pPr>
            <w:r>
              <w:rPr>
                <w:b/>
                <w:color w:val="12365A"/>
                <w:sz w:val="20"/>
              </w:rPr>
              <w:t>Bathroom Notes</w:t>
            </w:r>
          </w:p>
        </w:tc>
      </w:tr>
      <w:tr>
        <w:trPr/>
        <w:tc>
          <w:tcPr>
            <w:tcW w:w="10325" w:type="dxa"/>
            <w:tcBorders>
              <w:top w:val="single" w:sz="6" w:space="0" w:color="B9C9D6"/>
              <w:left w:val="single" w:sz="6" w:space="0" w:color="B9C9D6"/>
              <w:bottom w:val="single" w:sz="6" w:space="0" w:color="B9C9D6"/>
              <w:right w:val="single" w:sz="6" w:space="0" w:color="B9C9D6"/>
            </w:tcBorders>
            <w:tcMar>
              <w:top w:w="140" w:type="dxa"/>
              <w:bottom w:w="140" w:type="dxa"/>
            </w:tcMar>
          </w:tcPr>
          <w:p>
            <w:pPr>
              <w:pStyle w:val="Normal"/>
              <w:rPr/>
            </w:pPr>
            <w:r>
              <w:rPr/>
            </w:r>
          </w:p>
        </w:tc>
      </w:tr>
      <w:tr>
        <w:trPr/>
        <w:tc>
          <w:tcPr>
            <w:tcW w:w="10325" w:type="dxa"/>
            <w:tcBorders>
              <w:top w:val="single" w:sz="6" w:space="0" w:color="B9C9D6"/>
              <w:left w:val="single" w:sz="6" w:space="0" w:color="B9C9D6"/>
              <w:bottom w:val="single" w:sz="6" w:space="0" w:color="B9C9D6"/>
              <w:right w:val="single" w:sz="6" w:space="0" w:color="B9C9D6"/>
            </w:tcBorders>
            <w:tcMar>
              <w:top w:w="140" w:type="dxa"/>
              <w:bottom w:w="140" w:type="dxa"/>
            </w:tcMar>
          </w:tcPr>
          <w:p>
            <w:pPr>
              <w:pStyle w:val="Normal"/>
              <w:rPr/>
            </w:pPr>
            <w:r>
              <w:rPr/>
            </w:r>
          </w:p>
        </w:tc>
      </w:tr>
      <w:tr>
        <w:trPr/>
        <w:tc>
          <w:tcPr>
            <w:tcW w:w="10325" w:type="dxa"/>
            <w:tcBorders>
              <w:top w:val="single" w:sz="6" w:space="0" w:color="B9C9D6"/>
              <w:left w:val="single" w:sz="6" w:space="0" w:color="B9C9D6"/>
              <w:bottom w:val="single" w:sz="6" w:space="0" w:color="B9C9D6"/>
              <w:right w:val="single" w:sz="6" w:space="0" w:color="B9C9D6"/>
            </w:tcBorders>
            <w:tcMar>
              <w:top w:w="140" w:type="dxa"/>
              <w:bottom w:w="140" w:type="dxa"/>
            </w:tcMar>
          </w:tcPr>
          <w:p>
            <w:pPr>
              <w:pStyle w:val="Normal"/>
              <w:rPr/>
            </w:pPr>
            <w:r>
              <w:rPr/>
            </w:r>
          </w:p>
        </w:tc>
      </w:tr>
      <w:tr>
        <w:trPr/>
        <w:tc>
          <w:tcPr>
            <w:tcW w:w="10325" w:type="dxa"/>
            <w:tcBorders>
              <w:top w:val="single" w:sz="6" w:space="0" w:color="B9C9D6"/>
              <w:left w:val="single" w:sz="6" w:space="0" w:color="B9C9D6"/>
              <w:bottom w:val="single" w:sz="6" w:space="0" w:color="B9C9D6"/>
              <w:right w:val="single" w:sz="6" w:space="0" w:color="B9C9D6"/>
            </w:tcBorders>
            <w:tcMar>
              <w:top w:w="140" w:type="dxa"/>
              <w:bottom w:w="140" w:type="dxa"/>
            </w:tcMar>
          </w:tcPr>
          <w:p>
            <w:pPr>
              <w:pStyle w:val="Normal"/>
              <w:rPr/>
            </w:pPr>
            <w:r>
              <w:rPr/>
            </w:r>
          </w:p>
        </w:tc>
      </w:tr>
    </w:tbl>
    <w:p>
      <w:pPr>
        <w:pStyle w:val="Normal"/>
        <w:rPr/>
      </w:pPr>
      <w:r>
        <w:rPr/>
      </w:r>
      <w:r>
        <w:br w:type="page"/>
      </w:r>
    </w:p>
    <w:tbl>
      <w:tblPr>
        <w:tblW w:w="10324" w:type="dxa"/>
        <w:jc w:val="center"/>
        <w:tblInd w:w="0" w:type="dxa"/>
        <w:tblLayout w:type="fixed"/>
        <w:tblCellMar>
          <w:top w:w="110" w:type="dxa"/>
          <w:left w:w="230" w:type="dxa"/>
          <w:bottom w:w="110" w:type="dxa"/>
          <w:right w:w="160" w:type="dxa"/>
        </w:tblCellMar>
        <w:tblLook w:val="04a0" w:noHBand="0" w:noVBand="1" w:firstColumn="1" w:lastRow="0" w:lastColumn="0" w:firstRow="1"/>
      </w:tblPr>
      <w:tblGrid>
        <w:gridCol w:w="10324"/>
      </w:tblGrid>
      <w:tr>
        <w:trPr/>
        <w:tc>
          <w:tcPr>
            <w:tcW w:w="10324" w:type="dxa"/>
            <w:tcBorders>
              <w:top w:val="single" w:sz="2" w:space="0" w:color="EEF8F2"/>
              <w:left w:val="single" w:sz="2" w:space="0" w:color="EEF8F2"/>
              <w:bottom w:val="single" w:sz="2" w:space="0" w:color="EEF8F2"/>
              <w:right w:val="single" w:sz="2" w:space="0" w:color="EEF8F2"/>
            </w:tcBorders>
            <w:shd w:fill="EAF5FC"/>
          </w:tcPr>
          <w:p>
            <w:pPr>
              <w:pStyle w:val="Normal"/>
              <w:pageBreakBefore/>
              <w:spacing w:before="0" w:after="0"/>
              <w:jc w:val="left"/>
              <w:rPr/>
            </w:pPr>
            <w:r>
              <w:rPr>
                <w:b/>
                <w:color w:val="12365A"/>
                <w:sz w:val="30"/>
              </w:rPr>
              <w:t>6.  Kitchens and Break Areas</w:t>
            </w:r>
          </w:p>
        </w:tc>
      </w:tr>
    </w:tbl>
    <w:p>
      <w:pPr>
        <w:pStyle w:val="Normal"/>
        <w:spacing w:before="0" w:after="60"/>
        <w:rPr/>
      </w:pPr>
      <w:r>
        <w:rPr/>
      </w:r>
    </w:p>
    <w:p>
      <w:pPr>
        <w:pStyle w:val="Normal"/>
        <w:spacing w:before="0" w:after="160"/>
        <w:rPr/>
      </w:pPr>
      <w:r>
        <w:rPr>
          <w:b w:val="false"/>
          <w:color w:val="53697C"/>
          <w:sz w:val="21"/>
        </w:rPr>
        <w:t>Clarify what is included, especially appliance interiors and grease-heavy areas.</w:t>
      </w:r>
    </w:p>
    <w:tbl>
      <w:tblPr>
        <w:tblW w:w="10123" w:type="dxa"/>
        <w:jc w:val="center"/>
        <w:tblInd w:w="0" w:type="dxa"/>
        <w:tblLayout w:type="fixed"/>
        <w:tblCellMar>
          <w:top w:w="110" w:type="dxa"/>
          <w:left w:w="145" w:type="dxa"/>
          <w:bottom w:w="110" w:type="dxa"/>
          <w:right w:w="55" w:type="dxa"/>
        </w:tblCellMar>
        <w:tblLook w:val="04a0" w:noHBand="0" w:noVBand="1" w:firstColumn="1" w:lastRow="0" w:lastColumn="0" w:firstRow="1"/>
      </w:tblPr>
      <w:tblGrid>
        <w:gridCol w:w="3816"/>
        <w:gridCol w:w="834"/>
        <w:gridCol w:w="5473"/>
      </w:tblGrid>
      <w:tr>
        <w:trPr>
          <w:tblHeader w:val="true"/>
        </w:trPr>
        <w:tc>
          <w:tcPr>
            <w:tcW w:w="3816" w:type="dxa"/>
            <w:tcBorders>
              <w:top w:val="single" w:sz="6" w:space="0" w:color="B9C9D6"/>
              <w:left w:val="single" w:sz="6" w:space="0" w:color="B9C9D6"/>
              <w:bottom w:val="single" w:sz="6" w:space="0" w:color="B9C9D6"/>
              <w:right w:val="single" w:sz="6" w:space="0" w:color="B9C9D6"/>
            </w:tcBorders>
            <w:shd w:fill="EAF5FC"/>
          </w:tcPr>
          <w:p>
            <w:pPr>
              <w:pStyle w:val="Normal"/>
              <w:jc w:val="left"/>
              <w:rPr/>
            </w:pPr>
            <w:r>
              <w:rPr>
                <w:b/>
                <w:color w:val="12365A"/>
                <w:sz w:val="20"/>
              </w:rPr>
              <w:t>Kitchen Item</w:t>
            </w:r>
          </w:p>
        </w:tc>
        <w:tc>
          <w:tcPr>
            <w:tcW w:w="834" w:type="dxa"/>
            <w:tcBorders>
              <w:top w:val="single" w:sz="6" w:space="0" w:color="B9C9D6"/>
              <w:left w:val="single" w:sz="6" w:space="0" w:color="B9C9D6"/>
              <w:bottom w:val="single" w:sz="6" w:space="0" w:color="B9C9D6"/>
              <w:right w:val="single" w:sz="6" w:space="0" w:color="B9C9D6"/>
            </w:tcBorders>
            <w:shd w:fill="EAF5FC"/>
            <w:tcMar>
              <w:left w:w="12" w:type="dxa"/>
              <w:right w:w="12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rPr>
                <w:b/>
                <w:color w:val="12365A"/>
                <w:sz w:val="20"/>
              </w:rPr>
              <w:t>Check</w:t>
            </w:r>
          </w:p>
        </w:tc>
        <w:tc>
          <w:tcPr>
            <w:tcW w:w="5473" w:type="dxa"/>
            <w:tcBorders>
              <w:top w:val="single" w:sz="6" w:space="0" w:color="B9C9D6"/>
              <w:left w:val="single" w:sz="6" w:space="0" w:color="B9C9D6"/>
              <w:bottom w:val="single" w:sz="6" w:space="0" w:color="B9C9D6"/>
              <w:right w:val="single" w:sz="6" w:space="0" w:color="B9C9D6"/>
            </w:tcBorders>
            <w:shd w:fill="EAF5FC"/>
            <w:tcMar>
              <w:left w:w="150" w:type="dxa"/>
              <w:right w:w="85" w:type="dxa"/>
            </w:tcMar>
          </w:tcPr>
          <w:p>
            <w:pPr>
              <w:pStyle w:val="Normal"/>
              <w:jc w:val="left"/>
              <w:rPr/>
            </w:pPr>
            <w:r>
              <w:rPr>
                <w:b/>
                <w:color w:val="12365A"/>
                <w:sz w:val="20"/>
              </w:rPr>
              <w:t>Quantity / Details</w:t>
            </w:r>
          </w:p>
        </w:tc>
      </w:tr>
      <w:tr>
        <w:trPr>
          <w:cantSplit w:val="true"/>
        </w:trPr>
        <w:tc>
          <w:tcPr>
            <w:tcW w:w="3816" w:type="dxa"/>
            <w:tcBorders>
              <w:top w:val="single" w:sz="6" w:space="0" w:color="B9C9D6"/>
              <w:left w:val="single" w:sz="6" w:space="0" w:color="B9C9D6"/>
              <w:bottom w:val="single" w:sz="6" w:space="0" w:color="B9C9D6"/>
              <w:right w:val="single" w:sz="6" w:space="0" w:color="B9C9D6"/>
            </w:tcBorders>
            <w:vAlign w:val="center"/>
          </w:tcPr>
          <w:p>
            <w:pPr>
              <w:pStyle w:val="Normal"/>
              <w:rPr/>
            </w:pPr>
            <w:r>
              <w:rPr>
                <w:b w:val="false"/>
                <w:color w:val="17324D"/>
                <w:sz w:val="20"/>
              </w:rPr>
              <w:t>Sinks</w:t>
            </w:r>
          </w:p>
        </w:tc>
        <w:tc>
          <w:tcPr>
            <w:tcW w:w="834" w:type="dxa"/>
            <w:tcBorders>
              <w:top w:val="single" w:sz="6" w:space="0" w:color="B9C9D6"/>
              <w:left w:val="single" w:sz="6" w:space="0" w:color="B9C9D6"/>
              <w:bottom w:val="single" w:sz="6" w:space="0" w:color="B9C9D6"/>
              <w:right w:val="single" w:sz="6" w:space="0" w:color="B9C9D6"/>
            </w:tcBorders>
            <w:tcMar>
              <w:left w:w="12" w:type="dxa"/>
              <w:right w:w="12" w:type="dxa"/>
            </w:tcMar>
            <w:vAlign w:val="center"/>
          </w:tcPr>
          <w:p>
            <w:pPr>
              <w:pStyle w:val="Normal"/>
              <w:jc w:val="center"/>
              <w:rPr/>
            </w:pPr>
            <w:sdt>
              <w:sdtPr>
                <w:alias w:val="Check box"/>
                <w:tag w:val="checkbox"/>
                <w14:checkbox>
                  <w14:checked w14:val="0"/>
                  <w14:checkedState w14:val="2612"/>
                  <w14:uncheckedState w14:val="2610"/>
                </w14:checkbox>
              </w:sdtPr>
              <w:sdtContent>
                <w:r>
                  <w:rPr>
                    <w:sz w:val="24"/>
                  </w:rPr>
                </w:r>
                <w:r>
                  <w:rPr>
                    <w:sz w:val="24"/>
                  </w:rPr>
                  <w:t>☐</w:t>
                </w:r>
              </w:sdtContent>
            </w:sdt>
          </w:p>
        </w:tc>
        <w:tc>
          <w:tcPr>
            <w:tcW w:w="5473" w:type="dxa"/>
            <w:tcBorders>
              <w:top w:val="single" w:sz="6" w:space="0" w:color="B9C9D6"/>
              <w:left w:val="single" w:sz="6" w:space="0" w:color="B9C9D6"/>
              <w:bottom w:val="single" w:sz="6" w:space="0" w:color="B9C9D6"/>
              <w:right w:val="single" w:sz="6" w:space="0" w:color="B9C9D6"/>
            </w:tcBorders>
            <w:tcMar>
              <w:left w:w="150" w:type="dxa"/>
              <w:right w:w="85" w:type="dxa"/>
            </w:tcMar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cantSplit w:val="true"/>
        </w:trPr>
        <w:tc>
          <w:tcPr>
            <w:tcW w:w="3816" w:type="dxa"/>
            <w:tcBorders>
              <w:top w:val="single" w:sz="6" w:space="0" w:color="B9C9D6"/>
              <w:left w:val="single" w:sz="6" w:space="0" w:color="B9C9D6"/>
              <w:bottom w:val="single" w:sz="6" w:space="0" w:color="B9C9D6"/>
              <w:right w:val="single" w:sz="6" w:space="0" w:color="B9C9D6"/>
            </w:tcBorders>
            <w:vAlign w:val="center"/>
          </w:tcPr>
          <w:p>
            <w:pPr>
              <w:pStyle w:val="Normal"/>
              <w:rPr/>
            </w:pPr>
            <w:r>
              <w:rPr>
                <w:b w:val="false"/>
                <w:color w:val="17324D"/>
                <w:sz w:val="20"/>
              </w:rPr>
              <w:t>Countertops</w:t>
            </w:r>
          </w:p>
        </w:tc>
        <w:tc>
          <w:tcPr>
            <w:tcW w:w="834" w:type="dxa"/>
            <w:tcBorders>
              <w:top w:val="single" w:sz="6" w:space="0" w:color="B9C9D6"/>
              <w:left w:val="single" w:sz="6" w:space="0" w:color="B9C9D6"/>
              <w:bottom w:val="single" w:sz="6" w:space="0" w:color="B9C9D6"/>
              <w:right w:val="single" w:sz="6" w:space="0" w:color="B9C9D6"/>
            </w:tcBorders>
            <w:tcMar>
              <w:left w:w="12" w:type="dxa"/>
              <w:right w:w="12" w:type="dxa"/>
            </w:tcMar>
            <w:vAlign w:val="center"/>
          </w:tcPr>
          <w:p>
            <w:pPr>
              <w:pStyle w:val="Normal"/>
              <w:jc w:val="center"/>
              <w:rPr/>
            </w:pPr>
            <w:sdt>
              <w:sdtPr>
                <w:alias w:val="Check box"/>
                <w:tag w:val="checkbox"/>
                <w14:checkbox>
                  <w14:checked w14:val="0"/>
                  <w14:checkedState w14:val="2612"/>
                  <w14:uncheckedState w14:val="2610"/>
                </w14:checkbox>
              </w:sdtPr>
              <w:sdtContent>
                <w:r>
                  <w:rPr>
                    <w:sz w:val="24"/>
                  </w:rPr>
                </w:r>
                <w:r>
                  <w:rPr>
                    <w:sz w:val="24"/>
                  </w:rPr>
                  <w:t>☐</w:t>
                </w:r>
              </w:sdtContent>
            </w:sdt>
          </w:p>
        </w:tc>
        <w:tc>
          <w:tcPr>
            <w:tcW w:w="5473" w:type="dxa"/>
            <w:tcBorders>
              <w:top w:val="single" w:sz="6" w:space="0" w:color="B9C9D6"/>
              <w:left w:val="single" w:sz="6" w:space="0" w:color="B9C9D6"/>
              <w:bottom w:val="single" w:sz="6" w:space="0" w:color="B9C9D6"/>
              <w:right w:val="single" w:sz="6" w:space="0" w:color="B9C9D6"/>
            </w:tcBorders>
            <w:tcMar>
              <w:left w:w="150" w:type="dxa"/>
              <w:right w:w="85" w:type="dxa"/>
            </w:tcMar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cantSplit w:val="true"/>
        </w:trPr>
        <w:tc>
          <w:tcPr>
            <w:tcW w:w="3816" w:type="dxa"/>
            <w:tcBorders>
              <w:top w:val="single" w:sz="6" w:space="0" w:color="B9C9D6"/>
              <w:left w:val="single" w:sz="6" w:space="0" w:color="B9C9D6"/>
              <w:bottom w:val="single" w:sz="6" w:space="0" w:color="B9C9D6"/>
              <w:right w:val="single" w:sz="6" w:space="0" w:color="B9C9D6"/>
            </w:tcBorders>
            <w:vAlign w:val="center"/>
          </w:tcPr>
          <w:p>
            <w:pPr>
              <w:pStyle w:val="Normal"/>
              <w:rPr/>
            </w:pPr>
            <w:r>
              <w:rPr>
                <w:b w:val="false"/>
                <w:color w:val="17324D"/>
                <w:sz w:val="20"/>
              </w:rPr>
              <w:t>Cabinets</w:t>
            </w:r>
          </w:p>
        </w:tc>
        <w:tc>
          <w:tcPr>
            <w:tcW w:w="834" w:type="dxa"/>
            <w:tcBorders>
              <w:top w:val="single" w:sz="6" w:space="0" w:color="B9C9D6"/>
              <w:left w:val="single" w:sz="6" w:space="0" w:color="B9C9D6"/>
              <w:bottom w:val="single" w:sz="6" w:space="0" w:color="B9C9D6"/>
              <w:right w:val="single" w:sz="6" w:space="0" w:color="B9C9D6"/>
            </w:tcBorders>
            <w:tcMar>
              <w:left w:w="12" w:type="dxa"/>
              <w:right w:w="12" w:type="dxa"/>
            </w:tcMar>
            <w:vAlign w:val="center"/>
          </w:tcPr>
          <w:p>
            <w:pPr>
              <w:pStyle w:val="Normal"/>
              <w:jc w:val="center"/>
              <w:rPr/>
            </w:pPr>
            <w:sdt>
              <w:sdtPr>
                <w:alias w:val="Check box"/>
                <w:tag w:val="checkbox"/>
                <w14:checkbox>
                  <w14:checked w14:val="0"/>
                  <w14:checkedState w14:val="2612"/>
                  <w14:uncheckedState w14:val="2610"/>
                </w14:checkbox>
              </w:sdtPr>
              <w:sdtContent>
                <w:r>
                  <w:rPr>
                    <w:sz w:val="24"/>
                  </w:rPr>
                </w:r>
                <w:r>
                  <w:rPr>
                    <w:sz w:val="24"/>
                  </w:rPr>
                  <w:t>☐</w:t>
                </w:r>
              </w:sdtContent>
            </w:sdt>
          </w:p>
        </w:tc>
        <w:tc>
          <w:tcPr>
            <w:tcW w:w="5473" w:type="dxa"/>
            <w:tcBorders>
              <w:top w:val="single" w:sz="6" w:space="0" w:color="B9C9D6"/>
              <w:left w:val="single" w:sz="6" w:space="0" w:color="B9C9D6"/>
              <w:bottom w:val="single" w:sz="6" w:space="0" w:color="B9C9D6"/>
              <w:right w:val="single" w:sz="6" w:space="0" w:color="B9C9D6"/>
            </w:tcBorders>
            <w:tcMar>
              <w:left w:w="150" w:type="dxa"/>
              <w:right w:w="85" w:type="dxa"/>
            </w:tcMar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cantSplit w:val="true"/>
        </w:trPr>
        <w:tc>
          <w:tcPr>
            <w:tcW w:w="3816" w:type="dxa"/>
            <w:tcBorders>
              <w:top w:val="single" w:sz="6" w:space="0" w:color="B9C9D6"/>
              <w:left w:val="single" w:sz="6" w:space="0" w:color="B9C9D6"/>
              <w:bottom w:val="single" w:sz="6" w:space="0" w:color="B9C9D6"/>
              <w:right w:val="single" w:sz="6" w:space="0" w:color="B9C9D6"/>
            </w:tcBorders>
            <w:vAlign w:val="center"/>
          </w:tcPr>
          <w:p>
            <w:pPr>
              <w:pStyle w:val="Normal"/>
              <w:rPr/>
            </w:pPr>
            <w:r>
              <w:rPr>
                <w:b w:val="false"/>
                <w:color w:val="17324D"/>
                <w:sz w:val="20"/>
              </w:rPr>
              <w:t>Microwaves</w:t>
            </w:r>
          </w:p>
        </w:tc>
        <w:tc>
          <w:tcPr>
            <w:tcW w:w="834" w:type="dxa"/>
            <w:tcBorders>
              <w:top w:val="single" w:sz="6" w:space="0" w:color="B9C9D6"/>
              <w:left w:val="single" w:sz="6" w:space="0" w:color="B9C9D6"/>
              <w:bottom w:val="single" w:sz="6" w:space="0" w:color="B9C9D6"/>
              <w:right w:val="single" w:sz="6" w:space="0" w:color="B9C9D6"/>
            </w:tcBorders>
            <w:tcMar>
              <w:left w:w="12" w:type="dxa"/>
              <w:right w:w="12" w:type="dxa"/>
            </w:tcMar>
            <w:vAlign w:val="center"/>
          </w:tcPr>
          <w:p>
            <w:pPr>
              <w:pStyle w:val="Normal"/>
              <w:jc w:val="center"/>
              <w:rPr/>
            </w:pPr>
            <w:sdt>
              <w:sdtPr>
                <w:alias w:val="Check box"/>
                <w:tag w:val="checkbox"/>
                <w14:checkbox>
                  <w14:checked w14:val="0"/>
                  <w14:checkedState w14:val="2612"/>
                  <w14:uncheckedState w14:val="2610"/>
                </w14:checkbox>
              </w:sdtPr>
              <w:sdtContent>
                <w:r>
                  <w:rPr>
                    <w:sz w:val="24"/>
                  </w:rPr>
                </w:r>
                <w:r>
                  <w:rPr>
                    <w:sz w:val="24"/>
                  </w:rPr>
                  <w:t>☐</w:t>
                </w:r>
              </w:sdtContent>
            </w:sdt>
          </w:p>
        </w:tc>
        <w:tc>
          <w:tcPr>
            <w:tcW w:w="5473" w:type="dxa"/>
            <w:tcBorders>
              <w:top w:val="single" w:sz="6" w:space="0" w:color="B9C9D6"/>
              <w:left w:val="single" w:sz="6" w:space="0" w:color="B9C9D6"/>
              <w:bottom w:val="single" w:sz="6" w:space="0" w:color="B9C9D6"/>
              <w:right w:val="single" w:sz="6" w:space="0" w:color="B9C9D6"/>
            </w:tcBorders>
            <w:tcMar>
              <w:left w:w="150" w:type="dxa"/>
              <w:right w:w="85" w:type="dxa"/>
            </w:tcMar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cantSplit w:val="true"/>
        </w:trPr>
        <w:tc>
          <w:tcPr>
            <w:tcW w:w="3816" w:type="dxa"/>
            <w:tcBorders>
              <w:top w:val="single" w:sz="6" w:space="0" w:color="B9C9D6"/>
              <w:left w:val="single" w:sz="6" w:space="0" w:color="B9C9D6"/>
              <w:bottom w:val="single" w:sz="6" w:space="0" w:color="B9C9D6"/>
              <w:right w:val="single" w:sz="6" w:space="0" w:color="B9C9D6"/>
            </w:tcBorders>
            <w:vAlign w:val="center"/>
          </w:tcPr>
          <w:p>
            <w:pPr>
              <w:pStyle w:val="Normal"/>
              <w:rPr/>
            </w:pPr>
            <w:r>
              <w:rPr>
                <w:b w:val="false"/>
                <w:color w:val="17324D"/>
                <w:sz w:val="20"/>
              </w:rPr>
              <w:t>Refrigerators</w:t>
            </w:r>
          </w:p>
        </w:tc>
        <w:tc>
          <w:tcPr>
            <w:tcW w:w="834" w:type="dxa"/>
            <w:tcBorders>
              <w:top w:val="single" w:sz="6" w:space="0" w:color="B9C9D6"/>
              <w:left w:val="single" w:sz="6" w:space="0" w:color="B9C9D6"/>
              <w:bottom w:val="single" w:sz="6" w:space="0" w:color="B9C9D6"/>
              <w:right w:val="single" w:sz="6" w:space="0" w:color="B9C9D6"/>
            </w:tcBorders>
            <w:tcMar>
              <w:left w:w="12" w:type="dxa"/>
              <w:right w:w="12" w:type="dxa"/>
            </w:tcMar>
            <w:vAlign w:val="center"/>
          </w:tcPr>
          <w:p>
            <w:pPr>
              <w:pStyle w:val="Normal"/>
              <w:jc w:val="center"/>
              <w:rPr/>
            </w:pPr>
            <w:sdt>
              <w:sdtPr>
                <w:alias w:val="Check box"/>
                <w:tag w:val="checkbox"/>
                <w14:checkbox>
                  <w14:checked w14:val="0"/>
                  <w14:checkedState w14:val="2612"/>
                  <w14:uncheckedState w14:val="2610"/>
                </w14:checkbox>
              </w:sdtPr>
              <w:sdtContent>
                <w:r>
                  <w:rPr>
                    <w:sz w:val="24"/>
                  </w:rPr>
                </w:r>
                <w:r>
                  <w:rPr>
                    <w:sz w:val="24"/>
                  </w:rPr>
                  <w:t>☐</w:t>
                </w:r>
              </w:sdtContent>
            </w:sdt>
          </w:p>
        </w:tc>
        <w:tc>
          <w:tcPr>
            <w:tcW w:w="5473" w:type="dxa"/>
            <w:tcBorders>
              <w:top w:val="single" w:sz="6" w:space="0" w:color="B9C9D6"/>
              <w:left w:val="single" w:sz="6" w:space="0" w:color="B9C9D6"/>
              <w:bottom w:val="single" w:sz="6" w:space="0" w:color="B9C9D6"/>
              <w:right w:val="single" w:sz="6" w:space="0" w:color="B9C9D6"/>
            </w:tcBorders>
            <w:tcMar>
              <w:left w:w="150" w:type="dxa"/>
              <w:right w:w="85" w:type="dxa"/>
            </w:tcMar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cantSplit w:val="true"/>
        </w:trPr>
        <w:tc>
          <w:tcPr>
            <w:tcW w:w="3816" w:type="dxa"/>
            <w:tcBorders>
              <w:top w:val="single" w:sz="6" w:space="0" w:color="B9C9D6"/>
              <w:left w:val="single" w:sz="6" w:space="0" w:color="B9C9D6"/>
              <w:bottom w:val="single" w:sz="6" w:space="0" w:color="B9C9D6"/>
              <w:right w:val="single" w:sz="6" w:space="0" w:color="B9C9D6"/>
            </w:tcBorders>
            <w:vAlign w:val="center"/>
          </w:tcPr>
          <w:p>
            <w:pPr>
              <w:pStyle w:val="Normal"/>
              <w:rPr/>
            </w:pPr>
            <w:r>
              <w:rPr>
                <w:b w:val="false"/>
                <w:color w:val="17324D"/>
                <w:sz w:val="20"/>
              </w:rPr>
              <w:t>Stovetops</w:t>
            </w:r>
          </w:p>
        </w:tc>
        <w:tc>
          <w:tcPr>
            <w:tcW w:w="834" w:type="dxa"/>
            <w:tcBorders>
              <w:top w:val="single" w:sz="6" w:space="0" w:color="B9C9D6"/>
              <w:left w:val="single" w:sz="6" w:space="0" w:color="B9C9D6"/>
              <w:bottom w:val="single" w:sz="6" w:space="0" w:color="B9C9D6"/>
              <w:right w:val="single" w:sz="6" w:space="0" w:color="B9C9D6"/>
            </w:tcBorders>
            <w:tcMar>
              <w:left w:w="12" w:type="dxa"/>
              <w:right w:w="12" w:type="dxa"/>
            </w:tcMar>
            <w:vAlign w:val="center"/>
          </w:tcPr>
          <w:p>
            <w:pPr>
              <w:pStyle w:val="Normal"/>
              <w:jc w:val="center"/>
              <w:rPr/>
            </w:pPr>
            <w:sdt>
              <w:sdtPr>
                <w:alias w:val="Check box"/>
                <w:tag w:val="checkbox"/>
                <w14:checkbox>
                  <w14:checked w14:val="0"/>
                  <w14:checkedState w14:val="2612"/>
                  <w14:uncheckedState w14:val="2610"/>
                </w14:checkbox>
              </w:sdtPr>
              <w:sdtContent>
                <w:r>
                  <w:rPr>
                    <w:sz w:val="24"/>
                  </w:rPr>
                </w:r>
                <w:r>
                  <w:rPr>
                    <w:sz w:val="24"/>
                  </w:rPr>
                  <w:t>☐</w:t>
                </w:r>
              </w:sdtContent>
            </w:sdt>
          </w:p>
        </w:tc>
        <w:tc>
          <w:tcPr>
            <w:tcW w:w="5473" w:type="dxa"/>
            <w:tcBorders>
              <w:top w:val="single" w:sz="6" w:space="0" w:color="B9C9D6"/>
              <w:left w:val="single" w:sz="6" w:space="0" w:color="B9C9D6"/>
              <w:bottom w:val="single" w:sz="6" w:space="0" w:color="B9C9D6"/>
              <w:right w:val="single" w:sz="6" w:space="0" w:color="B9C9D6"/>
            </w:tcBorders>
            <w:tcMar>
              <w:left w:w="150" w:type="dxa"/>
              <w:right w:w="85" w:type="dxa"/>
            </w:tcMar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cantSplit w:val="true"/>
        </w:trPr>
        <w:tc>
          <w:tcPr>
            <w:tcW w:w="3816" w:type="dxa"/>
            <w:tcBorders>
              <w:top w:val="single" w:sz="6" w:space="0" w:color="B9C9D6"/>
              <w:left w:val="single" w:sz="6" w:space="0" w:color="B9C9D6"/>
              <w:bottom w:val="single" w:sz="6" w:space="0" w:color="B9C9D6"/>
              <w:right w:val="single" w:sz="6" w:space="0" w:color="B9C9D6"/>
            </w:tcBorders>
            <w:vAlign w:val="center"/>
          </w:tcPr>
          <w:p>
            <w:pPr>
              <w:pStyle w:val="Normal"/>
              <w:rPr/>
            </w:pPr>
            <w:r>
              <w:rPr>
                <w:b w:val="false"/>
                <w:color w:val="17324D"/>
                <w:sz w:val="20"/>
              </w:rPr>
              <w:t>Backsplashes</w:t>
            </w:r>
          </w:p>
        </w:tc>
        <w:tc>
          <w:tcPr>
            <w:tcW w:w="834" w:type="dxa"/>
            <w:tcBorders>
              <w:top w:val="single" w:sz="6" w:space="0" w:color="B9C9D6"/>
              <w:left w:val="single" w:sz="6" w:space="0" w:color="B9C9D6"/>
              <w:bottom w:val="single" w:sz="6" w:space="0" w:color="B9C9D6"/>
              <w:right w:val="single" w:sz="6" w:space="0" w:color="B9C9D6"/>
            </w:tcBorders>
            <w:tcMar>
              <w:left w:w="12" w:type="dxa"/>
              <w:right w:w="12" w:type="dxa"/>
            </w:tcMar>
            <w:vAlign w:val="center"/>
          </w:tcPr>
          <w:p>
            <w:pPr>
              <w:pStyle w:val="Normal"/>
              <w:jc w:val="center"/>
              <w:rPr/>
            </w:pPr>
            <w:sdt>
              <w:sdtPr>
                <w:alias w:val="Check box"/>
                <w:tag w:val="checkbox"/>
                <w14:checkbox>
                  <w14:checked w14:val="0"/>
                  <w14:checkedState w14:val="2612"/>
                  <w14:uncheckedState w14:val="2610"/>
                </w14:checkbox>
              </w:sdtPr>
              <w:sdtContent>
                <w:r>
                  <w:rPr>
                    <w:sz w:val="24"/>
                  </w:rPr>
                </w:r>
                <w:r>
                  <w:rPr>
                    <w:sz w:val="24"/>
                  </w:rPr>
                  <w:t>☐</w:t>
                </w:r>
              </w:sdtContent>
            </w:sdt>
          </w:p>
        </w:tc>
        <w:tc>
          <w:tcPr>
            <w:tcW w:w="5473" w:type="dxa"/>
            <w:tcBorders>
              <w:top w:val="single" w:sz="6" w:space="0" w:color="B9C9D6"/>
              <w:left w:val="single" w:sz="6" w:space="0" w:color="B9C9D6"/>
              <w:bottom w:val="single" w:sz="6" w:space="0" w:color="B9C9D6"/>
              <w:right w:val="single" w:sz="6" w:space="0" w:color="B9C9D6"/>
            </w:tcBorders>
            <w:tcMar>
              <w:left w:w="150" w:type="dxa"/>
              <w:right w:w="85" w:type="dxa"/>
            </w:tcMar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cantSplit w:val="true"/>
        </w:trPr>
        <w:tc>
          <w:tcPr>
            <w:tcW w:w="3816" w:type="dxa"/>
            <w:tcBorders>
              <w:top w:val="single" w:sz="6" w:space="0" w:color="B9C9D6"/>
              <w:left w:val="single" w:sz="6" w:space="0" w:color="B9C9D6"/>
              <w:bottom w:val="single" w:sz="6" w:space="0" w:color="B9C9D6"/>
              <w:right w:val="single" w:sz="6" w:space="0" w:color="B9C9D6"/>
            </w:tcBorders>
            <w:vAlign w:val="center"/>
          </w:tcPr>
          <w:p>
            <w:pPr>
              <w:pStyle w:val="Normal"/>
              <w:rPr/>
            </w:pPr>
            <w:r>
              <w:rPr>
                <w:b w:val="false"/>
                <w:color w:val="17324D"/>
                <w:sz w:val="20"/>
              </w:rPr>
              <w:t>Tables / Chairs</w:t>
            </w:r>
          </w:p>
        </w:tc>
        <w:tc>
          <w:tcPr>
            <w:tcW w:w="834" w:type="dxa"/>
            <w:tcBorders>
              <w:top w:val="single" w:sz="6" w:space="0" w:color="B9C9D6"/>
              <w:left w:val="single" w:sz="6" w:space="0" w:color="B9C9D6"/>
              <w:bottom w:val="single" w:sz="6" w:space="0" w:color="B9C9D6"/>
              <w:right w:val="single" w:sz="6" w:space="0" w:color="B9C9D6"/>
            </w:tcBorders>
            <w:tcMar>
              <w:left w:w="12" w:type="dxa"/>
              <w:right w:w="12" w:type="dxa"/>
            </w:tcMar>
            <w:vAlign w:val="center"/>
          </w:tcPr>
          <w:p>
            <w:pPr>
              <w:pStyle w:val="Normal"/>
              <w:jc w:val="center"/>
              <w:rPr/>
            </w:pPr>
            <w:sdt>
              <w:sdtPr>
                <w:alias w:val="Check box"/>
                <w:tag w:val="checkbox"/>
                <w14:checkbox>
                  <w14:checked w14:val="0"/>
                  <w14:checkedState w14:val="2612"/>
                  <w14:uncheckedState w14:val="2610"/>
                </w14:checkbox>
              </w:sdtPr>
              <w:sdtContent>
                <w:r>
                  <w:rPr>
                    <w:sz w:val="24"/>
                  </w:rPr>
                </w:r>
                <w:r>
                  <w:rPr>
                    <w:sz w:val="24"/>
                  </w:rPr>
                  <w:t>☐</w:t>
                </w:r>
              </w:sdtContent>
            </w:sdt>
          </w:p>
        </w:tc>
        <w:tc>
          <w:tcPr>
            <w:tcW w:w="5473" w:type="dxa"/>
            <w:tcBorders>
              <w:top w:val="single" w:sz="6" w:space="0" w:color="B9C9D6"/>
              <w:left w:val="single" w:sz="6" w:space="0" w:color="B9C9D6"/>
              <w:bottom w:val="single" w:sz="6" w:space="0" w:color="B9C9D6"/>
              <w:right w:val="single" w:sz="6" w:space="0" w:color="B9C9D6"/>
            </w:tcBorders>
            <w:tcMar>
              <w:left w:w="150" w:type="dxa"/>
              <w:right w:w="85" w:type="dxa"/>
            </w:tcMar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cantSplit w:val="true"/>
        </w:trPr>
        <w:tc>
          <w:tcPr>
            <w:tcW w:w="3816" w:type="dxa"/>
            <w:tcBorders>
              <w:top w:val="single" w:sz="6" w:space="0" w:color="B9C9D6"/>
              <w:left w:val="single" w:sz="6" w:space="0" w:color="B9C9D6"/>
              <w:bottom w:val="single" w:sz="6" w:space="0" w:color="B9C9D6"/>
              <w:right w:val="single" w:sz="6" w:space="0" w:color="B9C9D6"/>
            </w:tcBorders>
            <w:vAlign w:val="center"/>
          </w:tcPr>
          <w:p>
            <w:pPr>
              <w:pStyle w:val="Normal"/>
              <w:rPr/>
            </w:pPr>
            <w:r>
              <w:rPr>
                <w:b w:val="false"/>
                <w:color w:val="17324D"/>
                <w:sz w:val="20"/>
              </w:rPr>
              <w:t>Trash / Recycling</w:t>
            </w:r>
          </w:p>
        </w:tc>
        <w:tc>
          <w:tcPr>
            <w:tcW w:w="834" w:type="dxa"/>
            <w:tcBorders>
              <w:top w:val="single" w:sz="6" w:space="0" w:color="B9C9D6"/>
              <w:left w:val="single" w:sz="6" w:space="0" w:color="B9C9D6"/>
              <w:bottom w:val="single" w:sz="6" w:space="0" w:color="B9C9D6"/>
              <w:right w:val="single" w:sz="6" w:space="0" w:color="B9C9D6"/>
            </w:tcBorders>
            <w:tcMar>
              <w:left w:w="12" w:type="dxa"/>
              <w:right w:w="12" w:type="dxa"/>
            </w:tcMar>
            <w:vAlign w:val="center"/>
          </w:tcPr>
          <w:p>
            <w:pPr>
              <w:pStyle w:val="Normal"/>
              <w:jc w:val="center"/>
              <w:rPr/>
            </w:pPr>
            <w:sdt>
              <w:sdtPr>
                <w:alias w:val="Check box"/>
                <w:tag w:val="checkbox"/>
                <w14:checkbox>
                  <w14:checked w14:val="0"/>
                  <w14:checkedState w14:val="2612"/>
                  <w14:uncheckedState w14:val="2610"/>
                </w14:checkbox>
              </w:sdtPr>
              <w:sdtContent>
                <w:r>
                  <w:rPr>
                    <w:sz w:val="24"/>
                  </w:rPr>
                </w:r>
                <w:r>
                  <w:rPr>
                    <w:sz w:val="24"/>
                  </w:rPr>
                  <w:t>☐</w:t>
                </w:r>
              </w:sdtContent>
            </w:sdt>
          </w:p>
        </w:tc>
        <w:tc>
          <w:tcPr>
            <w:tcW w:w="5473" w:type="dxa"/>
            <w:tcBorders>
              <w:top w:val="single" w:sz="6" w:space="0" w:color="B9C9D6"/>
              <w:left w:val="single" w:sz="6" w:space="0" w:color="B9C9D6"/>
              <w:bottom w:val="single" w:sz="6" w:space="0" w:color="B9C9D6"/>
              <w:right w:val="single" w:sz="6" w:space="0" w:color="B9C9D6"/>
            </w:tcBorders>
            <w:tcMar>
              <w:left w:w="150" w:type="dxa"/>
              <w:right w:w="85" w:type="dxa"/>
            </w:tcMar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cantSplit w:val="true"/>
        </w:trPr>
        <w:tc>
          <w:tcPr>
            <w:tcW w:w="3816" w:type="dxa"/>
            <w:tcBorders>
              <w:top w:val="single" w:sz="6" w:space="0" w:color="B9C9D6"/>
              <w:left w:val="single" w:sz="6" w:space="0" w:color="B9C9D6"/>
              <w:bottom w:val="single" w:sz="6" w:space="0" w:color="B9C9D6"/>
              <w:right w:val="single" w:sz="6" w:space="0" w:color="B9C9D6"/>
            </w:tcBorders>
            <w:vAlign w:val="center"/>
          </w:tcPr>
          <w:p>
            <w:pPr>
              <w:pStyle w:val="Normal"/>
              <w:rPr/>
            </w:pPr>
            <w:r>
              <w:rPr>
                <w:b w:val="false"/>
                <w:color w:val="17324D"/>
                <w:sz w:val="20"/>
              </w:rPr>
              <w:t>Grease buildup</w:t>
            </w:r>
          </w:p>
        </w:tc>
        <w:tc>
          <w:tcPr>
            <w:tcW w:w="834" w:type="dxa"/>
            <w:tcBorders>
              <w:top w:val="single" w:sz="6" w:space="0" w:color="B9C9D6"/>
              <w:left w:val="single" w:sz="6" w:space="0" w:color="B9C9D6"/>
              <w:bottom w:val="single" w:sz="6" w:space="0" w:color="B9C9D6"/>
              <w:right w:val="single" w:sz="6" w:space="0" w:color="B9C9D6"/>
            </w:tcBorders>
            <w:tcMar>
              <w:left w:w="12" w:type="dxa"/>
              <w:right w:w="12" w:type="dxa"/>
            </w:tcMar>
            <w:vAlign w:val="center"/>
          </w:tcPr>
          <w:p>
            <w:pPr>
              <w:pStyle w:val="Normal"/>
              <w:jc w:val="center"/>
              <w:rPr/>
            </w:pPr>
            <w:sdt>
              <w:sdtPr>
                <w:alias w:val="Check box"/>
                <w:tag w:val="checkbox"/>
                <w14:checkbox>
                  <w14:checked w14:val="0"/>
                  <w14:checkedState w14:val="2612"/>
                  <w14:uncheckedState w14:val="2610"/>
                </w14:checkbox>
              </w:sdtPr>
              <w:sdtContent>
                <w:r>
                  <w:rPr>
                    <w:sz w:val="24"/>
                  </w:rPr>
                </w:r>
                <w:r>
                  <w:rPr>
                    <w:sz w:val="24"/>
                  </w:rPr>
                  <w:t>☐</w:t>
                </w:r>
              </w:sdtContent>
            </w:sdt>
          </w:p>
        </w:tc>
        <w:tc>
          <w:tcPr>
            <w:tcW w:w="5473" w:type="dxa"/>
            <w:tcBorders>
              <w:top w:val="single" w:sz="6" w:space="0" w:color="B9C9D6"/>
              <w:left w:val="single" w:sz="6" w:space="0" w:color="B9C9D6"/>
              <w:bottom w:val="single" w:sz="6" w:space="0" w:color="B9C9D6"/>
              <w:right w:val="single" w:sz="6" w:space="0" w:color="B9C9D6"/>
            </w:tcBorders>
            <w:tcMar>
              <w:left w:w="150" w:type="dxa"/>
              <w:right w:w="85" w:type="dxa"/>
            </w:tcMar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cantSplit w:val="true"/>
        </w:trPr>
        <w:tc>
          <w:tcPr>
            <w:tcW w:w="3816" w:type="dxa"/>
            <w:tcBorders>
              <w:top w:val="single" w:sz="6" w:space="0" w:color="B9C9D6"/>
              <w:left w:val="single" w:sz="6" w:space="0" w:color="B9C9D6"/>
              <w:bottom w:val="single" w:sz="6" w:space="0" w:color="B9C9D6"/>
              <w:right w:val="single" w:sz="6" w:space="0" w:color="B9C9D6"/>
            </w:tcBorders>
            <w:vAlign w:val="center"/>
          </w:tcPr>
          <w:p>
            <w:pPr>
              <w:pStyle w:val="Normal"/>
              <w:rPr/>
            </w:pPr>
            <w:r>
              <w:rPr>
                <w:b w:val="false"/>
                <w:color w:val="17324D"/>
                <w:sz w:val="20"/>
              </w:rPr>
              <w:t>Floor condition</w:t>
            </w:r>
          </w:p>
        </w:tc>
        <w:tc>
          <w:tcPr>
            <w:tcW w:w="834" w:type="dxa"/>
            <w:tcBorders>
              <w:top w:val="single" w:sz="6" w:space="0" w:color="B9C9D6"/>
              <w:left w:val="single" w:sz="6" w:space="0" w:color="B9C9D6"/>
              <w:bottom w:val="single" w:sz="6" w:space="0" w:color="B9C9D6"/>
              <w:right w:val="single" w:sz="6" w:space="0" w:color="B9C9D6"/>
            </w:tcBorders>
            <w:tcMar>
              <w:left w:w="12" w:type="dxa"/>
              <w:right w:w="12" w:type="dxa"/>
            </w:tcMar>
            <w:vAlign w:val="center"/>
          </w:tcPr>
          <w:p>
            <w:pPr>
              <w:pStyle w:val="Normal"/>
              <w:jc w:val="center"/>
              <w:rPr/>
            </w:pPr>
            <w:sdt>
              <w:sdtPr>
                <w:alias w:val="Check box"/>
                <w:tag w:val="checkbox"/>
                <w14:checkbox>
                  <w14:checked w14:val="0"/>
                  <w14:checkedState w14:val="2612"/>
                  <w14:uncheckedState w14:val="2610"/>
                </w14:checkbox>
              </w:sdtPr>
              <w:sdtContent>
                <w:r>
                  <w:rPr>
                    <w:sz w:val="24"/>
                  </w:rPr>
                </w:r>
                <w:r>
                  <w:rPr>
                    <w:sz w:val="24"/>
                  </w:rPr>
                  <w:t>☐</w:t>
                </w:r>
              </w:sdtContent>
            </w:sdt>
          </w:p>
        </w:tc>
        <w:tc>
          <w:tcPr>
            <w:tcW w:w="5473" w:type="dxa"/>
            <w:tcBorders>
              <w:top w:val="single" w:sz="6" w:space="0" w:color="B9C9D6"/>
              <w:left w:val="single" w:sz="6" w:space="0" w:color="B9C9D6"/>
              <w:bottom w:val="single" w:sz="6" w:space="0" w:color="B9C9D6"/>
              <w:right w:val="single" w:sz="6" w:space="0" w:color="B9C9D6"/>
            </w:tcBorders>
            <w:tcMar>
              <w:left w:w="150" w:type="dxa"/>
              <w:right w:w="85" w:type="dxa"/>
            </w:tcMar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cantSplit w:val="true"/>
        </w:trPr>
        <w:tc>
          <w:tcPr>
            <w:tcW w:w="3816" w:type="dxa"/>
            <w:tcBorders>
              <w:top w:val="single" w:sz="6" w:space="0" w:color="B9C9D6"/>
              <w:left w:val="single" w:sz="6" w:space="0" w:color="B9C9D6"/>
              <w:bottom w:val="single" w:sz="6" w:space="0" w:color="B9C9D6"/>
              <w:right w:val="single" w:sz="6" w:space="0" w:color="B9C9D6"/>
            </w:tcBorders>
            <w:vAlign w:val="center"/>
          </w:tcPr>
          <w:p>
            <w:pPr>
              <w:pStyle w:val="Normal"/>
              <w:rPr/>
            </w:pPr>
            <w:r>
              <w:rPr>
                <w:b w:val="false"/>
                <w:color w:val="17324D"/>
                <w:sz w:val="20"/>
              </w:rPr>
              <w:t>Appliance interiors</w:t>
            </w:r>
          </w:p>
        </w:tc>
        <w:tc>
          <w:tcPr>
            <w:tcW w:w="834" w:type="dxa"/>
            <w:tcBorders>
              <w:top w:val="single" w:sz="6" w:space="0" w:color="B9C9D6"/>
              <w:left w:val="single" w:sz="6" w:space="0" w:color="B9C9D6"/>
              <w:bottom w:val="single" w:sz="6" w:space="0" w:color="B9C9D6"/>
              <w:right w:val="single" w:sz="6" w:space="0" w:color="B9C9D6"/>
            </w:tcBorders>
            <w:tcMar>
              <w:left w:w="12" w:type="dxa"/>
              <w:right w:w="12" w:type="dxa"/>
            </w:tcMar>
            <w:vAlign w:val="center"/>
          </w:tcPr>
          <w:p>
            <w:pPr>
              <w:pStyle w:val="Normal"/>
              <w:jc w:val="center"/>
              <w:rPr/>
            </w:pPr>
            <w:sdt>
              <w:sdtPr>
                <w:alias w:val="Check box"/>
                <w:tag w:val="checkbox"/>
                <w14:checkbox>
                  <w14:checked w14:val="0"/>
                  <w14:checkedState w14:val="2612"/>
                  <w14:uncheckedState w14:val="2610"/>
                </w14:checkbox>
              </w:sdtPr>
              <w:sdtContent>
                <w:r>
                  <w:rPr>
                    <w:sz w:val="24"/>
                  </w:rPr>
                </w:r>
                <w:r>
                  <w:rPr>
                    <w:sz w:val="24"/>
                  </w:rPr>
                  <w:t>☐</w:t>
                </w:r>
              </w:sdtContent>
            </w:sdt>
          </w:p>
        </w:tc>
        <w:tc>
          <w:tcPr>
            <w:tcW w:w="5473" w:type="dxa"/>
            <w:tcBorders>
              <w:top w:val="single" w:sz="6" w:space="0" w:color="B9C9D6"/>
              <w:left w:val="single" w:sz="6" w:space="0" w:color="B9C9D6"/>
              <w:bottom w:val="single" w:sz="6" w:space="0" w:color="B9C9D6"/>
              <w:right w:val="single" w:sz="6" w:space="0" w:color="B9C9D6"/>
            </w:tcBorders>
            <w:tcMar>
              <w:left w:w="150" w:type="dxa"/>
              <w:right w:w="85" w:type="dxa"/>
            </w:tcMar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</w:tr>
    </w:tbl>
    <w:p>
      <w:pPr>
        <w:pStyle w:val="Normal"/>
        <w:spacing w:before="0" w:after="60"/>
        <w:rPr/>
      </w:pPr>
      <w:r>
        <w:rPr/>
      </w:r>
    </w:p>
    <w:tbl>
      <w:tblPr>
        <w:tblW w:w="10325" w:type="dxa"/>
        <w:jc w:val="center"/>
        <w:tblInd w:w="0" w:type="dxa"/>
        <w:tblLayout w:type="fixed"/>
        <w:tblCellMar>
          <w:top w:w="90" w:type="dxa"/>
          <w:left w:w="110" w:type="dxa"/>
          <w:bottom w:w="90" w:type="dxa"/>
          <w:right w:w="110" w:type="dxa"/>
        </w:tblCellMar>
        <w:tblLook w:val="04a0" w:noHBand="0" w:noVBand="1" w:firstColumn="1" w:lastRow="0" w:lastColumn="0" w:firstRow="1"/>
      </w:tblPr>
      <w:tblGrid>
        <w:gridCol w:w="10325"/>
      </w:tblGrid>
      <w:tr>
        <w:trPr/>
        <w:tc>
          <w:tcPr>
            <w:tcW w:w="10325" w:type="dxa"/>
            <w:tcBorders>
              <w:top w:val="single" w:sz="6" w:space="0" w:color="B9C9D6"/>
              <w:left w:val="single" w:sz="6" w:space="0" w:color="B9C9D6"/>
              <w:bottom w:val="single" w:sz="6" w:space="0" w:color="B9C9D6"/>
              <w:right w:val="single" w:sz="6" w:space="0" w:color="B9C9D6"/>
            </w:tcBorders>
            <w:shd w:fill="EAF5FC"/>
          </w:tcPr>
          <w:p>
            <w:pPr>
              <w:pStyle w:val="Normal"/>
              <w:rPr/>
            </w:pPr>
            <w:r>
              <w:rPr>
                <w:b/>
                <w:color w:val="12365A"/>
                <w:sz w:val="20"/>
              </w:rPr>
              <w:t>Kitchen / Break-Area Notes</w:t>
            </w:r>
          </w:p>
        </w:tc>
      </w:tr>
      <w:tr>
        <w:trPr/>
        <w:tc>
          <w:tcPr>
            <w:tcW w:w="10325" w:type="dxa"/>
            <w:tcBorders>
              <w:top w:val="single" w:sz="6" w:space="0" w:color="B9C9D6"/>
              <w:left w:val="single" w:sz="6" w:space="0" w:color="B9C9D6"/>
              <w:bottom w:val="single" w:sz="6" w:space="0" w:color="B9C9D6"/>
              <w:right w:val="single" w:sz="6" w:space="0" w:color="B9C9D6"/>
            </w:tcBorders>
            <w:tcMar>
              <w:top w:w="140" w:type="dxa"/>
              <w:bottom w:w="140" w:type="dxa"/>
            </w:tcMar>
          </w:tcPr>
          <w:p>
            <w:pPr>
              <w:pStyle w:val="Normal"/>
              <w:rPr/>
            </w:pPr>
            <w:r>
              <w:rPr/>
            </w:r>
          </w:p>
        </w:tc>
      </w:tr>
      <w:tr>
        <w:trPr/>
        <w:tc>
          <w:tcPr>
            <w:tcW w:w="10325" w:type="dxa"/>
            <w:tcBorders>
              <w:top w:val="single" w:sz="6" w:space="0" w:color="B9C9D6"/>
              <w:left w:val="single" w:sz="6" w:space="0" w:color="B9C9D6"/>
              <w:bottom w:val="single" w:sz="6" w:space="0" w:color="B9C9D6"/>
              <w:right w:val="single" w:sz="6" w:space="0" w:color="B9C9D6"/>
            </w:tcBorders>
            <w:tcMar>
              <w:top w:w="140" w:type="dxa"/>
              <w:bottom w:w="140" w:type="dxa"/>
            </w:tcMar>
          </w:tcPr>
          <w:p>
            <w:pPr>
              <w:pStyle w:val="Normal"/>
              <w:rPr/>
            </w:pPr>
            <w:r>
              <w:rPr/>
            </w:r>
          </w:p>
        </w:tc>
      </w:tr>
      <w:tr>
        <w:trPr/>
        <w:tc>
          <w:tcPr>
            <w:tcW w:w="10325" w:type="dxa"/>
            <w:tcBorders>
              <w:top w:val="single" w:sz="6" w:space="0" w:color="B9C9D6"/>
              <w:left w:val="single" w:sz="6" w:space="0" w:color="B9C9D6"/>
              <w:bottom w:val="single" w:sz="6" w:space="0" w:color="B9C9D6"/>
              <w:right w:val="single" w:sz="6" w:space="0" w:color="B9C9D6"/>
            </w:tcBorders>
            <w:tcMar>
              <w:top w:w="140" w:type="dxa"/>
              <w:bottom w:w="140" w:type="dxa"/>
            </w:tcMar>
          </w:tcPr>
          <w:p>
            <w:pPr>
              <w:pStyle w:val="Normal"/>
              <w:rPr/>
            </w:pPr>
            <w:r>
              <w:rPr/>
            </w:r>
          </w:p>
        </w:tc>
      </w:tr>
      <w:tr>
        <w:trPr/>
        <w:tc>
          <w:tcPr>
            <w:tcW w:w="10325" w:type="dxa"/>
            <w:tcBorders>
              <w:top w:val="single" w:sz="6" w:space="0" w:color="B9C9D6"/>
              <w:left w:val="single" w:sz="6" w:space="0" w:color="B9C9D6"/>
              <w:bottom w:val="single" w:sz="6" w:space="0" w:color="B9C9D6"/>
              <w:right w:val="single" w:sz="6" w:space="0" w:color="B9C9D6"/>
            </w:tcBorders>
            <w:tcMar>
              <w:top w:w="140" w:type="dxa"/>
              <w:bottom w:w="140" w:type="dxa"/>
            </w:tcMar>
          </w:tcPr>
          <w:p>
            <w:pPr>
              <w:pStyle w:val="Normal"/>
              <w:rPr/>
            </w:pPr>
            <w:r>
              <w:rPr/>
            </w:r>
          </w:p>
        </w:tc>
      </w:tr>
    </w:tbl>
    <w:p>
      <w:pPr>
        <w:pStyle w:val="Normal"/>
        <w:rPr/>
      </w:pPr>
      <w:r>
        <w:rPr/>
      </w:r>
      <w:r>
        <w:br w:type="page"/>
      </w:r>
    </w:p>
    <w:tbl>
      <w:tblPr>
        <w:tblW w:w="10324" w:type="dxa"/>
        <w:jc w:val="center"/>
        <w:tblInd w:w="0" w:type="dxa"/>
        <w:tblLayout w:type="fixed"/>
        <w:tblCellMar>
          <w:top w:w="110" w:type="dxa"/>
          <w:left w:w="230" w:type="dxa"/>
          <w:bottom w:w="110" w:type="dxa"/>
          <w:right w:w="160" w:type="dxa"/>
        </w:tblCellMar>
        <w:tblLook w:val="04a0" w:noHBand="0" w:noVBand="1" w:firstColumn="1" w:lastRow="0" w:lastColumn="0" w:firstRow="1"/>
      </w:tblPr>
      <w:tblGrid>
        <w:gridCol w:w="10324"/>
      </w:tblGrid>
      <w:tr>
        <w:trPr/>
        <w:tc>
          <w:tcPr>
            <w:tcW w:w="10324" w:type="dxa"/>
            <w:tcBorders>
              <w:top w:val="single" w:sz="2" w:space="0" w:color="EAF5FC"/>
              <w:left w:val="single" w:sz="2" w:space="0" w:color="EAF5FC"/>
              <w:bottom w:val="single" w:sz="2" w:space="0" w:color="EAF5FC"/>
              <w:right w:val="single" w:sz="2" w:space="0" w:color="EAF5FC"/>
            </w:tcBorders>
            <w:shd w:fill="EAF5FC"/>
          </w:tcPr>
          <w:p>
            <w:pPr>
              <w:pStyle w:val="Normal"/>
              <w:pageBreakBefore/>
              <w:spacing w:before="0" w:after="0"/>
              <w:jc w:val="left"/>
              <w:rPr/>
            </w:pPr>
            <w:r>
              <w:rPr>
                <w:b/>
                <w:color w:val="12365A"/>
                <w:sz w:val="30"/>
              </w:rPr>
              <w:t>7.  Special Cleaning Requirements</w:t>
            </w:r>
          </w:p>
        </w:tc>
      </w:tr>
    </w:tbl>
    <w:p>
      <w:pPr>
        <w:pStyle w:val="Normal"/>
        <w:spacing w:before="0" w:after="60"/>
        <w:rPr/>
      </w:pPr>
      <w:r>
        <w:rPr/>
      </w:r>
    </w:p>
    <w:p>
      <w:pPr>
        <w:pStyle w:val="Normal"/>
        <w:spacing w:before="0" w:after="160"/>
        <w:rPr/>
      </w:pPr>
      <w:r>
        <w:rPr>
          <w:b w:val="false"/>
          <w:color w:val="53697C"/>
          <w:sz w:val="21"/>
        </w:rPr>
        <w:t>Mark services outside routine cleaning so they can be scoped and priced clearly.</w:t>
      </w:r>
    </w:p>
    <w:tbl>
      <w:tblPr>
        <w:tblW w:w="10123" w:type="dxa"/>
        <w:jc w:val="center"/>
        <w:tblInd w:w="0" w:type="dxa"/>
        <w:tblLayout w:type="fixed"/>
        <w:tblCellMar>
          <w:top w:w="110" w:type="dxa"/>
          <w:left w:w="145" w:type="dxa"/>
          <w:bottom w:w="110" w:type="dxa"/>
          <w:right w:w="55" w:type="dxa"/>
        </w:tblCellMar>
        <w:tblLook w:val="04a0" w:noHBand="0" w:noVBand="1" w:firstColumn="1" w:lastRow="0" w:lastColumn="0" w:firstRow="1"/>
      </w:tblPr>
      <w:tblGrid>
        <w:gridCol w:w="3816"/>
        <w:gridCol w:w="834"/>
        <w:gridCol w:w="5473"/>
      </w:tblGrid>
      <w:tr>
        <w:trPr>
          <w:tblHeader w:val="true"/>
        </w:trPr>
        <w:tc>
          <w:tcPr>
            <w:tcW w:w="3816" w:type="dxa"/>
            <w:tcBorders>
              <w:top w:val="single" w:sz="6" w:space="0" w:color="B9C9D6"/>
              <w:left w:val="single" w:sz="6" w:space="0" w:color="B9C9D6"/>
              <w:bottom w:val="single" w:sz="6" w:space="0" w:color="B9C9D6"/>
              <w:right w:val="single" w:sz="6" w:space="0" w:color="B9C9D6"/>
            </w:tcBorders>
            <w:shd w:fill="EAF5FC"/>
          </w:tcPr>
          <w:p>
            <w:pPr>
              <w:pStyle w:val="Normal"/>
              <w:jc w:val="left"/>
              <w:rPr/>
            </w:pPr>
            <w:r>
              <w:rPr>
                <w:b/>
                <w:color w:val="12365A"/>
                <w:sz w:val="20"/>
              </w:rPr>
              <w:t>Special Service</w:t>
            </w:r>
          </w:p>
        </w:tc>
        <w:tc>
          <w:tcPr>
            <w:tcW w:w="834" w:type="dxa"/>
            <w:tcBorders>
              <w:top w:val="single" w:sz="6" w:space="0" w:color="B9C9D6"/>
              <w:left w:val="single" w:sz="6" w:space="0" w:color="B9C9D6"/>
              <w:bottom w:val="single" w:sz="6" w:space="0" w:color="B9C9D6"/>
              <w:right w:val="single" w:sz="6" w:space="0" w:color="B9C9D6"/>
            </w:tcBorders>
            <w:shd w:fill="EAF5FC"/>
            <w:tcMar>
              <w:left w:w="12" w:type="dxa"/>
              <w:right w:w="12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rPr>
                <w:b/>
                <w:color w:val="12365A"/>
                <w:sz w:val="20"/>
              </w:rPr>
              <w:t>Check</w:t>
            </w:r>
          </w:p>
        </w:tc>
        <w:tc>
          <w:tcPr>
            <w:tcW w:w="5473" w:type="dxa"/>
            <w:tcBorders>
              <w:top w:val="single" w:sz="6" w:space="0" w:color="B9C9D6"/>
              <w:left w:val="single" w:sz="6" w:space="0" w:color="B9C9D6"/>
              <w:bottom w:val="single" w:sz="6" w:space="0" w:color="B9C9D6"/>
              <w:right w:val="single" w:sz="6" w:space="0" w:color="B9C9D6"/>
            </w:tcBorders>
            <w:shd w:fill="EAF5FC"/>
            <w:tcMar>
              <w:left w:w="150" w:type="dxa"/>
              <w:right w:w="85" w:type="dxa"/>
            </w:tcMar>
          </w:tcPr>
          <w:p>
            <w:pPr>
              <w:pStyle w:val="Normal"/>
              <w:jc w:val="left"/>
              <w:rPr/>
            </w:pPr>
            <w:r>
              <w:rPr>
                <w:b/>
                <w:color w:val="12365A"/>
                <w:sz w:val="20"/>
              </w:rPr>
              <w:t>Details / Frequency</w:t>
            </w:r>
          </w:p>
        </w:tc>
      </w:tr>
      <w:tr>
        <w:trPr>
          <w:cantSplit w:val="true"/>
        </w:trPr>
        <w:tc>
          <w:tcPr>
            <w:tcW w:w="3816" w:type="dxa"/>
            <w:tcBorders>
              <w:top w:val="single" w:sz="6" w:space="0" w:color="B9C9D6"/>
              <w:left w:val="single" w:sz="6" w:space="0" w:color="B9C9D6"/>
              <w:bottom w:val="single" w:sz="6" w:space="0" w:color="B9C9D6"/>
              <w:right w:val="single" w:sz="6" w:space="0" w:color="B9C9D6"/>
            </w:tcBorders>
            <w:vAlign w:val="center"/>
          </w:tcPr>
          <w:p>
            <w:pPr>
              <w:pStyle w:val="Normal"/>
              <w:rPr/>
            </w:pPr>
            <w:r>
              <w:rPr>
                <w:b w:val="false"/>
                <w:color w:val="17324D"/>
                <w:sz w:val="20"/>
              </w:rPr>
              <w:t>Interior windows</w:t>
            </w:r>
          </w:p>
        </w:tc>
        <w:tc>
          <w:tcPr>
            <w:tcW w:w="834" w:type="dxa"/>
            <w:tcBorders>
              <w:top w:val="single" w:sz="6" w:space="0" w:color="B9C9D6"/>
              <w:left w:val="single" w:sz="6" w:space="0" w:color="B9C9D6"/>
              <w:bottom w:val="single" w:sz="6" w:space="0" w:color="B9C9D6"/>
              <w:right w:val="single" w:sz="6" w:space="0" w:color="B9C9D6"/>
            </w:tcBorders>
            <w:tcMar>
              <w:left w:w="12" w:type="dxa"/>
              <w:right w:w="12" w:type="dxa"/>
            </w:tcMar>
            <w:vAlign w:val="center"/>
          </w:tcPr>
          <w:p>
            <w:pPr>
              <w:pStyle w:val="Normal"/>
              <w:jc w:val="center"/>
              <w:rPr/>
            </w:pPr>
            <w:sdt>
              <w:sdtPr>
                <w:alias w:val="Check box"/>
                <w:tag w:val="checkbox"/>
                <w14:checkbox>
                  <w14:checked w14:val="0"/>
                  <w14:checkedState w14:val="2612"/>
                  <w14:uncheckedState w14:val="2610"/>
                </w14:checkbox>
              </w:sdtPr>
              <w:sdtContent>
                <w:r>
                  <w:rPr>
                    <w:sz w:val="24"/>
                  </w:rPr>
                </w:r>
                <w:r>
                  <w:rPr>
                    <w:sz w:val="24"/>
                  </w:rPr>
                  <w:t>☐</w:t>
                </w:r>
              </w:sdtContent>
            </w:sdt>
          </w:p>
        </w:tc>
        <w:tc>
          <w:tcPr>
            <w:tcW w:w="5473" w:type="dxa"/>
            <w:tcBorders>
              <w:top w:val="single" w:sz="6" w:space="0" w:color="B9C9D6"/>
              <w:left w:val="single" w:sz="6" w:space="0" w:color="B9C9D6"/>
              <w:bottom w:val="single" w:sz="6" w:space="0" w:color="B9C9D6"/>
              <w:right w:val="single" w:sz="6" w:space="0" w:color="B9C9D6"/>
            </w:tcBorders>
            <w:tcMar>
              <w:left w:w="150" w:type="dxa"/>
              <w:right w:w="85" w:type="dxa"/>
            </w:tcMar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cantSplit w:val="true"/>
        </w:trPr>
        <w:tc>
          <w:tcPr>
            <w:tcW w:w="3816" w:type="dxa"/>
            <w:tcBorders>
              <w:top w:val="single" w:sz="6" w:space="0" w:color="B9C9D6"/>
              <w:left w:val="single" w:sz="6" w:space="0" w:color="B9C9D6"/>
              <w:bottom w:val="single" w:sz="6" w:space="0" w:color="B9C9D6"/>
              <w:right w:val="single" w:sz="6" w:space="0" w:color="B9C9D6"/>
            </w:tcBorders>
            <w:vAlign w:val="center"/>
          </w:tcPr>
          <w:p>
            <w:pPr>
              <w:pStyle w:val="Normal"/>
              <w:rPr/>
            </w:pPr>
            <w:r>
              <w:rPr>
                <w:b w:val="false"/>
                <w:color w:val="17324D"/>
                <w:sz w:val="20"/>
              </w:rPr>
              <w:t>Exterior windows</w:t>
            </w:r>
          </w:p>
        </w:tc>
        <w:tc>
          <w:tcPr>
            <w:tcW w:w="834" w:type="dxa"/>
            <w:tcBorders>
              <w:top w:val="single" w:sz="6" w:space="0" w:color="B9C9D6"/>
              <w:left w:val="single" w:sz="6" w:space="0" w:color="B9C9D6"/>
              <w:bottom w:val="single" w:sz="6" w:space="0" w:color="B9C9D6"/>
              <w:right w:val="single" w:sz="6" w:space="0" w:color="B9C9D6"/>
            </w:tcBorders>
            <w:tcMar>
              <w:left w:w="12" w:type="dxa"/>
              <w:right w:w="12" w:type="dxa"/>
            </w:tcMar>
            <w:vAlign w:val="center"/>
          </w:tcPr>
          <w:p>
            <w:pPr>
              <w:pStyle w:val="Normal"/>
              <w:jc w:val="center"/>
              <w:rPr/>
            </w:pPr>
            <w:sdt>
              <w:sdtPr>
                <w:alias w:val="Check box"/>
                <w:tag w:val="checkbox"/>
                <w14:checkbox>
                  <w14:checked w14:val="0"/>
                  <w14:checkedState w14:val="2612"/>
                  <w14:uncheckedState w14:val="2610"/>
                </w14:checkbox>
              </w:sdtPr>
              <w:sdtContent>
                <w:r>
                  <w:rPr>
                    <w:sz w:val="24"/>
                  </w:rPr>
                </w:r>
                <w:r>
                  <w:rPr>
                    <w:sz w:val="24"/>
                  </w:rPr>
                  <w:t>☐</w:t>
                </w:r>
              </w:sdtContent>
            </w:sdt>
          </w:p>
        </w:tc>
        <w:tc>
          <w:tcPr>
            <w:tcW w:w="5473" w:type="dxa"/>
            <w:tcBorders>
              <w:top w:val="single" w:sz="6" w:space="0" w:color="B9C9D6"/>
              <w:left w:val="single" w:sz="6" w:space="0" w:color="B9C9D6"/>
              <w:bottom w:val="single" w:sz="6" w:space="0" w:color="B9C9D6"/>
              <w:right w:val="single" w:sz="6" w:space="0" w:color="B9C9D6"/>
            </w:tcBorders>
            <w:tcMar>
              <w:left w:w="150" w:type="dxa"/>
              <w:right w:w="85" w:type="dxa"/>
            </w:tcMar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cantSplit w:val="true"/>
        </w:trPr>
        <w:tc>
          <w:tcPr>
            <w:tcW w:w="3816" w:type="dxa"/>
            <w:tcBorders>
              <w:top w:val="single" w:sz="6" w:space="0" w:color="B9C9D6"/>
              <w:left w:val="single" w:sz="6" w:space="0" w:color="B9C9D6"/>
              <w:bottom w:val="single" w:sz="6" w:space="0" w:color="B9C9D6"/>
              <w:right w:val="single" w:sz="6" w:space="0" w:color="B9C9D6"/>
            </w:tcBorders>
            <w:vAlign w:val="center"/>
          </w:tcPr>
          <w:p>
            <w:pPr>
              <w:pStyle w:val="Normal"/>
              <w:rPr/>
            </w:pPr>
            <w:r>
              <w:rPr>
                <w:b w:val="false"/>
                <w:color w:val="17324D"/>
                <w:sz w:val="20"/>
              </w:rPr>
              <w:t>Carpet cleaning</w:t>
            </w:r>
          </w:p>
        </w:tc>
        <w:tc>
          <w:tcPr>
            <w:tcW w:w="834" w:type="dxa"/>
            <w:tcBorders>
              <w:top w:val="single" w:sz="6" w:space="0" w:color="B9C9D6"/>
              <w:left w:val="single" w:sz="6" w:space="0" w:color="B9C9D6"/>
              <w:bottom w:val="single" w:sz="6" w:space="0" w:color="B9C9D6"/>
              <w:right w:val="single" w:sz="6" w:space="0" w:color="B9C9D6"/>
            </w:tcBorders>
            <w:tcMar>
              <w:left w:w="12" w:type="dxa"/>
              <w:right w:w="12" w:type="dxa"/>
            </w:tcMar>
            <w:vAlign w:val="center"/>
          </w:tcPr>
          <w:p>
            <w:pPr>
              <w:pStyle w:val="Normal"/>
              <w:jc w:val="center"/>
              <w:rPr/>
            </w:pPr>
            <w:sdt>
              <w:sdtPr>
                <w:alias w:val="Check box"/>
                <w:tag w:val="checkbox"/>
                <w14:checkbox>
                  <w14:checked w14:val="0"/>
                  <w14:checkedState w14:val="2612"/>
                  <w14:uncheckedState w14:val="2610"/>
                </w14:checkbox>
              </w:sdtPr>
              <w:sdtContent>
                <w:r>
                  <w:rPr>
                    <w:sz w:val="24"/>
                  </w:rPr>
                </w:r>
                <w:r>
                  <w:rPr>
                    <w:sz w:val="24"/>
                  </w:rPr>
                  <w:t>☐</w:t>
                </w:r>
              </w:sdtContent>
            </w:sdt>
          </w:p>
        </w:tc>
        <w:tc>
          <w:tcPr>
            <w:tcW w:w="5473" w:type="dxa"/>
            <w:tcBorders>
              <w:top w:val="single" w:sz="6" w:space="0" w:color="B9C9D6"/>
              <w:left w:val="single" w:sz="6" w:space="0" w:color="B9C9D6"/>
              <w:bottom w:val="single" w:sz="6" w:space="0" w:color="B9C9D6"/>
              <w:right w:val="single" w:sz="6" w:space="0" w:color="B9C9D6"/>
            </w:tcBorders>
            <w:tcMar>
              <w:left w:w="150" w:type="dxa"/>
              <w:right w:w="85" w:type="dxa"/>
            </w:tcMar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cantSplit w:val="true"/>
        </w:trPr>
        <w:tc>
          <w:tcPr>
            <w:tcW w:w="3816" w:type="dxa"/>
            <w:tcBorders>
              <w:top w:val="single" w:sz="6" w:space="0" w:color="B9C9D6"/>
              <w:left w:val="single" w:sz="6" w:space="0" w:color="B9C9D6"/>
              <w:bottom w:val="single" w:sz="6" w:space="0" w:color="B9C9D6"/>
              <w:right w:val="single" w:sz="6" w:space="0" w:color="B9C9D6"/>
            </w:tcBorders>
            <w:vAlign w:val="center"/>
          </w:tcPr>
          <w:p>
            <w:pPr>
              <w:pStyle w:val="Normal"/>
              <w:rPr/>
            </w:pPr>
            <w:r>
              <w:rPr>
                <w:b w:val="false"/>
                <w:color w:val="17324D"/>
                <w:sz w:val="20"/>
              </w:rPr>
              <w:t>Floor polishing</w:t>
            </w:r>
          </w:p>
        </w:tc>
        <w:tc>
          <w:tcPr>
            <w:tcW w:w="834" w:type="dxa"/>
            <w:tcBorders>
              <w:top w:val="single" w:sz="6" w:space="0" w:color="B9C9D6"/>
              <w:left w:val="single" w:sz="6" w:space="0" w:color="B9C9D6"/>
              <w:bottom w:val="single" w:sz="6" w:space="0" w:color="B9C9D6"/>
              <w:right w:val="single" w:sz="6" w:space="0" w:color="B9C9D6"/>
            </w:tcBorders>
            <w:tcMar>
              <w:left w:w="12" w:type="dxa"/>
              <w:right w:w="12" w:type="dxa"/>
            </w:tcMar>
            <w:vAlign w:val="center"/>
          </w:tcPr>
          <w:p>
            <w:pPr>
              <w:pStyle w:val="Normal"/>
              <w:jc w:val="center"/>
              <w:rPr/>
            </w:pPr>
            <w:sdt>
              <w:sdtPr>
                <w:alias w:val="Check box"/>
                <w:tag w:val="checkbox"/>
                <w14:checkbox>
                  <w14:checked w14:val="0"/>
                  <w14:checkedState w14:val="2612"/>
                  <w14:uncheckedState w14:val="2610"/>
                </w14:checkbox>
              </w:sdtPr>
              <w:sdtContent>
                <w:r>
                  <w:rPr>
                    <w:sz w:val="24"/>
                  </w:rPr>
                </w:r>
                <w:r>
                  <w:rPr>
                    <w:sz w:val="24"/>
                  </w:rPr>
                  <w:t>☐</w:t>
                </w:r>
              </w:sdtContent>
            </w:sdt>
          </w:p>
        </w:tc>
        <w:tc>
          <w:tcPr>
            <w:tcW w:w="5473" w:type="dxa"/>
            <w:tcBorders>
              <w:top w:val="single" w:sz="6" w:space="0" w:color="B9C9D6"/>
              <w:left w:val="single" w:sz="6" w:space="0" w:color="B9C9D6"/>
              <w:bottom w:val="single" w:sz="6" w:space="0" w:color="B9C9D6"/>
              <w:right w:val="single" w:sz="6" w:space="0" w:color="B9C9D6"/>
            </w:tcBorders>
            <w:tcMar>
              <w:left w:w="150" w:type="dxa"/>
              <w:right w:w="85" w:type="dxa"/>
            </w:tcMar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cantSplit w:val="true"/>
        </w:trPr>
        <w:tc>
          <w:tcPr>
            <w:tcW w:w="3816" w:type="dxa"/>
            <w:tcBorders>
              <w:top w:val="single" w:sz="6" w:space="0" w:color="B9C9D6"/>
              <w:left w:val="single" w:sz="6" w:space="0" w:color="B9C9D6"/>
              <w:bottom w:val="single" w:sz="6" w:space="0" w:color="B9C9D6"/>
              <w:right w:val="single" w:sz="6" w:space="0" w:color="B9C9D6"/>
            </w:tcBorders>
            <w:vAlign w:val="center"/>
          </w:tcPr>
          <w:p>
            <w:pPr>
              <w:pStyle w:val="Normal"/>
              <w:rPr/>
            </w:pPr>
            <w:r>
              <w:rPr>
                <w:b w:val="false"/>
                <w:color w:val="17324D"/>
                <w:sz w:val="20"/>
              </w:rPr>
              <w:t>Deep cleaning</w:t>
            </w:r>
          </w:p>
        </w:tc>
        <w:tc>
          <w:tcPr>
            <w:tcW w:w="834" w:type="dxa"/>
            <w:tcBorders>
              <w:top w:val="single" w:sz="6" w:space="0" w:color="B9C9D6"/>
              <w:left w:val="single" w:sz="6" w:space="0" w:color="B9C9D6"/>
              <w:bottom w:val="single" w:sz="6" w:space="0" w:color="B9C9D6"/>
              <w:right w:val="single" w:sz="6" w:space="0" w:color="B9C9D6"/>
            </w:tcBorders>
            <w:tcMar>
              <w:left w:w="12" w:type="dxa"/>
              <w:right w:w="12" w:type="dxa"/>
            </w:tcMar>
            <w:vAlign w:val="center"/>
          </w:tcPr>
          <w:p>
            <w:pPr>
              <w:pStyle w:val="Normal"/>
              <w:jc w:val="center"/>
              <w:rPr/>
            </w:pPr>
            <w:sdt>
              <w:sdtPr>
                <w:alias w:val="Check box"/>
                <w:tag w:val="checkbox"/>
                <w14:checkbox>
                  <w14:checked w14:val="0"/>
                  <w14:checkedState w14:val="2612"/>
                  <w14:uncheckedState w14:val="2610"/>
                </w14:checkbox>
              </w:sdtPr>
              <w:sdtContent>
                <w:r>
                  <w:rPr>
                    <w:sz w:val="24"/>
                  </w:rPr>
                </w:r>
                <w:r>
                  <w:rPr>
                    <w:sz w:val="24"/>
                  </w:rPr>
                  <w:t>☐</w:t>
                </w:r>
              </w:sdtContent>
            </w:sdt>
          </w:p>
        </w:tc>
        <w:tc>
          <w:tcPr>
            <w:tcW w:w="5473" w:type="dxa"/>
            <w:tcBorders>
              <w:top w:val="single" w:sz="6" w:space="0" w:color="B9C9D6"/>
              <w:left w:val="single" w:sz="6" w:space="0" w:color="B9C9D6"/>
              <w:bottom w:val="single" w:sz="6" w:space="0" w:color="B9C9D6"/>
              <w:right w:val="single" w:sz="6" w:space="0" w:color="B9C9D6"/>
            </w:tcBorders>
            <w:tcMar>
              <w:left w:w="150" w:type="dxa"/>
              <w:right w:w="85" w:type="dxa"/>
            </w:tcMar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cantSplit w:val="true"/>
        </w:trPr>
        <w:tc>
          <w:tcPr>
            <w:tcW w:w="3816" w:type="dxa"/>
            <w:tcBorders>
              <w:top w:val="single" w:sz="6" w:space="0" w:color="B9C9D6"/>
              <w:left w:val="single" w:sz="6" w:space="0" w:color="B9C9D6"/>
              <w:bottom w:val="single" w:sz="6" w:space="0" w:color="B9C9D6"/>
              <w:right w:val="single" w:sz="6" w:space="0" w:color="B9C9D6"/>
            </w:tcBorders>
            <w:vAlign w:val="center"/>
          </w:tcPr>
          <w:p>
            <w:pPr>
              <w:pStyle w:val="Normal"/>
              <w:rPr/>
            </w:pPr>
            <w:r>
              <w:rPr>
                <w:b w:val="false"/>
                <w:color w:val="17324D"/>
                <w:sz w:val="20"/>
              </w:rPr>
              <w:t>High dusting</w:t>
            </w:r>
          </w:p>
        </w:tc>
        <w:tc>
          <w:tcPr>
            <w:tcW w:w="834" w:type="dxa"/>
            <w:tcBorders>
              <w:top w:val="single" w:sz="6" w:space="0" w:color="B9C9D6"/>
              <w:left w:val="single" w:sz="6" w:space="0" w:color="B9C9D6"/>
              <w:bottom w:val="single" w:sz="6" w:space="0" w:color="B9C9D6"/>
              <w:right w:val="single" w:sz="6" w:space="0" w:color="B9C9D6"/>
            </w:tcBorders>
            <w:tcMar>
              <w:left w:w="12" w:type="dxa"/>
              <w:right w:w="12" w:type="dxa"/>
            </w:tcMar>
            <w:vAlign w:val="center"/>
          </w:tcPr>
          <w:p>
            <w:pPr>
              <w:pStyle w:val="Normal"/>
              <w:jc w:val="center"/>
              <w:rPr/>
            </w:pPr>
            <w:sdt>
              <w:sdtPr>
                <w:alias w:val="Check box"/>
                <w:tag w:val="checkbox"/>
                <w14:checkbox>
                  <w14:checked w14:val="0"/>
                  <w14:checkedState w14:val="2612"/>
                  <w14:uncheckedState w14:val="2610"/>
                </w14:checkbox>
              </w:sdtPr>
              <w:sdtContent>
                <w:r>
                  <w:rPr>
                    <w:sz w:val="24"/>
                  </w:rPr>
                </w:r>
                <w:r>
                  <w:rPr>
                    <w:sz w:val="24"/>
                  </w:rPr>
                  <w:t>☐</w:t>
                </w:r>
              </w:sdtContent>
            </w:sdt>
          </w:p>
        </w:tc>
        <w:tc>
          <w:tcPr>
            <w:tcW w:w="5473" w:type="dxa"/>
            <w:tcBorders>
              <w:top w:val="single" w:sz="6" w:space="0" w:color="B9C9D6"/>
              <w:left w:val="single" w:sz="6" w:space="0" w:color="B9C9D6"/>
              <w:bottom w:val="single" w:sz="6" w:space="0" w:color="B9C9D6"/>
              <w:right w:val="single" w:sz="6" w:space="0" w:color="B9C9D6"/>
            </w:tcBorders>
            <w:tcMar>
              <w:left w:w="150" w:type="dxa"/>
              <w:right w:w="85" w:type="dxa"/>
            </w:tcMar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cantSplit w:val="true"/>
        </w:trPr>
        <w:tc>
          <w:tcPr>
            <w:tcW w:w="3816" w:type="dxa"/>
            <w:tcBorders>
              <w:top w:val="single" w:sz="6" w:space="0" w:color="B9C9D6"/>
              <w:left w:val="single" w:sz="6" w:space="0" w:color="B9C9D6"/>
              <w:bottom w:val="single" w:sz="6" w:space="0" w:color="B9C9D6"/>
              <w:right w:val="single" w:sz="6" w:space="0" w:color="B9C9D6"/>
            </w:tcBorders>
            <w:vAlign w:val="center"/>
          </w:tcPr>
          <w:p>
            <w:pPr>
              <w:pStyle w:val="Normal"/>
              <w:rPr/>
            </w:pPr>
            <w:r>
              <w:rPr>
                <w:b w:val="false"/>
                <w:color w:val="17324D"/>
                <w:sz w:val="20"/>
              </w:rPr>
              <w:t>Post-construction cleaning</w:t>
            </w:r>
          </w:p>
        </w:tc>
        <w:tc>
          <w:tcPr>
            <w:tcW w:w="834" w:type="dxa"/>
            <w:tcBorders>
              <w:top w:val="single" w:sz="6" w:space="0" w:color="B9C9D6"/>
              <w:left w:val="single" w:sz="6" w:space="0" w:color="B9C9D6"/>
              <w:bottom w:val="single" w:sz="6" w:space="0" w:color="B9C9D6"/>
              <w:right w:val="single" w:sz="6" w:space="0" w:color="B9C9D6"/>
            </w:tcBorders>
            <w:tcMar>
              <w:left w:w="12" w:type="dxa"/>
              <w:right w:w="12" w:type="dxa"/>
            </w:tcMar>
            <w:vAlign w:val="center"/>
          </w:tcPr>
          <w:p>
            <w:pPr>
              <w:pStyle w:val="Normal"/>
              <w:jc w:val="center"/>
              <w:rPr/>
            </w:pPr>
            <w:sdt>
              <w:sdtPr>
                <w:alias w:val="Check box"/>
                <w:tag w:val="checkbox"/>
                <w14:checkbox>
                  <w14:checked w14:val="0"/>
                  <w14:checkedState w14:val="2612"/>
                  <w14:uncheckedState w14:val="2610"/>
                </w14:checkbox>
              </w:sdtPr>
              <w:sdtContent>
                <w:r>
                  <w:rPr>
                    <w:sz w:val="24"/>
                  </w:rPr>
                </w:r>
                <w:r>
                  <w:rPr>
                    <w:sz w:val="24"/>
                  </w:rPr>
                  <w:t>☐</w:t>
                </w:r>
              </w:sdtContent>
            </w:sdt>
          </w:p>
        </w:tc>
        <w:tc>
          <w:tcPr>
            <w:tcW w:w="5473" w:type="dxa"/>
            <w:tcBorders>
              <w:top w:val="single" w:sz="6" w:space="0" w:color="B9C9D6"/>
              <w:left w:val="single" w:sz="6" w:space="0" w:color="B9C9D6"/>
              <w:bottom w:val="single" w:sz="6" w:space="0" w:color="B9C9D6"/>
              <w:right w:val="single" w:sz="6" w:space="0" w:color="B9C9D6"/>
            </w:tcBorders>
            <w:tcMar>
              <w:left w:w="150" w:type="dxa"/>
              <w:right w:w="85" w:type="dxa"/>
            </w:tcMar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cantSplit w:val="true"/>
        </w:trPr>
        <w:tc>
          <w:tcPr>
            <w:tcW w:w="3816" w:type="dxa"/>
            <w:tcBorders>
              <w:top w:val="single" w:sz="6" w:space="0" w:color="B9C9D6"/>
              <w:left w:val="single" w:sz="6" w:space="0" w:color="B9C9D6"/>
              <w:bottom w:val="single" w:sz="6" w:space="0" w:color="B9C9D6"/>
              <w:right w:val="single" w:sz="6" w:space="0" w:color="B9C9D6"/>
            </w:tcBorders>
            <w:vAlign w:val="center"/>
          </w:tcPr>
          <w:p>
            <w:pPr>
              <w:pStyle w:val="Normal"/>
              <w:rPr/>
            </w:pPr>
            <w:r>
              <w:rPr>
                <w:b w:val="false"/>
                <w:color w:val="17324D"/>
                <w:sz w:val="20"/>
              </w:rPr>
              <w:t>Move-in / Move-out cleaning</w:t>
            </w:r>
          </w:p>
        </w:tc>
        <w:tc>
          <w:tcPr>
            <w:tcW w:w="834" w:type="dxa"/>
            <w:tcBorders>
              <w:top w:val="single" w:sz="6" w:space="0" w:color="B9C9D6"/>
              <w:left w:val="single" w:sz="6" w:space="0" w:color="B9C9D6"/>
              <w:bottom w:val="single" w:sz="6" w:space="0" w:color="B9C9D6"/>
              <w:right w:val="single" w:sz="6" w:space="0" w:color="B9C9D6"/>
            </w:tcBorders>
            <w:tcMar>
              <w:left w:w="12" w:type="dxa"/>
              <w:right w:w="12" w:type="dxa"/>
            </w:tcMar>
            <w:vAlign w:val="center"/>
          </w:tcPr>
          <w:p>
            <w:pPr>
              <w:pStyle w:val="Normal"/>
              <w:jc w:val="center"/>
              <w:rPr/>
            </w:pPr>
            <w:sdt>
              <w:sdtPr>
                <w:alias w:val="Check box"/>
                <w:tag w:val="checkbox"/>
                <w14:checkbox>
                  <w14:checked w14:val="0"/>
                  <w14:checkedState w14:val="2612"/>
                  <w14:uncheckedState w14:val="2610"/>
                </w14:checkbox>
              </w:sdtPr>
              <w:sdtContent>
                <w:r>
                  <w:rPr>
                    <w:sz w:val="24"/>
                  </w:rPr>
                </w:r>
                <w:r>
                  <w:rPr>
                    <w:sz w:val="24"/>
                  </w:rPr>
                  <w:t>☐</w:t>
                </w:r>
              </w:sdtContent>
            </w:sdt>
          </w:p>
        </w:tc>
        <w:tc>
          <w:tcPr>
            <w:tcW w:w="5473" w:type="dxa"/>
            <w:tcBorders>
              <w:top w:val="single" w:sz="6" w:space="0" w:color="B9C9D6"/>
              <w:left w:val="single" w:sz="6" w:space="0" w:color="B9C9D6"/>
              <w:bottom w:val="single" w:sz="6" w:space="0" w:color="B9C9D6"/>
              <w:right w:val="single" w:sz="6" w:space="0" w:color="B9C9D6"/>
            </w:tcBorders>
            <w:tcMar>
              <w:left w:w="150" w:type="dxa"/>
              <w:right w:w="85" w:type="dxa"/>
            </w:tcMar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cantSplit w:val="true"/>
        </w:trPr>
        <w:tc>
          <w:tcPr>
            <w:tcW w:w="3816" w:type="dxa"/>
            <w:tcBorders>
              <w:top w:val="single" w:sz="6" w:space="0" w:color="B9C9D6"/>
              <w:left w:val="single" w:sz="6" w:space="0" w:color="B9C9D6"/>
              <w:bottom w:val="single" w:sz="6" w:space="0" w:color="B9C9D6"/>
              <w:right w:val="single" w:sz="6" w:space="0" w:color="B9C9D6"/>
            </w:tcBorders>
            <w:vAlign w:val="center"/>
          </w:tcPr>
          <w:p>
            <w:pPr>
              <w:pStyle w:val="Normal"/>
              <w:rPr/>
            </w:pPr>
            <w:r>
              <w:rPr>
                <w:b w:val="false"/>
                <w:color w:val="17324D"/>
                <w:sz w:val="20"/>
              </w:rPr>
              <w:t>Baseboards</w:t>
            </w:r>
          </w:p>
        </w:tc>
        <w:tc>
          <w:tcPr>
            <w:tcW w:w="834" w:type="dxa"/>
            <w:tcBorders>
              <w:top w:val="single" w:sz="6" w:space="0" w:color="B9C9D6"/>
              <w:left w:val="single" w:sz="6" w:space="0" w:color="B9C9D6"/>
              <w:bottom w:val="single" w:sz="6" w:space="0" w:color="B9C9D6"/>
              <w:right w:val="single" w:sz="6" w:space="0" w:color="B9C9D6"/>
            </w:tcBorders>
            <w:tcMar>
              <w:left w:w="12" w:type="dxa"/>
              <w:right w:w="12" w:type="dxa"/>
            </w:tcMar>
            <w:vAlign w:val="center"/>
          </w:tcPr>
          <w:p>
            <w:pPr>
              <w:pStyle w:val="Normal"/>
              <w:jc w:val="center"/>
              <w:rPr/>
            </w:pPr>
            <w:sdt>
              <w:sdtPr>
                <w:alias w:val="Check box"/>
                <w:tag w:val="checkbox"/>
                <w14:checkbox>
                  <w14:checked w14:val="0"/>
                  <w14:checkedState w14:val="2612"/>
                  <w14:uncheckedState w14:val="2610"/>
                </w14:checkbox>
              </w:sdtPr>
              <w:sdtContent>
                <w:r>
                  <w:rPr>
                    <w:sz w:val="24"/>
                  </w:rPr>
                </w:r>
                <w:r>
                  <w:rPr>
                    <w:sz w:val="24"/>
                  </w:rPr>
                  <w:t>☐</w:t>
                </w:r>
              </w:sdtContent>
            </w:sdt>
          </w:p>
        </w:tc>
        <w:tc>
          <w:tcPr>
            <w:tcW w:w="5473" w:type="dxa"/>
            <w:tcBorders>
              <w:top w:val="single" w:sz="6" w:space="0" w:color="B9C9D6"/>
              <w:left w:val="single" w:sz="6" w:space="0" w:color="B9C9D6"/>
              <w:bottom w:val="single" w:sz="6" w:space="0" w:color="B9C9D6"/>
              <w:right w:val="single" w:sz="6" w:space="0" w:color="B9C9D6"/>
            </w:tcBorders>
            <w:tcMar>
              <w:left w:w="150" w:type="dxa"/>
              <w:right w:w="85" w:type="dxa"/>
            </w:tcMar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cantSplit w:val="true"/>
        </w:trPr>
        <w:tc>
          <w:tcPr>
            <w:tcW w:w="3816" w:type="dxa"/>
            <w:tcBorders>
              <w:top w:val="single" w:sz="6" w:space="0" w:color="B9C9D6"/>
              <w:left w:val="single" w:sz="6" w:space="0" w:color="B9C9D6"/>
              <w:bottom w:val="single" w:sz="6" w:space="0" w:color="B9C9D6"/>
              <w:right w:val="single" w:sz="6" w:space="0" w:color="B9C9D6"/>
            </w:tcBorders>
            <w:vAlign w:val="center"/>
          </w:tcPr>
          <w:p>
            <w:pPr>
              <w:pStyle w:val="Normal"/>
              <w:rPr/>
            </w:pPr>
            <w:r>
              <w:rPr>
                <w:b w:val="false"/>
                <w:color w:val="17324D"/>
                <w:sz w:val="20"/>
              </w:rPr>
              <w:t>Wall washing</w:t>
            </w:r>
          </w:p>
        </w:tc>
        <w:tc>
          <w:tcPr>
            <w:tcW w:w="834" w:type="dxa"/>
            <w:tcBorders>
              <w:top w:val="single" w:sz="6" w:space="0" w:color="B9C9D6"/>
              <w:left w:val="single" w:sz="6" w:space="0" w:color="B9C9D6"/>
              <w:bottom w:val="single" w:sz="6" w:space="0" w:color="B9C9D6"/>
              <w:right w:val="single" w:sz="6" w:space="0" w:color="B9C9D6"/>
            </w:tcBorders>
            <w:tcMar>
              <w:left w:w="12" w:type="dxa"/>
              <w:right w:w="12" w:type="dxa"/>
            </w:tcMar>
            <w:vAlign w:val="center"/>
          </w:tcPr>
          <w:p>
            <w:pPr>
              <w:pStyle w:val="Normal"/>
              <w:jc w:val="center"/>
              <w:rPr/>
            </w:pPr>
            <w:sdt>
              <w:sdtPr>
                <w:alias w:val="Check box"/>
                <w:tag w:val="checkbox"/>
                <w14:checkbox>
                  <w14:checked w14:val="0"/>
                  <w14:checkedState w14:val="2612"/>
                  <w14:uncheckedState w14:val="2610"/>
                </w14:checkbox>
              </w:sdtPr>
              <w:sdtContent>
                <w:r>
                  <w:rPr>
                    <w:sz w:val="24"/>
                  </w:rPr>
                </w:r>
                <w:r>
                  <w:rPr>
                    <w:sz w:val="24"/>
                  </w:rPr>
                  <w:t>☐</w:t>
                </w:r>
              </w:sdtContent>
            </w:sdt>
          </w:p>
        </w:tc>
        <w:tc>
          <w:tcPr>
            <w:tcW w:w="5473" w:type="dxa"/>
            <w:tcBorders>
              <w:top w:val="single" w:sz="6" w:space="0" w:color="B9C9D6"/>
              <w:left w:val="single" w:sz="6" w:space="0" w:color="B9C9D6"/>
              <w:bottom w:val="single" w:sz="6" w:space="0" w:color="B9C9D6"/>
              <w:right w:val="single" w:sz="6" w:space="0" w:color="B9C9D6"/>
            </w:tcBorders>
            <w:tcMar>
              <w:left w:w="150" w:type="dxa"/>
              <w:right w:w="85" w:type="dxa"/>
            </w:tcMar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cantSplit w:val="true"/>
        </w:trPr>
        <w:tc>
          <w:tcPr>
            <w:tcW w:w="3816" w:type="dxa"/>
            <w:tcBorders>
              <w:top w:val="single" w:sz="6" w:space="0" w:color="B9C9D6"/>
              <w:left w:val="single" w:sz="6" w:space="0" w:color="B9C9D6"/>
              <w:bottom w:val="single" w:sz="6" w:space="0" w:color="B9C9D6"/>
              <w:right w:val="single" w:sz="6" w:space="0" w:color="B9C9D6"/>
            </w:tcBorders>
            <w:vAlign w:val="center"/>
          </w:tcPr>
          <w:p>
            <w:pPr>
              <w:pStyle w:val="Normal"/>
              <w:rPr/>
            </w:pPr>
            <w:r>
              <w:rPr>
                <w:b w:val="false"/>
                <w:color w:val="17324D"/>
                <w:sz w:val="20"/>
              </w:rPr>
              <w:t>Disinfection requirements</w:t>
            </w:r>
          </w:p>
        </w:tc>
        <w:tc>
          <w:tcPr>
            <w:tcW w:w="834" w:type="dxa"/>
            <w:tcBorders>
              <w:top w:val="single" w:sz="6" w:space="0" w:color="B9C9D6"/>
              <w:left w:val="single" w:sz="6" w:space="0" w:color="B9C9D6"/>
              <w:bottom w:val="single" w:sz="6" w:space="0" w:color="B9C9D6"/>
              <w:right w:val="single" w:sz="6" w:space="0" w:color="B9C9D6"/>
            </w:tcBorders>
            <w:tcMar>
              <w:left w:w="12" w:type="dxa"/>
              <w:right w:w="12" w:type="dxa"/>
            </w:tcMar>
            <w:vAlign w:val="center"/>
          </w:tcPr>
          <w:p>
            <w:pPr>
              <w:pStyle w:val="Normal"/>
              <w:jc w:val="center"/>
              <w:rPr/>
            </w:pPr>
            <w:sdt>
              <w:sdtPr>
                <w:alias w:val="Check box"/>
                <w:tag w:val="checkbox"/>
                <w14:checkbox>
                  <w14:checked w14:val="0"/>
                  <w14:checkedState w14:val="2612"/>
                  <w14:uncheckedState w14:val="2610"/>
                </w14:checkbox>
              </w:sdtPr>
              <w:sdtContent>
                <w:r>
                  <w:rPr>
                    <w:sz w:val="24"/>
                  </w:rPr>
                </w:r>
                <w:r>
                  <w:rPr>
                    <w:sz w:val="24"/>
                  </w:rPr>
                  <w:t>☐</w:t>
                </w:r>
              </w:sdtContent>
            </w:sdt>
          </w:p>
        </w:tc>
        <w:tc>
          <w:tcPr>
            <w:tcW w:w="5473" w:type="dxa"/>
            <w:tcBorders>
              <w:top w:val="single" w:sz="6" w:space="0" w:color="B9C9D6"/>
              <w:left w:val="single" w:sz="6" w:space="0" w:color="B9C9D6"/>
              <w:bottom w:val="single" w:sz="6" w:space="0" w:color="B9C9D6"/>
              <w:right w:val="single" w:sz="6" w:space="0" w:color="B9C9D6"/>
            </w:tcBorders>
            <w:tcMar>
              <w:left w:w="150" w:type="dxa"/>
              <w:right w:w="85" w:type="dxa"/>
            </w:tcMar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cantSplit w:val="true"/>
        </w:trPr>
        <w:tc>
          <w:tcPr>
            <w:tcW w:w="3816" w:type="dxa"/>
            <w:tcBorders>
              <w:top w:val="single" w:sz="6" w:space="0" w:color="B9C9D6"/>
              <w:left w:val="single" w:sz="6" w:space="0" w:color="B9C9D6"/>
              <w:bottom w:val="single" w:sz="6" w:space="0" w:color="B9C9D6"/>
              <w:right w:val="single" w:sz="6" w:space="0" w:color="B9C9D6"/>
            </w:tcBorders>
            <w:vAlign w:val="center"/>
          </w:tcPr>
          <w:p>
            <w:pPr>
              <w:pStyle w:val="Normal"/>
              <w:rPr/>
            </w:pPr>
            <w:r>
              <w:rPr>
                <w:b w:val="false"/>
                <w:color w:val="17324D"/>
                <w:sz w:val="20"/>
              </w:rPr>
              <w:t>Appliance interiors</w:t>
            </w:r>
          </w:p>
        </w:tc>
        <w:tc>
          <w:tcPr>
            <w:tcW w:w="834" w:type="dxa"/>
            <w:tcBorders>
              <w:top w:val="single" w:sz="6" w:space="0" w:color="B9C9D6"/>
              <w:left w:val="single" w:sz="6" w:space="0" w:color="B9C9D6"/>
              <w:bottom w:val="single" w:sz="6" w:space="0" w:color="B9C9D6"/>
              <w:right w:val="single" w:sz="6" w:space="0" w:color="B9C9D6"/>
            </w:tcBorders>
            <w:tcMar>
              <w:left w:w="12" w:type="dxa"/>
              <w:right w:w="12" w:type="dxa"/>
            </w:tcMar>
            <w:vAlign w:val="center"/>
          </w:tcPr>
          <w:p>
            <w:pPr>
              <w:pStyle w:val="Normal"/>
              <w:jc w:val="center"/>
              <w:rPr/>
            </w:pPr>
            <w:sdt>
              <w:sdtPr>
                <w:alias w:val="Check box"/>
                <w:tag w:val="checkbox"/>
                <w14:checkbox>
                  <w14:checked w14:val="0"/>
                  <w14:checkedState w14:val="2612"/>
                  <w14:uncheckedState w14:val="2610"/>
                </w14:checkbox>
              </w:sdtPr>
              <w:sdtContent>
                <w:r>
                  <w:rPr>
                    <w:sz w:val="24"/>
                  </w:rPr>
                </w:r>
                <w:r>
                  <w:rPr>
                    <w:sz w:val="24"/>
                  </w:rPr>
                  <w:t>☐</w:t>
                </w:r>
              </w:sdtContent>
            </w:sdt>
          </w:p>
        </w:tc>
        <w:tc>
          <w:tcPr>
            <w:tcW w:w="5473" w:type="dxa"/>
            <w:tcBorders>
              <w:top w:val="single" w:sz="6" w:space="0" w:color="B9C9D6"/>
              <w:left w:val="single" w:sz="6" w:space="0" w:color="B9C9D6"/>
              <w:bottom w:val="single" w:sz="6" w:space="0" w:color="B9C9D6"/>
              <w:right w:val="single" w:sz="6" w:space="0" w:color="B9C9D6"/>
            </w:tcBorders>
            <w:tcMar>
              <w:left w:w="150" w:type="dxa"/>
              <w:right w:w="85" w:type="dxa"/>
            </w:tcMar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cantSplit w:val="true"/>
        </w:trPr>
        <w:tc>
          <w:tcPr>
            <w:tcW w:w="3816" w:type="dxa"/>
            <w:tcBorders>
              <w:top w:val="single" w:sz="6" w:space="0" w:color="B9C9D6"/>
              <w:left w:val="single" w:sz="6" w:space="0" w:color="B9C9D6"/>
              <w:bottom w:val="single" w:sz="6" w:space="0" w:color="B9C9D6"/>
              <w:right w:val="single" w:sz="6" w:space="0" w:color="B9C9D6"/>
            </w:tcBorders>
            <w:vAlign w:val="center"/>
          </w:tcPr>
          <w:p>
            <w:pPr>
              <w:pStyle w:val="Normal"/>
              <w:rPr/>
            </w:pPr>
            <w:r>
              <w:rPr>
                <w:b w:val="false"/>
                <w:color w:val="17324D"/>
                <w:sz w:val="20"/>
              </w:rPr>
              <w:t>Other</w:t>
            </w:r>
          </w:p>
        </w:tc>
        <w:tc>
          <w:tcPr>
            <w:tcW w:w="834" w:type="dxa"/>
            <w:tcBorders>
              <w:top w:val="single" w:sz="6" w:space="0" w:color="B9C9D6"/>
              <w:left w:val="single" w:sz="6" w:space="0" w:color="B9C9D6"/>
              <w:bottom w:val="single" w:sz="6" w:space="0" w:color="B9C9D6"/>
              <w:right w:val="single" w:sz="6" w:space="0" w:color="B9C9D6"/>
            </w:tcBorders>
            <w:tcMar>
              <w:left w:w="12" w:type="dxa"/>
              <w:right w:w="12" w:type="dxa"/>
            </w:tcMar>
            <w:vAlign w:val="center"/>
          </w:tcPr>
          <w:p>
            <w:pPr>
              <w:pStyle w:val="Normal"/>
              <w:jc w:val="center"/>
              <w:rPr/>
            </w:pPr>
            <w:sdt>
              <w:sdtPr>
                <w:alias w:val="Check box"/>
                <w:tag w:val="checkbox"/>
                <w14:checkbox>
                  <w14:checked w14:val="0"/>
                  <w14:checkedState w14:val="2612"/>
                  <w14:uncheckedState w14:val="2610"/>
                </w14:checkbox>
              </w:sdtPr>
              <w:sdtContent>
                <w:r>
                  <w:rPr>
                    <w:sz w:val="24"/>
                  </w:rPr>
                </w:r>
                <w:r>
                  <w:rPr>
                    <w:sz w:val="24"/>
                  </w:rPr>
                  <w:t>☐</w:t>
                </w:r>
              </w:sdtContent>
            </w:sdt>
          </w:p>
        </w:tc>
        <w:tc>
          <w:tcPr>
            <w:tcW w:w="5473" w:type="dxa"/>
            <w:tcBorders>
              <w:top w:val="single" w:sz="6" w:space="0" w:color="B9C9D6"/>
              <w:left w:val="single" w:sz="6" w:space="0" w:color="B9C9D6"/>
              <w:bottom w:val="single" w:sz="6" w:space="0" w:color="B9C9D6"/>
              <w:right w:val="single" w:sz="6" w:space="0" w:color="B9C9D6"/>
            </w:tcBorders>
            <w:tcMar>
              <w:left w:w="150" w:type="dxa"/>
              <w:right w:w="85" w:type="dxa"/>
            </w:tcMar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</w:tr>
    </w:tbl>
    <w:p>
      <w:pPr>
        <w:pStyle w:val="Normal"/>
        <w:spacing w:before="0" w:after="60"/>
        <w:rPr/>
      </w:pPr>
      <w:r>
        <w:rPr/>
      </w:r>
    </w:p>
    <w:tbl>
      <w:tblPr>
        <w:tblW w:w="10325" w:type="dxa"/>
        <w:jc w:val="center"/>
        <w:tblInd w:w="0" w:type="dxa"/>
        <w:tblLayout w:type="fixed"/>
        <w:tblCellMar>
          <w:top w:w="90" w:type="dxa"/>
          <w:left w:w="110" w:type="dxa"/>
          <w:bottom w:w="90" w:type="dxa"/>
          <w:right w:w="110" w:type="dxa"/>
        </w:tblCellMar>
        <w:tblLook w:val="04a0" w:noHBand="0" w:noVBand="1" w:firstColumn="1" w:lastRow="0" w:lastColumn="0" w:firstRow="1"/>
      </w:tblPr>
      <w:tblGrid>
        <w:gridCol w:w="10325"/>
      </w:tblGrid>
      <w:tr>
        <w:trPr/>
        <w:tc>
          <w:tcPr>
            <w:tcW w:w="10325" w:type="dxa"/>
            <w:tcBorders>
              <w:top w:val="single" w:sz="6" w:space="0" w:color="B9C9D6"/>
              <w:left w:val="single" w:sz="6" w:space="0" w:color="B9C9D6"/>
              <w:bottom w:val="single" w:sz="6" w:space="0" w:color="B9C9D6"/>
              <w:right w:val="single" w:sz="6" w:space="0" w:color="B9C9D6"/>
            </w:tcBorders>
            <w:shd w:fill="EAF5FC"/>
          </w:tcPr>
          <w:p>
            <w:pPr>
              <w:pStyle w:val="Normal"/>
              <w:rPr/>
            </w:pPr>
            <w:r>
              <w:rPr>
                <w:b/>
                <w:color w:val="12365A"/>
                <w:sz w:val="20"/>
              </w:rPr>
              <w:t>Special Service Notes</w:t>
            </w:r>
          </w:p>
        </w:tc>
      </w:tr>
      <w:tr>
        <w:trPr/>
        <w:tc>
          <w:tcPr>
            <w:tcW w:w="10325" w:type="dxa"/>
            <w:tcBorders>
              <w:top w:val="single" w:sz="6" w:space="0" w:color="B9C9D6"/>
              <w:left w:val="single" w:sz="6" w:space="0" w:color="B9C9D6"/>
              <w:bottom w:val="single" w:sz="6" w:space="0" w:color="B9C9D6"/>
              <w:right w:val="single" w:sz="6" w:space="0" w:color="B9C9D6"/>
            </w:tcBorders>
            <w:tcMar>
              <w:top w:w="140" w:type="dxa"/>
              <w:bottom w:w="140" w:type="dxa"/>
            </w:tcMar>
          </w:tcPr>
          <w:p>
            <w:pPr>
              <w:pStyle w:val="Normal"/>
              <w:rPr/>
            </w:pPr>
            <w:r>
              <w:rPr/>
            </w:r>
          </w:p>
        </w:tc>
      </w:tr>
      <w:tr>
        <w:trPr/>
        <w:tc>
          <w:tcPr>
            <w:tcW w:w="10325" w:type="dxa"/>
            <w:tcBorders>
              <w:top w:val="single" w:sz="6" w:space="0" w:color="B9C9D6"/>
              <w:left w:val="single" w:sz="6" w:space="0" w:color="B9C9D6"/>
              <w:bottom w:val="single" w:sz="6" w:space="0" w:color="B9C9D6"/>
              <w:right w:val="single" w:sz="6" w:space="0" w:color="B9C9D6"/>
            </w:tcBorders>
            <w:tcMar>
              <w:top w:w="140" w:type="dxa"/>
              <w:bottom w:w="140" w:type="dxa"/>
            </w:tcMar>
          </w:tcPr>
          <w:p>
            <w:pPr>
              <w:pStyle w:val="Normal"/>
              <w:rPr/>
            </w:pPr>
            <w:r>
              <w:rPr/>
            </w:r>
          </w:p>
        </w:tc>
      </w:tr>
      <w:tr>
        <w:trPr/>
        <w:tc>
          <w:tcPr>
            <w:tcW w:w="10325" w:type="dxa"/>
            <w:tcBorders>
              <w:top w:val="single" w:sz="6" w:space="0" w:color="B9C9D6"/>
              <w:left w:val="single" w:sz="6" w:space="0" w:color="B9C9D6"/>
              <w:bottom w:val="single" w:sz="6" w:space="0" w:color="B9C9D6"/>
              <w:right w:val="single" w:sz="6" w:space="0" w:color="B9C9D6"/>
            </w:tcBorders>
            <w:tcMar>
              <w:top w:w="140" w:type="dxa"/>
              <w:bottom w:w="140" w:type="dxa"/>
            </w:tcMar>
          </w:tcPr>
          <w:p>
            <w:pPr>
              <w:pStyle w:val="Normal"/>
              <w:rPr/>
            </w:pPr>
            <w:r>
              <w:rPr/>
            </w:r>
          </w:p>
        </w:tc>
      </w:tr>
    </w:tbl>
    <w:p>
      <w:pPr>
        <w:pStyle w:val="Normal"/>
        <w:rPr/>
      </w:pPr>
      <w:r>
        <w:rPr/>
      </w:r>
      <w:r>
        <w:br w:type="page"/>
      </w:r>
    </w:p>
    <w:tbl>
      <w:tblPr>
        <w:tblW w:w="10324" w:type="dxa"/>
        <w:jc w:val="center"/>
        <w:tblInd w:w="0" w:type="dxa"/>
        <w:tblLayout w:type="fixed"/>
        <w:tblCellMar>
          <w:top w:w="110" w:type="dxa"/>
          <w:left w:w="230" w:type="dxa"/>
          <w:bottom w:w="110" w:type="dxa"/>
          <w:right w:w="160" w:type="dxa"/>
        </w:tblCellMar>
        <w:tblLook w:val="04a0" w:noHBand="0" w:noVBand="1" w:firstColumn="1" w:lastRow="0" w:lastColumn="0" w:firstRow="1"/>
      </w:tblPr>
      <w:tblGrid>
        <w:gridCol w:w="10324"/>
      </w:tblGrid>
      <w:tr>
        <w:trPr/>
        <w:tc>
          <w:tcPr>
            <w:tcW w:w="10324" w:type="dxa"/>
            <w:tcBorders>
              <w:top w:val="single" w:sz="2" w:space="0" w:color="EEF8F2"/>
              <w:left w:val="single" w:sz="2" w:space="0" w:color="EEF8F2"/>
              <w:bottom w:val="single" w:sz="2" w:space="0" w:color="EEF8F2"/>
              <w:right w:val="single" w:sz="2" w:space="0" w:color="EEF8F2"/>
            </w:tcBorders>
            <w:shd w:fill="EAF5FC"/>
          </w:tcPr>
          <w:p>
            <w:pPr>
              <w:pStyle w:val="Normal"/>
              <w:pageBreakBefore/>
              <w:spacing w:before="0" w:after="0"/>
              <w:jc w:val="left"/>
              <w:rPr/>
            </w:pPr>
            <w:r>
              <w:rPr>
                <w:b/>
                <w:color w:val="12365A"/>
                <w:sz w:val="30"/>
              </w:rPr>
              <w:t>8.  Access, Parking, and Security</w:t>
            </w:r>
          </w:p>
        </w:tc>
      </w:tr>
    </w:tbl>
    <w:p>
      <w:pPr>
        <w:pStyle w:val="Normal"/>
        <w:spacing w:before="0" w:after="60"/>
        <w:rPr/>
      </w:pPr>
      <w:r>
        <w:rPr/>
      </w:r>
    </w:p>
    <w:p>
      <w:pPr>
        <w:pStyle w:val="Normal"/>
        <w:spacing w:before="0" w:after="160"/>
        <w:rPr/>
      </w:pPr>
      <w:r>
        <w:rPr>
          <w:b w:val="false"/>
          <w:color w:val="53697C"/>
          <w:sz w:val="21"/>
        </w:rPr>
        <w:t>Capture operational details that can affect arrival, setup, and service time.</w:t>
      </w:r>
    </w:p>
    <w:tbl>
      <w:tblPr>
        <w:tblW w:w="10123" w:type="dxa"/>
        <w:jc w:val="center"/>
        <w:tblInd w:w="0" w:type="dxa"/>
        <w:tblLayout w:type="fixed"/>
        <w:tblCellMar>
          <w:top w:w="110" w:type="dxa"/>
          <w:left w:w="145" w:type="dxa"/>
          <w:bottom w:w="110" w:type="dxa"/>
          <w:right w:w="55" w:type="dxa"/>
        </w:tblCellMar>
        <w:tblLook w:val="04a0" w:noHBand="0" w:noVBand="1" w:firstColumn="1" w:lastRow="0" w:lastColumn="0" w:firstRow="1"/>
      </w:tblPr>
      <w:tblGrid>
        <w:gridCol w:w="3816"/>
        <w:gridCol w:w="834"/>
        <w:gridCol w:w="5473"/>
      </w:tblGrid>
      <w:tr>
        <w:trPr>
          <w:tblHeader w:val="true"/>
        </w:trPr>
        <w:tc>
          <w:tcPr>
            <w:tcW w:w="3816" w:type="dxa"/>
            <w:tcBorders>
              <w:top w:val="single" w:sz="6" w:space="0" w:color="B9C9D6"/>
              <w:left w:val="single" w:sz="6" w:space="0" w:color="B9C9D6"/>
              <w:bottom w:val="single" w:sz="6" w:space="0" w:color="B9C9D6"/>
              <w:right w:val="single" w:sz="6" w:space="0" w:color="B9C9D6"/>
            </w:tcBorders>
            <w:shd w:fill="EAF5FC"/>
          </w:tcPr>
          <w:p>
            <w:pPr>
              <w:pStyle w:val="Normal"/>
              <w:jc w:val="left"/>
              <w:rPr/>
            </w:pPr>
            <w:r>
              <w:rPr>
                <w:b/>
                <w:color w:val="12365A"/>
                <w:sz w:val="20"/>
              </w:rPr>
              <w:t>Access Item</w:t>
            </w:r>
          </w:p>
        </w:tc>
        <w:tc>
          <w:tcPr>
            <w:tcW w:w="834" w:type="dxa"/>
            <w:tcBorders>
              <w:top w:val="single" w:sz="6" w:space="0" w:color="B9C9D6"/>
              <w:left w:val="single" w:sz="6" w:space="0" w:color="B9C9D6"/>
              <w:bottom w:val="single" w:sz="6" w:space="0" w:color="B9C9D6"/>
              <w:right w:val="single" w:sz="6" w:space="0" w:color="B9C9D6"/>
            </w:tcBorders>
            <w:shd w:fill="EAF5FC"/>
            <w:tcMar>
              <w:left w:w="12" w:type="dxa"/>
              <w:right w:w="12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rPr>
                <w:b/>
                <w:color w:val="12365A"/>
                <w:sz w:val="20"/>
              </w:rPr>
              <w:t>Check</w:t>
            </w:r>
          </w:p>
        </w:tc>
        <w:tc>
          <w:tcPr>
            <w:tcW w:w="5473" w:type="dxa"/>
            <w:tcBorders>
              <w:top w:val="single" w:sz="6" w:space="0" w:color="B9C9D6"/>
              <w:left w:val="single" w:sz="6" w:space="0" w:color="B9C9D6"/>
              <w:bottom w:val="single" w:sz="6" w:space="0" w:color="B9C9D6"/>
              <w:right w:val="single" w:sz="6" w:space="0" w:color="B9C9D6"/>
            </w:tcBorders>
            <w:shd w:fill="EAF5FC"/>
            <w:tcMar>
              <w:left w:w="150" w:type="dxa"/>
              <w:right w:w="85" w:type="dxa"/>
            </w:tcMar>
          </w:tcPr>
          <w:p>
            <w:pPr>
              <w:pStyle w:val="Normal"/>
              <w:jc w:val="left"/>
              <w:rPr/>
            </w:pPr>
            <w:r>
              <w:rPr>
                <w:b/>
                <w:color w:val="12365A"/>
                <w:sz w:val="20"/>
              </w:rPr>
              <w:t>Details</w:t>
            </w:r>
          </w:p>
        </w:tc>
      </w:tr>
      <w:tr>
        <w:trPr>
          <w:cantSplit w:val="true"/>
        </w:trPr>
        <w:tc>
          <w:tcPr>
            <w:tcW w:w="3816" w:type="dxa"/>
            <w:tcBorders>
              <w:top w:val="single" w:sz="6" w:space="0" w:color="B9C9D6"/>
              <w:left w:val="single" w:sz="6" w:space="0" w:color="B9C9D6"/>
              <w:bottom w:val="single" w:sz="6" w:space="0" w:color="B9C9D6"/>
              <w:right w:val="single" w:sz="6" w:space="0" w:color="B9C9D6"/>
            </w:tcBorders>
            <w:vAlign w:val="center"/>
          </w:tcPr>
          <w:p>
            <w:pPr>
              <w:pStyle w:val="Normal"/>
              <w:rPr/>
            </w:pPr>
            <w:r>
              <w:rPr>
                <w:b w:val="false"/>
                <w:color w:val="17324D"/>
                <w:sz w:val="20"/>
              </w:rPr>
              <w:t>Parking availability</w:t>
            </w:r>
          </w:p>
        </w:tc>
        <w:tc>
          <w:tcPr>
            <w:tcW w:w="834" w:type="dxa"/>
            <w:tcBorders>
              <w:top w:val="single" w:sz="6" w:space="0" w:color="B9C9D6"/>
              <w:left w:val="single" w:sz="6" w:space="0" w:color="B9C9D6"/>
              <w:bottom w:val="single" w:sz="6" w:space="0" w:color="B9C9D6"/>
              <w:right w:val="single" w:sz="6" w:space="0" w:color="B9C9D6"/>
            </w:tcBorders>
            <w:tcMar>
              <w:left w:w="12" w:type="dxa"/>
              <w:right w:w="12" w:type="dxa"/>
            </w:tcMar>
            <w:vAlign w:val="center"/>
          </w:tcPr>
          <w:p>
            <w:pPr>
              <w:pStyle w:val="Normal"/>
              <w:jc w:val="center"/>
              <w:rPr/>
            </w:pPr>
            <w:sdt>
              <w:sdtPr>
                <w:alias w:val="Check box"/>
                <w:tag w:val="checkbox"/>
                <w14:checkbox>
                  <w14:checked w14:val="0"/>
                  <w14:checkedState w14:val="2612"/>
                  <w14:uncheckedState w14:val="2610"/>
                </w14:checkbox>
              </w:sdtPr>
              <w:sdtContent>
                <w:r>
                  <w:rPr>
                    <w:sz w:val="24"/>
                  </w:rPr>
                </w:r>
                <w:r>
                  <w:rPr>
                    <w:sz w:val="24"/>
                  </w:rPr>
                  <w:t>☐</w:t>
                </w:r>
              </w:sdtContent>
            </w:sdt>
          </w:p>
        </w:tc>
        <w:tc>
          <w:tcPr>
            <w:tcW w:w="5473" w:type="dxa"/>
            <w:tcBorders>
              <w:top w:val="single" w:sz="6" w:space="0" w:color="B9C9D6"/>
              <w:left w:val="single" w:sz="6" w:space="0" w:color="B9C9D6"/>
              <w:bottom w:val="single" w:sz="6" w:space="0" w:color="B9C9D6"/>
              <w:right w:val="single" w:sz="6" w:space="0" w:color="B9C9D6"/>
            </w:tcBorders>
            <w:tcMar>
              <w:left w:w="150" w:type="dxa"/>
              <w:right w:w="85" w:type="dxa"/>
            </w:tcMar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cantSplit w:val="true"/>
        </w:trPr>
        <w:tc>
          <w:tcPr>
            <w:tcW w:w="3816" w:type="dxa"/>
            <w:tcBorders>
              <w:top w:val="single" w:sz="6" w:space="0" w:color="B9C9D6"/>
              <w:left w:val="single" w:sz="6" w:space="0" w:color="B9C9D6"/>
              <w:bottom w:val="single" w:sz="6" w:space="0" w:color="B9C9D6"/>
              <w:right w:val="single" w:sz="6" w:space="0" w:color="B9C9D6"/>
            </w:tcBorders>
            <w:vAlign w:val="center"/>
          </w:tcPr>
          <w:p>
            <w:pPr>
              <w:pStyle w:val="Normal"/>
              <w:rPr/>
            </w:pPr>
            <w:r>
              <w:rPr>
                <w:b w:val="false"/>
                <w:color w:val="17324D"/>
                <w:sz w:val="20"/>
              </w:rPr>
              <w:t>Loading area</w:t>
            </w:r>
          </w:p>
        </w:tc>
        <w:tc>
          <w:tcPr>
            <w:tcW w:w="834" w:type="dxa"/>
            <w:tcBorders>
              <w:top w:val="single" w:sz="6" w:space="0" w:color="B9C9D6"/>
              <w:left w:val="single" w:sz="6" w:space="0" w:color="B9C9D6"/>
              <w:bottom w:val="single" w:sz="6" w:space="0" w:color="B9C9D6"/>
              <w:right w:val="single" w:sz="6" w:space="0" w:color="B9C9D6"/>
            </w:tcBorders>
            <w:tcMar>
              <w:left w:w="12" w:type="dxa"/>
              <w:right w:w="12" w:type="dxa"/>
            </w:tcMar>
            <w:vAlign w:val="center"/>
          </w:tcPr>
          <w:p>
            <w:pPr>
              <w:pStyle w:val="Normal"/>
              <w:jc w:val="center"/>
              <w:rPr/>
            </w:pPr>
            <w:sdt>
              <w:sdtPr>
                <w:alias w:val="Check box"/>
                <w:tag w:val="checkbox"/>
                <w14:checkbox>
                  <w14:checked w14:val="0"/>
                  <w14:checkedState w14:val="2612"/>
                  <w14:uncheckedState w14:val="2610"/>
                </w14:checkbox>
              </w:sdtPr>
              <w:sdtContent>
                <w:r>
                  <w:rPr>
                    <w:sz w:val="24"/>
                  </w:rPr>
                </w:r>
                <w:r>
                  <w:rPr>
                    <w:sz w:val="24"/>
                  </w:rPr>
                  <w:t>☐</w:t>
                </w:r>
              </w:sdtContent>
            </w:sdt>
          </w:p>
        </w:tc>
        <w:tc>
          <w:tcPr>
            <w:tcW w:w="5473" w:type="dxa"/>
            <w:tcBorders>
              <w:top w:val="single" w:sz="6" w:space="0" w:color="B9C9D6"/>
              <w:left w:val="single" w:sz="6" w:space="0" w:color="B9C9D6"/>
              <w:bottom w:val="single" w:sz="6" w:space="0" w:color="B9C9D6"/>
              <w:right w:val="single" w:sz="6" w:space="0" w:color="B9C9D6"/>
            </w:tcBorders>
            <w:tcMar>
              <w:left w:w="150" w:type="dxa"/>
              <w:right w:w="85" w:type="dxa"/>
            </w:tcMar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cantSplit w:val="true"/>
        </w:trPr>
        <w:tc>
          <w:tcPr>
            <w:tcW w:w="3816" w:type="dxa"/>
            <w:tcBorders>
              <w:top w:val="single" w:sz="6" w:space="0" w:color="B9C9D6"/>
              <w:left w:val="single" w:sz="6" w:space="0" w:color="B9C9D6"/>
              <w:bottom w:val="single" w:sz="6" w:space="0" w:color="B9C9D6"/>
              <w:right w:val="single" w:sz="6" w:space="0" w:color="B9C9D6"/>
            </w:tcBorders>
            <w:vAlign w:val="center"/>
          </w:tcPr>
          <w:p>
            <w:pPr>
              <w:pStyle w:val="Normal"/>
              <w:rPr/>
            </w:pPr>
            <w:r>
              <w:rPr>
                <w:b w:val="false"/>
                <w:color w:val="17324D"/>
                <w:sz w:val="20"/>
              </w:rPr>
              <w:t>Building entry method</w:t>
            </w:r>
          </w:p>
        </w:tc>
        <w:tc>
          <w:tcPr>
            <w:tcW w:w="834" w:type="dxa"/>
            <w:tcBorders>
              <w:top w:val="single" w:sz="6" w:space="0" w:color="B9C9D6"/>
              <w:left w:val="single" w:sz="6" w:space="0" w:color="B9C9D6"/>
              <w:bottom w:val="single" w:sz="6" w:space="0" w:color="B9C9D6"/>
              <w:right w:val="single" w:sz="6" w:space="0" w:color="B9C9D6"/>
            </w:tcBorders>
            <w:tcMar>
              <w:left w:w="12" w:type="dxa"/>
              <w:right w:w="12" w:type="dxa"/>
            </w:tcMar>
            <w:vAlign w:val="center"/>
          </w:tcPr>
          <w:p>
            <w:pPr>
              <w:pStyle w:val="Normal"/>
              <w:jc w:val="center"/>
              <w:rPr/>
            </w:pPr>
            <w:sdt>
              <w:sdtPr>
                <w:alias w:val="Check box"/>
                <w:tag w:val="checkbox"/>
                <w14:checkbox>
                  <w14:checked w14:val="0"/>
                  <w14:checkedState w14:val="2612"/>
                  <w14:uncheckedState w14:val="2610"/>
                </w14:checkbox>
              </w:sdtPr>
              <w:sdtContent>
                <w:r>
                  <w:rPr>
                    <w:sz w:val="24"/>
                  </w:rPr>
                </w:r>
                <w:r>
                  <w:rPr>
                    <w:sz w:val="24"/>
                  </w:rPr>
                  <w:t>☐</w:t>
                </w:r>
              </w:sdtContent>
            </w:sdt>
          </w:p>
        </w:tc>
        <w:tc>
          <w:tcPr>
            <w:tcW w:w="5473" w:type="dxa"/>
            <w:tcBorders>
              <w:top w:val="single" w:sz="6" w:space="0" w:color="B9C9D6"/>
              <w:left w:val="single" w:sz="6" w:space="0" w:color="B9C9D6"/>
              <w:bottom w:val="single" w:sz="6" w:space="0" w:color="B9C9D6"/>
              <w:right w:val="single" w:sz="6" w:space="0" w:color="B9C9D6"/>
            </w:tcBorders>
            <w:tcMar>
              <w:left w:w="150" w:type="dxa"/>
              <w:right w:w="85" w:type="dxa"/>
            </w:tcMar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cantSplit w:val="true"/>
        </w:trPr>
        <w:tc>
          <w:tcPr>
            <w:tcW w:w="3816" w:type="dxa"/>
            <w:tcBorders>
              <w:top w:val="single" w:sz="6" w:space="0" w:color="B9C9D6"/>
              <w:left w:val="single" w:sz="6" w:space="0" w:color="B9C9D6"/>
              <w:bottom w:val="single" w:sz="6" w:space="0" w:color="B9C9D6"/>
              <w:right w:val="single" w:sz="6" w:space="0" w:color="B9C9D6"/>
            </w:tcBorders>
            <w:vAlign w:val="center"/>
          </w:tcPr>
          <w:p>
            <w:pPr>
              <w:pStyle w:val="Normal"/>
              <w:rPr/>
            </w:pPr>
            <w:r>
              <w:rPr>
                <w:b w:val="false"/>
                <w:color w:val="17324D"/>
                <w:sz w:val="20"/>
              </w:rPr>
              <w:t>Keys / Access card</w:t>
            </w:r>
          </w:p>
        </w:tc>
        <w:tc>
          <w:tcPr>
            <w:tcW w:w="834" w:type="dxa"/>
            <w:tcBorders>
              <w:top w:val="single" w:sz="6" w:space="0" w:color="B9C9D6"/>
              <w:left w:val="single" w:sz="6" w:space="0" w:color="B9C9D6"/>
              <w:bottom w:val="single" w:sz="6" w:space="0" w:color="B9C9D6"/>
              <w:right w:val="single" w:sz="6" w:space="0" w:color="B9C9D6"/>
            </w:tcBorders>
            <w:tcMar>
              <w:left w:w="12" w:type="dxa"/>
              <w:right w:w="12" w:type="dxa"/>
            </w:tcMar>
            <w:vAlign w:val="center"/>
          </w:tcPr>
          <w:p>
            <w:pPr>
              <w:pStyle w:val="Normal"/>
              <w:jc w:val="center"/>
              <w:rPr/>
            </w:pPr>
            <w:sdt>
              <w:sdtPr>
                <w:alias w:val="Check box"/>
                <w:tag w:val="checkbox"/>
                <w14:checkbox>
                  <w14:checked w14:val="0"/>
                  <w14:checkedState w14:val="2612"/>
                  <w14:uncheckedState w14:val="2610"/>
                </w14:checkbox>
              </w:sdtPr>
              <w:sdtContent>
                <w:r>
                  <w:rPr>
                    <w:sz w:val="24"/>
                  </w:rPr>
                </w:r>
                <w:r>
                  <w:rPr>
                    <w:sz w:val="24"/>
                  </w:rPr>
                  <w:t>☐</w:t>
                </w:r>
              </w:sdtContent>
            </w:sdt>
          </w:p>
        </w:tc>
        <w:tc>
          <w:tcPr>
            <w:tcW w:w="5473" w:type="dxa"/>
            <w:tcBorders>
              <w:top w:val="single" w:sz="6" w:space="0" w:color="B9C9D6"/>
              <w:left w:val="single" w:sz="6" w:space="0" w:color="B9C9D6"/>
              <w:bottom w:val="single" w:sz="6" w:space="0" w:color="B9C9D6"/>
              <w:right w:val="single" w:sz="6" w:space="0" w:color="B9C9D6"/>
            </w:tcBorders>
            <w:tcMar>
              <w:left w:w="150" w:type="dxa"/>
              <w:right w:w="85" w:type="dxa"/>
            </w:tcMar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cantSplit w:val="true"/>
        </w:trPr>
        <w:tc>
          <w:tcPr>
            <w:tcW w:w="3816" w:type="dxa"/>
            <w:tcBorders>
              <w:top w:val="single" w:sz="6" w:space="0" w:color="B9C9D6"/>
              <w:left w:val="single" w:sz="6" w:space="0" w:color="B9C9D6"/>
              <w:bottom w:val="single" w:sz="6" w:space="0" w:color="B9C9D6"/>
              <w:right w:val="single" w:sz="6" w:space="0" w:color="B9C9D6"/>
            </w:tcBorders>
            <w:vAlign w:val="center"/>
          </w:tcPr>
          <w:p>
            <w:pPr>
              <w:pStyle w:val="Normal"/>
              <w:rPr/>
            </w:pPr>
            <w:r>
              <w:rPr>
                <w:b w:val="false"/>
                <w:color w:val="17324D"/>
                <w:sz w:val="20"/>
              </w:rPr>
              <w:t>Alarm / Security code</w:t>
            </w:r>
          </w:p>
        </w:tc>
        <w:tc>
          <w:tcPr>
            <w:tcW w:w="834" w:type="dxa"/>
            <w:tcBorders>
              <w:top w:val="single" w:sz="6" w:space="0" w:color="B9C9D6"/>
              <w:left w:val="single" w:sz="6" w:space="0" w:color="B9C9D6"/>
              <w:bottom w:val="single" w:sz="6" w:space="0" w:color="B9C9D6"/>
              <w:right w:val="single" w:sz="6" w:space="0" w:color="B9C9D6"/>
            </w:tcBorders>
            <w:tcMar>
              <w:left w:w="12" w:type="dxa"/>
              <w:right w:w="12" w:type="dxa"/>
            </w:tcMar>
            <w:vAlign w:val="center"/>
          </w:tcPr>
          <w:p>
            <w:pPr>
              <w:pStyle w:val="Normal"/>
              <w:jc w:val="center"/>
              <w:rPr/>
            </w:pPr>
            <w:sdt>
              <w:sdtPr>
                <w:alias w:val="Check box"/>
                <w:tag w:val="checkbox"/>
                <w14:checkbox>
                  <w14:checked w14:val="0"/>
                  <w14:checkedState w14:val="2612"/>
                  <w14:uncheckedState w14:val="2610"/>
                </w14:checkbox>
              </w:sdtPr>
              <w:sdtContent>
                <w:r>
                  <w:rPr>
                    <w:sz w:val="24"/>
                  </w:rPr>
                </w:r>
                <w:r>
                  <w:rPr>
                    <w:sz w:val="24"/>
                  </w:rPr>
                  <w:t>☐</w:t>
                </w:r>
              </w:sdtContent>
            </w:sdt>
          </w:p>
        </w:tc>
        <w:tc>
          <w:tcPr>
            <w:tcW w:w="5473" w:type="dxa"/>
            <w:tcBorders>
              <w:top w:val="single" w:sz="6" w:space="0" w:color="B9C9D6"/>
              <w:left w:val="single" w:sz="6" w:space="0" w:color="B9C9D6"/>
              <w:bottom w:val="single" w:sz="6" w:space="0" w:color="B9C9D6"/>
              <w:right w:val="single" w:sz="6" w:space="0" w:color="B9C9D6"/>
            </w:tcBorders>
            <w:tcMar>
              <w:left w:w="150" w:type="dxa"/>
              <w:right w:w="85" w:type="dxa"/>
            </w:tcMar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cantSplit w:val="true"/>
        </w:trPr>
        <w:tc>
          <w:tcPr>
            <w:tcW w:w="3816" w:type="dxa"/>
            <w:tcBorders>
              <w:top w:val="single" w:sz="6" w:space="0" w:color="B9C9D6"/>
              <w:left w:val="single" w:sz="6" w:space="0" w:color="B9C9D6"/>
              <w:bottom w:val="single" w:sz="6" w:space="0" w:color="B9C9D6"/>
              <w:right w:val="single" w:sz="6" w:space="0" w:color="B9C9D6"/>
            </w:tcBorders>
            <w:vAlign w:val="center"/>
          </w:tcPr>
          <w:p>
            <w:pPr>
              <w:pStyle w:val="Normal"/>
              <w:rPr/>
            </w:pPr>
            <w:r>
              <w:rPr>
                <w:b w:val="false"/>
                <w:color w:val="17324D"/>
                <w:sz w:val="20"/>
              </w:rPr>
              <w:t>Elevators</w:t>
            </w:r>
          </w:p>
        </w:tc>
        <w:tc>
          <w:tcPr>
            <w:tcW w:w="834" w:type="dxa"/>
            <w:tcBorders>
              <w:top w:val="single" w:sz="6" w:space="0" w:color="B9C9D6"/>
              <w:left w:val="single" w:sz="6" w:space="0" w:color="B9C9D6"/>
              <w:bottom w:val="single" w:sz="6" w:space="0" w:color="B9C9D6"/>
              <w:right w:val="single" w:sz="6" w:space="0" w:color="B9C9D6"/>
            </w:tcBorders>
            <w:tcMar>
              <w:left w:w="12" w:type="dxa"/>
              <w:right w:w="12" w:type="dxa"/>
            </w:tcMar>
            <w:vAlign w:val="center"/>
          </w:tcPr>
          <w:p>
            <w:pPr>
              <w:pStyle w:val="Normal"/>
              <w:jc w:val="center"/>
              <w:rPr/>
            </w:pPr>
            <w:sdt>
              <w:sdtPr>
                <w:alias w:val="Check box"/>
                <w:tag w:val="checkbox"/>
                <w14:checkbox>
                  <w14:checked w14:val="0"/>
                  <w14:checkedState w14:val="2612"/>
                  <w14:uncheckedState w14:val="2610"/>
                </w14:checkbox>
              </w:sdtPr>
              <w:sdtContent>
                <w:r>
                  <w:rPr>
                    <w:sz w:val="24"/>
                  </w:rPr>
                </w:r>
                <w:r>
                  <w:rPr>
                    <w:sz w:val="24"/>
                  </w:rPr>
                  <w:t>☐</w:t>
                </w:r>
              </w:sdtContent>
            </w:sdt>
          </w:p>
        </w:tc>
        <w:tc>
          <w:tcPr>
            <w:tcW w:w="5473" w:type="dxa"/>
            <w:tcBorders>
              <w:top w:val="single" w:sz="6" w:space="0" w:color="B9C9D6"/>
              <w:left w:val="single" w:sz="6" w:space="0" w:color="B9C9D6"/>
              <w:bottom w:val="single" w:sz="6" w:space="0" w:color="B9C9D6"/>
              <w:right w:val="single" w:sz="6" w:space="0" w:color="B9C9D6"/>
            </w:tcBorders>
            <w:tcMar>
              <w:left w:w="150" w:type="dxa"/>
              <w:right w:w="85" w:type="dxa"/>
            </w:tcMar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cantSplit w:val="true"/>
        </w:trPr>
        <w:tc>
          <w:tcPr>
            <w:tcW w:w="3816" w:type="dxa"/>
            <w:tcBorders>
              <w:top w:val="single" w:sz="6" w:space="0" w:color="B9C9D6"/>
              <w:left w:val="single" w:sz="6" w:space="0" w:color="B9C9D6"/>
              <w:bottom w:val="single" w:sz="6" w:space="0" w:color="B9C9D6"/>
              <w:right w:val="single" w:sz="6" w:space="0" w:color="B9C9D6"/>
            </w:tcBorders>
            <w:vAlign w:val="center"/>
          </w:tcPr>
          <w:p>
            <w:pPr>
              <w:pStyle w:val="Normal"/>
              <w:rPr/>
            </w:pPr>
            <w:r>
              <w:rPr>
                <w:b w:val="false"/>
                <w:color w:val="17324D"/>
                <w:sz w:val="20"/>
              </w:rPr>
              <w:t>Restricted areas</w:t>
            </w:r>
          </w:p>
        </w:tc>
        <w:tc>
          <w:tcPr>
            <w:tcW w:w="834" w:type="dxa"/>
            <w:tcBorders>
              <w:top w:val="single" w:sz="6" w:space="0" w:color="B9C9D6"/>
              <w:left w:val="single" w:sz="6" w:space="0" w:color="B9C9D6"/>
              <w:bottom w:val="single" w:sz="6" w:space="0" w:color="B9C9D6"/>
              <w:right w:val="single" w:sz="6" w:space="0" w:color="B9C9D6"/>
            </w:tcBorders>
            <w:tcMar>
              <w:left w:w="12" w:type="dxa"/>
              <w:right w:w="12" w:type="dxa"/>
            </w:tcMar>
            <w:vAlign w:val="center"/>
          </w:tcPr>
          <w:p>
            <w:pPr>
              <w:pStyle w:val="Normal"/>
              <w:jc w:val="center"/>
              <w:rPr/>
            </w:pPr>
            <w:sdt>
              <w:sdtPr>
                <w:alias w:val="Check box"/>
                <w:tag w:val="checkbox"/>
                <w14:checkbox>
                  <w14:checked w14:val="0"/>
                  <w14:checkedState w14:val="2612"/>
                  <w14:uncheckedState w14:val="2610"/>
                </w14:checkbox>
              </w:sdtPr>
              <w:sdtContent>
                <w:r>
                  <w:rPr>
                    <w:sz w:val="24"/>
                  </w:rPr>
                </w:r>
                <w:r>
                  <w:rPr>
                    <w:sz w:val="24"/>
                  </w:rPr>
                  <w:t>☐</w:t>
                </w:r>
              </w:sdtContent>
            </w:sdt>
          </w:p>
        </w:tc>
        <w:tc>
          <w:tcPr>
            <w:tcW w:w="5473" w:type="dxa"/>
            <w:tcBorders>
              <w:top w:val="single" w:sz="6" w:space="0" w:color="B9C9D6"/>
              <w:left w:val="single" w:sz="6" w:space="0" w:color="B9C9D6"/>
              <w:bottom w:val="single" w:sz="6" w:space="0" w:color="B9C9D6"/>
              <w:right w:val="single" w:sz="6" w:space="0" w:color="B9C9D6"/>
            </w:tcBorders>
            <w:tcMar>
              <w:left w:w="150" w:type="dxa"/>
              <w:right w:w="85" w:type="dxa"/>
            </w:tcMar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cantSplit w:val="true"/>
        </w:trPr>
        <w:tc>
          <w:tcPr>
            <w:tcW w:w="3816" w:type="dxa"/>
            <w:tcBorders>
              <w:top w:val="single" w:sz="6" w:space="0" w:color="B9C9D6"/>
              <w:left w:val="single" w:sz="6" w:space="0" w:color="B9C9D6"/>
              <w:bottom w:val="single" w:sz="6" w:space="0" w:color="B9C9D6"/>
              <w:right w:val="single" w:sz="6" w:space="0" w:color="B9C9D6"/>
            </w:tcBorders>
            <w:vAlign w:val="center"/>
          </w:tcPr>
          <w:p>
            <w:pPr>
              <w:pStyle w:val="Normal"/>
              <w:rPr/>
            </w:pPr>
            <w:r>
              <w:rPr>
                <w:b w:val="false"/>
                <w:color w:val="17324D"/>
                <w:sz w:val="20"/>
              </w:rPr>
              <w:t>Locked rooms</w:t>
            </w:r>
          </w:p>
        </w:tc>
        <w:tc>
          <w:tcPr>
            <w:tcW w:w="834" w:type="dxa"/>
            <w:tcBorders>
              <w:top w:val="single" w:sz="6" w:space="0" w:color="B9C9D6"/>
              <w:left w:val="single" w:sz="6" w:space="0" w:color="B9C9D6"/>
              <w:bottom w:val="single" w:sz="6" w:space="0" w:color="B9C9D6"/>
              <w:right w:val="single" w:sz="6" w:space="0" w:color="B9C9D6"/>
            </w:tcBorders>
            <w:tcMar>
              <w:left w:w="12" w:type="dxa"/>
              <w:right w:w="12" w:type="dxa"/>
            </w:tcMar>
            <w:vAlign w:val="center"/>
          </w:tcPr>
          <w:p>
            <w:pPr>
              <w:pStyle w:val="Normal"/>
              <w:jc w:val="center"/>
              <w:rPr/>
            </w:pPr>
            <w:sdt>
              <w:sdtPr>
                <w:alias w:val="Check box"/>
                <w:tag w:val="checkbox"/>
                <w14:checkbox>
                  <w14:checked w14:val="0"/>
                  <w14:checkedState w14:val="2612"/>
                  <w14:uncheckedState w14:val="2610"/>
                </w14:checkbox>
              </w:sdtPr>
              <w:sdtContent>
                <w:r>
                  <w:rPr>
                    <w:sz w:val="24"/>
                  </w:rPr>
                </w:r>
                <w:r>
                  <w:rPr>
                    <w:sz w:val="24"/>
                  </w:rPr>
                  <w:t>☐</w:t>
                </w:r>
              </w:sdtContent>
            </w:sdt>
          </w:p>
        </w:tc>
        <w:tc>
          <w:tcPr>
            <w:tcW w:w="5473" w:type="dxa"/>
            <w:tcBorders>
              <w:top w:val="single" w:sz="6" w:space="0" w:color="B9C9D6"/>
              <w:left w:val="single" w:sz="6" w:space="0" w:color="B9C9D6"/>
              <w:bottom w:val="single" w:sz="6" w:space="0" w:color="B9C9D6"/>
              <w:right w:val="single" w:sz="6" w:space="0" w:color="B9C9D6"/>
            </w:tcBorders>
            <w:tcMar>
              <w:left w:w="150" w:type="dxa"/>
              <w:right w:w="85" w:type="dxa"/>
            </w:tcMar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cantSplit w:val="true"/>
        </w:trPr>
        <w:tc>
          <w:tcPr>
            <w:tcW w:w="3816" w:type="dxa"/>
            <w:tcBorders>
              <w:top w:val="single" w:sz="6" w:space="0" w:color="B9C9D6"/>
              <w:left w:val="single" w:sz="6" w:space="0" w:color="B9C9D6"/>
              <w:bottom w:val="single" w:sz="6" w:space="0" w:color="B9C9D6"/>
              <w:right w:val="single" w:sz="6" w:space="0" w:color="B9C9D6"/>
            </w:tcBorders>
            <w:vAlign w:val="center"/>
          </w:tcPr>
          <w:p>
            <w:pPr>
              <w:pStyle w:val="Normal"/>
              <w:rPr/>
            </w:pPr>
            <w:r>
              <w:rPr>
                <w:b w:val="false"/>
                <w:color w:val="17324D"/>
                <w:sz w:val="20"/>
              </w:rPr>
              <w:t>After-hours access</w:t>
            </w:r>
          </w:p>
        </w:tc>
        <w:tc>
          <w:tcPr>
            <w:tcW w:w="834" w:type="dxa"/>
            <w:tcBorders>
              <w:top w:val="single" w:sz="6" w:space="0" w:color="B9C9D6"/>
              <w:left w:val="single" w:sz="6" w:space="0" w:color="B9C9D6"/>
              <w:bottom w:val="single" w:sz="6" w:space="0" w:color="B9C9D6"/>
              <w:right w:val="single" w:sz="6" w:space="0" w:color="B9C9D6"/>
            </w:tcBorders>
            <w:tcMar>
              <w:left w:w="12" w:type="dxa"/>
              <w:right w:w="12" w:type="dxa"/>
            </w:tcMar>
            <w:vAlign w:val="center"/>
          </w:tcPr>
          <w:p>
            <w:pPr>
              <w:pStyle w:val="Normal"/>
              <w:jc w:val="center"/>
              <w:rPr/>
            </w:pPr>
            <w:sdt>
              <w:sdtPr>
                <w:alias w:val="Check box"/>
                <w:tag w:val="checkbox"/>
                <w14:checkbox>
                  <w14:checked w14:val="0"/>
                  <w14:checkedState w14:val="2612"/>
                  <w14:uncheckedState w14:val="2610"/>
                </w14:checkbox>
              </w:sdtPr>
              <w:sdtContent>
                <w:r>
                  <w:rPr>
                    <w:sz w:val="24"/>
                  </w:rPr>
                </w:r>
                <w:r>
                  <w:rPr>
                    <w:sz w:val="24"/>
                  </w:rPr>
                  <w:t>☐</w:t>
                </w:r>
              </w:sdtContent>
            </w:sdt>
          </w:p>
        </w:tc>
        <w:tc>
          <w:tcPr>
            <w:tcW w:w="5473" w:type="dxa"/>
            <w:tcBorders>
              <w:top w:val="single" w:sz="6" w:space="0" w:color="B9C9D6"/>
              <w:left w:val="single" w:sz="6" w:space="0" w:color="B9C9D6"/>
              <w:bottom w:val="single" w:sz="6" w:space="0" w:color="B9C9D6"/>
              <w:right w:val="single" w:sz="6" w:space="0" w:color="B9C9D6"/>
            </w:tcBorders>
            <w:tcMar>
              <w:left w:w="150" w:type="dxa"/>
              <w:right w:w="85" w:type="dxa"/>
            </w:tcMar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cantSplit w:val="true"/>
        </w:trPr>
        <w:tc>
          <w:tcPr>
            <w:tcW w:w="3816" w:type="dxa"/>
            <w:tcBorders>
              <w:top w:val="single" w:sz="6" w:space="0" w:color="B9C9D6"/>
              <w:left w:val="single" w:sz="6" w:space="0" w:color="B9C9D6"/>
              <w:bottom w:val="single" w:sz="6" w:space="0" w:color="B9C9D6"/>
              <w:right w:val="single" w:sz="6" w:space="0" w:color="B9C9D6"/>
            </w:tcBorders>
            <w:vAlign w:val="center"/>
          </w:tcPr>
          <w:p>
            <w:pPr>
              <w:pStyle w:val="Normal"/>
              <w:rPr/>
            </w:pPr>
            <w:r>
              <w:rPr>
                <w:b w:val="false"/>
                <w:color w:val="17324D"/>
                <w:sz w:val="20"/>
              </w:rPr>
              <w:t>Other</w:t>
            </w:r>
          </w:p>
        </w:tc>
        <w:tc>
          <w:tcPr>
            <w:tcW w:w="834" w:type="dxa"/>
            <w:tcBorders>
              <w:top w:val="single" w:sz="6" w:space="0" w:color="B9C9D6"/>
              <w:left w:val="single" w:sz="6" w:space="0" w:color="B9C9D6"/>
              <w:bottom w:val="single" w:sz="6" w:space="0" w:color="B9C9D6"/>
              <w:right w:val="single" w:sz="6" w:space="0" w:color="B9C9D6"/>
            </w:tcBorders>
            <w:tcMar>
              <w:left w:w="12" w:type="dxa"/>
              <w:right w:w="12" w:type="dxa"/>
            </w:tcMar>
            <w:vAlign w:val="center"/>
          </w:tcPr>
          <w:p>
            <w:pPr>
              <w:pStyle w:val="Normal"/>
              <w:jc w:val="center"/>
              <w:rPr/>
            </w:pPr>
            <w:sdt>
              <w:sdtPr>
                <w:alias w:val="Check box"/>
                <w:tag w:val="checkbox"/>
                <w14:checkbox>
                  <w14:checked w14:val="0"/>
                  <w14:checkedState w14:val="2612"/>
                  <w14:uncheckedState w14:val="2610"/>
                </w14:checkbox>
              </w:sdtPr>
              <w:sdtContent>
                <w:r>
                  <w:rPr>
                    <w:sz w:val="24"/>
                  </w:rPr>
                </w:r>
                <w:r>
                  <w:rPr>
                    <w:sz w:val="24"/>
                  </w:rPr>
                  <w:t>☐</w:t>
                </w:r>
              </w:sdtContent>
            </w:sdt>
          </w:p>
        </w:tc>
        <w:tc>
          <w:tcPr>
            <w:tcW w:w="5473" w:type="dxa"/>
            <w:tcBorders>
              <w:top w:val="single" w:sz="6" w:space="0" w:color="B9C9D6"/>
              <w:left w:val="single" w:sz="6" w:space="0" w:color="B9C9D6"/>
              <w:bottom w:val="single" w:sz="6" w:space="0" w:color="B9C9D6"/>
              <w:right w:val="single" w:sz="6" w:space="0" w:color="B9C9D6"/>
            </w:tcBorders>
            <w:tcMar>
              <w:left w:w="150" w:type="dxa"/>
              <w:right w:w="85" w:type="dxa"/>
            </w:tcMar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</w:tr>
    </w:tbl>
    <w:p>
      <w:pPr>
        <w:pStyle w:val="Normal"/>
        <w:spacing w:before="0" w:after="60"/>
        <w:rPr/>
      </w:pPr>
      <w:r>
        <w:rPr/>
      </w:r>
    </w:p>
    <w:tbl>
      <w:tblPr>
        <w:tblW w:w="10325" w:type="dxa"/>
        <w:jc w:val="center"/>
        <w:tblInd w:w="0" w:type="dxa"/>
        <w:tblLayout w:type="fixed"/>
        <w:tblCellMar>
          <w:top w:w="90" w:type="dxa"/>
          <w:left w:w="110" w:type="dxa"/>
          <w:bottom w:w="90" w:type="dxa"/>
          <w:right w:w="110" w:type="dxa"/>
        </w:tblCellMar>
        <w:tblLook w:val="04a0" w:noHBand="0" w:noVBand="1" w:firstColumn="1" w:lastRow="0" w:lastColumn="0" w:firstRow="1"/>
      </w:tblPr>
      <w:tblGrid>
        <w:gridCol w:w="10325"/>
      </w:tblGrid>
      <w:tr>
        <w:trPr/>
        <w:tc>
          <w:tcPr>
            <w:tcW w:w="10325" w:type="dxa"/>
            <w:tcBorders>
              <w:top w:val="single" w:sz="6" w:space="0" w:color="B9C9D6"/>
              <w:left w:val="single" w:sz="6" w:space="0" w:color="B9C9D6"/>
              <w:bottom w:val="single" w:sz="6" w:space="0" w:color="B9C9D6"/>
              <w:right w:val="single" w:sz="6" w:space="0" w:color="B9C9D6"/>
            </w:tcBorders>
            <w:shd w:fill="EAF5FC"/>
          </w:tcPr>
          <w:p>
            <w:pPr>
              <w:pStyle w:val="Normal"/>
              <w:rPr/>
            </w:pPr>
            <w:r>
              <w:rPr>
                <w:b/>
                <w:color w:val="12365A"/>
                <w:sz w:val="20"/>
              </w:rPr>
              <w:t>Access / Security Notes</w:t>
            </w:r>
          </w:p>
        </w:tc>
      </w:tr>
      <w:tr>
        <w:trPr/>
        <w:tc>
          <w:tcPr>
            <w:tcW w:w="10325" w:type="dxa"/>
            <w:tcBorders>
              <w:top w:val="single" w:sz="6" w:space="0" w:color="B9C9D6"/>
              <w:left w:val="single" w:sz="6" w:space="0" w:color="B9C9D6"/>
              <w:bottom w:val="single" w:sz="6" w:space="0" w:color="B9C9D6"/>
              <w:right w:val="single" w:sz="6" w:space="0" w:color="B9C9D6"/>
            </w:tcBorders>
            <w:tcMar>
              <w:top w:w="140" w:type="dxa"/>
              <w:bottom w:w="140" w:type="dxa"/>
            </w:tcMar>
          </w:tcPr>
          <w:p>
            <w:pPr>
              <w:pStyle w:val="Normal"/>
              <w:rPr/>
            </w:pPr>
            <w:r>
              <w:rPr/>
            </w:r>
          </w:p>
        </w:tc>
      </w:tr>
      <w:tr>
        <w:trPr/>
        <w:tc>
          <w:tcPr>
            <w:tcW w:w="10325" w:type="dxa"/>
            <w:tcBorders>
              <w:top w:val="single" w:sz="6" w:space="0" w:color="B9C9D6"/>
              <w:left w:val="single" w:sz="6" w:space="0" w:color="B9C9D6"/>
              <w:bottom w:val="single" w:sz="6" w:space="0" w:color="B9C9D6"/>
              <w:right w:val="single" w:sz="6" w:space="0" w:color="B9C9D6"/>
            </w:tcBorders>
            <w:tcMar>
              <w:top w:w="140" w:type="dxa"/>
              <w:bottom w:w="140" w:type="dxa"/>
            </w:tcMar>
          </w:tcPr>
          <w:p>
            <w:pPr>
              <w:pStyle w:val="Normal"/>
              <w:rPr/>
            </w:pPr>
            <w:r>
              <w:rPr/>
            </w:r>
          </w:p>
        </w:tc>
      </w:tr>
      <w:tr>
        <w:trPr/>
        <w:tc>
          <w:tcPr>
            <w:tcW w:w="10325" w:type="dxa"/>
            <w:tcBorders>
              <w:top w:val="single" w:sz="6" w:space="0" w:color="B9C9D6"/>
              <w:left w:val="single" w:sz="6" w:space="0" w:color="B9C9D6"/>
              <w:bottom w:val="single" w:sz="6" w:space="0" w:color="B9C9D6"/>
              <w:right w:val="single" w:sz="6" w:space="0" w:color="B9C9D6"/>
            </w:tcBorders>
            <w:tcMar>
              <w:top w:w="140" w:type="dxa"/>
              <w:bottom w:w="140" w:type="dxa"/>
            </w:tcMar>
          </w:tcPr>
          <w:p>
            <w:pPr>
              <w:pStyle w:val="Normal"/>
              <w:rPr/>
            </w:pPr>
            <w:r>
              <w:rPr/>
            </w:r>
          </w:p>
        </w:tc>
      </w:tr>
      <w:tr>
        <w:trPr/>
        <w:tc>
          <w:tcPr>
            <w:tcW w:w="10325" w:type="dxa"/>
            <w:tcBorders>
              <w:top w:val="single" w:sz="6" w:space="0" w:color="B9C9D6"/>
              <w:left w:val="single" w:sz="6" w:space="0" w:color="B9C9D6"/>
              <w:bottom w:val="single" w:sz="6" w:space="0" w:color="B9C9D6"/>
              <w:right w:val="single" w:sz="6" w:space="0" w:color="B9C9D6"/>
            </w:tcBorders>
            <w:tcMar>
              <w:top w:w="140" w:type="dxa"/>
              <w:bottom w:w="140" w:type="dxa"/>
            </w:tcMar>
          </w:tcPr>
          <w:p>
            <w:pPr>
              <w:pStyle w:val="Normal"/>
              <w:rPr/>
            </w:pPr>
            <w:r>
              <w:rPr/>
            </w:r>
          </w:p>
        </w:tc>
      </w:tr>
      <w:tr>
        <w:trPr/>
        <w:tc>
          <w:tcPr>
            <w:tcW w:w="10325" w:type="dxa"/>
            <w:tcBorders>
              <w:top w:val="single" w:sz="6" w:space="0" w:color="B9C9D6"/>
              <w:left w:val="single" w:sz="6" w:space="0" w:color="B9C9D6"/>
              <w:bottom w:val="single" w:sz="6" w:space="0" w:color="B9C9D6"/>
              <w:right w:val="single" w:sz="6" w:space="0" w:color="B9C9D6"/>
            </w:tcBorders>
            <w:tcMar>
              <w:top w:w="140" w:type="dxa"/>
              <w:bottom w:w="140" w:type="dxa"/>
            </w:tcMar>
          </w:tcPr>
          <w:p>
            <w:pPr>
              <w:pStyle w:val="Normal"/>
              <w:rPr/>
            </w:pPr>
            <w:r>
              <w:rPr/>
            </w:r>
          </w:p>
        </w:tc>
      </w:tr>
    </w:tbl>
    <w:p>
      <w:pPr>
        <w:pStyle w:val="Normal"/>
        <w:rPr/>
      </w:pPr>
      <w:r>
        <w:rPr/>
      </w:r>
      <w:r>
        <w:br w:type="page"/>
      </w:r>
    </w:p>
    <w:tbl>
      <w:tblPr>
        <w:tblW w:w="10324" w:type="dxa"/>
        <w:jc w:val="center"/>
        <w:tblInd w:w="0" w:type="dxa"/>
        <w:tblLayout w:type="fixed"/>
        <w:tblCellMar>
          <w:top w:w="110" w:type="dxa"/>
          <w:left w:w="230" w:type="dxa"/>
          <w:bottom w:w="110" w:type="dxa"/>
          <w:right w:w="160" w:type="dxa"/>
        </w:tblCellMar>
        <w:tblLook w:val="04a0" w:noHBand="0" w:noVBand="1" w:firstColumn="1" w:lastRow="0" w:lastColumn="0" w:firstRow="1"/>
      </w:tblPr>
      <w:tblGrid>
        <w:gridCol w:w="10324"/>
      </w:tblGrid>
      <w:tr>
        <w:trPr/>
        <w:tc>
          <w:tcPr>
            <w:tcW w:w="10324" w:type="dxa"/>
            <w:tcBorders>
              <w:top w:val="single" w:sz="2" w:space="0" w:color="EAF5FC"/>
              <w:left w:val="single" w:sz="2" w:space="0" w:color="EAF5FC"/>
              <w:bottom w:val="single" w:sz="2" w:space="0" w:color="EAF5FC"/>
              <w:right w:val="single" w:sz="2" w:space="0" w:color="EAF5FC"/>
            </w:tcBorders>
            <w:shd w:fill="EAF5FC"/>
          </w:tcPr>
          <w:p>
            <w:pPr>
              <w:pStyle w:val="Normal"/>
              <w:pageBreakBefore/>
              <w:spacing w:before="0" w:after="0"/>
              <w:jc w:val="left"/>
              <w:rPr/>
            </w:pPr>
            <w:r>
              <w:rPr>
                <w:b/>
                <w:color w:val="12365A"/>
                <w:sz w:val="30"/>
              </w:rPr>
              <w:t>9.  Supplies and Equipment</w:t>
            </w:r>
          </w:p>
        </w:tc>
      </w:tr>
    </w:tbl>
    <w:p>
      <w:pPr>
        <w:pStyle w:val="Normal"/>
        <w:spacing w:before="0" w:after="60"/>
        <w:rPr/>
      </w:pPr>
      <w:r>
        <w:rPr/>
      </w:r>
    </w:p>
    <w:p>
      <w:pPr>
        <w:pStyle w:val="Normal"/>
        <w:spacing w:before="0" w:after="160"/>
        <w:rPr/>
      </w:pPr>
      <w:r>
        <w:rPr>
          <w:b w:val="false"/>
          <w:color w:val="53697C"/>
          <w:sz w:val="21"/>
        </w:rPr>
        <w:t>Use the details column to record whether the company or customer provides each item.</w:t>
      </w:r>
    </w:p>
    <w:tbl>
      <w:tblPr>
        <w:tblW w:w="10123" w:type="dxa"/>
        <w:jc w:val="center"/>
        <w:tblInd w:w="0" w:type="dxa"/>
        <w:tblLayout w:type="fixed"/>
        <w:tblCellMar>
          <w:top w:w="110" w:type="dxa"/>
          <w:left w:w="145" w:type="dxa"/>
          <w:bottom w:w="110" w:type="dxa"/>
          <w:right w:w="55" w:type="dxa"/>
        </w:tblCellMar>
        <w:tblLook w:val="04a0" w:noHBand="0" w:noVBand="1" w:firstColumn="1" w:lastRow="0" w:lastColumn="0" w:firstRow="1"/>
      </w:tblPr>
      <w:tblGrid>
        <w:gridCol w:w="3816"/>
        <w:gridCol w:w="834"/>
        <w:gridCol w:w="5473"/>
      </w:tblGrid>
      <w:tr>
        <w:trPr>
          <w:tblHeader w:val="true"/>
        </w:trPr>
        <w:tc>
          <w:tcPr>
            <w:tcW w:w="3816" w:type="dxa"/>
            <w:tcBorders>
              <w:top w:val="single" w:sz="6" w:space="0" w:color="B9C9D6"/>
              <w:left w:val="single" w:sz="6" w:space="0" w:color="B9C9D6"/>
              <w:bottom w:val="single" w:sz="6" w:space="0" w:color="B9C9D6"/>
              <w:right w:val="single" w:sz="6" w:space="0" w:color="B9C9D6"/>
            </w:tcBorders>
            <w:shd w:fill="EAF5FC"/>
          </w:tcPr>
          <w:p>
            <w:pPr>
              <w:pStyle w:val="Normal"/>
              <w:jc w:val="left"/>
              <w:rPr/>
            </w:pPr>
            <w:r>
              <w:rPr>
                <w:b/>
                <w:color w:val="12365A"/>
                <w:sz w:val="20"/>
              </w:rPr>
              <w:t>Supply / Equipment</w:t>
            </w:r>
          </w:p>
        </w:tc>
        <w:tc>
          <w:tcPr>
            <w:tcW w:w="834" w:type="dxa"/>
            <w:tcBorders>
              <w:top w:val="single" w:sz="6" w:space="0" w:color="B9C9D6"/>
              <w:left w:val="single" w:sz="6" w:space="0" w:color="B9C9D6"/>
              <w:bottom w:val="single" w:sz="6" w:space="0" w:color="B9C9D6"/>
              <w:right w:val="single" w:sz="6" w:space="0" w:color="B9C9D6"/>
            </w:tcBorders>
            <w:shd w:fill="EAF5FC"/>
            <w:tcMar>
              <w:left w:w="12" w:type="dxa"/>
              <w:right w:w="12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rPr>
                <w:b/>
                <w:color w:val="12365A"/>
                <w:sz w:val="20"/>
              </w:rPr>
              <w:t>Check</w:t>
            </w:r>
          </w:p>
        </w:tc>
        <w:tc>
          <w:tcPr>
            <w:tcW w:w="5473" w:type="dxa"/>
            <w:tcBorders>
              <w:top w:val="single" w:sz="6" w:space="0" w:color="B9C9D6"/>
              <w:left w:val="single" w:sz="6" w:space="0" w:color="B9C9D6"/>
              <w:bottom w:val="single" w:sz="6" w:space="0" w:color="B9C9D6"/>
              <w:right w:val="single" w:sz="6" w:space="0" w:color="B9C9D6"/>
            </w:tcBorders>
            <w:shd w:fill="EAF5FC"/>
            <w:tcMar>
              <w:left w:w="150" w:type="dxa"/>
              <w:right w:w="85" w:type="dxa"/>
            </w:tcMar>
          </w:tcPr>
          <w:p>
            <w:pPr>
              <w:pStyle w:val="Normal"/>
              <w:jc w:val="left"/>
              <w:rPr/>
            </w:pPr>
            <w:r>
              <w:rPr>
                <w:b/>
                <w:color w:val="12365A"/>
                <w:sz w:val="20"/>
              </w:rPr>
              <w:t>Provided By / Details</w:t>
            </w:r>
          </w:p>
        </w:tc>
      </w:tr>
      <w:tr>
        <w:trPr>
          <w:cantSplit w:val="true"/>
        </w:trPr>
        <w:tc>
          <w:tcPr>
            <w:tcW w:w="3816" w:type="dxa"/>
            <w:tcBorders>
              <w:top w:val="single" w:sz="6" w:space="0" w:color="B9C9D6"/>
              <w:left w:val="single" w:sz="6" w:space="0" w:color="B9C9D6"/>
              <w:bottom w:val="single" w:sz="6" w:space="0" w:color="B9C9D6"/>
              <w:right w:val="single" w:sz="6" w:space="0" w:color="B9C9D6"/>
            </w:tcBorders>
            <w:vAlign w:val="center"/>
          </w:tcPr>
          <w:p>
            <w:pPr>
              <w:pStyle w:val="Normal"/>
              <w:rPr/>
            </w:pPr>
            <w:r>
              <w:rPr>
                <w:b w:val="false"/>
                <w:color w:val="17324D"/>
                <w:sz w:val="20"/>
              </w:rPr>
              <w:t>Cleaning chemicals</w:t>
            </w:r>
          </w:p>
        </w:tc>
        <w:tc>
          <w:tcPr>
            <w:tcW w:w="834" w:type="dxa"/>
            <w:tcBorders>
              <w:top w:val="single" w:sz="6" w:space="0" w:color="B9C9D6"/>
              <w:left w:val="single" w:sz="6" w:space="0" w:color="B9C9D6"/>
              <w:bottom w:val="single" w:sz="6" w:space="0" w:color="B9C9D6"/>
              <w:right w:val="single" w:sz="6" w:space="0" w:color="B9C9D6"/>
            </w:tcBorders>
            <w:tcMar>
              <w:left w:w="12" w:type="dxa"/>
              <w:right w:w="12" w:type="dxa"/>
            </w:tcMar>
            <w:vAlign w:val="center"/>
          </w:tcPr>
          <w:p>
            <w:pPr>
              <w:pStyle w:val="Normal"/>
              <w:jc w:val="center"/>
              <w:rPr/>
            </w:pPr>
            <w:sdt>
              <w:sdtPr>
                <w:alias w:val="Check box"/>
                <w:tag w:val="checkbox"/>
                <w14:checkbox>
                  <w14:checked w14:val="0"/>
                  <w14:checkedState w14:val="2612"/>
                  <w14:uncheckedState w14:val="2610"/>
                </w14:checkbox>
              </w:sdtPr>
              <w:sdtContent>
                <w:r>
                  <w:rPr>
                    <w:sz w:val="24"/>
                  </w:rPr>
                </w:r>
                <w:r>
                  <w:rPr>
                    <w:sz w:val="24"/>
                  </w:rPr>
                  <w:t>☐</w:t>
                </w:r>
              </w:sdtContent>
            </w:sdt>
          </w:p>
        </w:tc>
        <w:tc>
          <w:tcPr>
            <w:tcW w:w="5473" w:type="dxa"/>
            <w:tcBorders>
              <w:top w:val="single" w:sz="6" w:space="0" w:color="B9C9D6"/>
              <w:left w:val="single" w:sz="6" w:space="0" w:color="B9C9D6"/>
              <w:bottom w:val="single" w:sz="6" w:space="0" w:color="B9C9D6"/>
              <w:right w:val="single" w:sz="6" w:space="0" w:color="B9C9D6"/>
            </w:tcBorders>
            <w:tcMar>
              <w:left w:w="150" w:type="dxa"/>
              <w:right w:w="85" w:type="dxa"/>
            </w:tcMar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cantSplit w:val="true"/>
        </w:trPr>
        <w:tc>
          <w:tcPr>
            <w:tcW w:w="3816" w:type="dxa"/>
            <w:tcBorders>
              <w:top w:val="single" w:sz="6" w:space="0" w:color="B9C9D6"/>
              <w:left w:val="single" w:sz="6" w:space="0" w:color="B9C9D6"/>
              <w:bottom w:val="single" w:sz="6" w:space="0" w:color="B9C9D6"/>
              <w:right w:val="single" w:sz="6" w:space="0" w:color="B9C9D6"/>
            </w:tcBorders>
            <w:vAlign w:val="center"/>
          </w:tcPr>
          <w:p>
            <w:pPr>
              <w:pStyle w:val="Normal"/>
              <w:rPr/>
            </w:pPr>
            <w:r>
              <w:rPr>
                <w:b w:val="false"/>
                <w:color w:val="17324D"/>
                <w:sz w:val="20"/>
              </w:rPr>
              <w:t>Microfiber cloths</w:t>
            </w:r>
          </w:p>
        </w:tc>
        <w:tc>
          <w:tcPr>
            <w:tcW w:w="834" w:type="dxa"/>
            <w:tcBorders>
              <w:top w:val="single" w:sz="6" w:space="0" w:color="B9C9D6"/>
              <w:left w:val="single" w:sz="6" w:space="0" w:color="B9C9D6"/>
              <w:bottom w:val="single" w:sz="6" w:space="0" w:color="B9C9D6"/>
              <w:right w:val="single" w:sz="6" w:space="0" w:color="B9C9D6"/>
            </w:tcBorders>
            <w:tcMar>
              <w:left w:w="12" w:type="dxa"/>
              <w:right w:w="12" w:type="dxa"/>
            </w:tcMar>
            <w:vAlign w:val="center"/>
          </w:tcPr>
          <w:p>
            <w:pPr>
              <w:pStyle w:val="Normal"/>
              <w:jc w:val="center"/>
              <w:rPr/>
            </w:pPr>
            <w:sdt>
              <w:sdtPr>
                <w:alias w:val="Check box"/>
                <w:tag w:val="checkbox"/>
                <w14:checkbox>
                  <w14:checked w14:val="0"/>
                  <w14:checkedState w14:val="2612"/>
                  <w14:uncheckedState w14:val="2610"/>
                </w14:checkbox>
              </w:sdtPr>
              <w:sdtContent>
                <w:r>
                  <w:rPr>
                    <w:sz w:val="24"/>
                  </w:rPr>
                </w:r>
                <w:r>
                  <w:rPr>
                    <w:sz w:val="24"/>
                  </w:rPr>
                  <w:t>☐</w:t>
                </w:r>
              </w:sdtContent>
            </w:sdt>
          </w:p>
        </w:tc>
        <w:tc>
          <w:tcPr>
            <w:tcW w:w="5473" w:type="dxa"/>
            <w:tcBorders>
              <w:top w:val="single" w:sz="6" w:space="0" w:color="B9C9D6"/>
              <w:left w:val="single" w:sz="6" w:space="0" w:color="B9C9D6"/>
              <w:bottom w:val="single" w:sz="6" w:space="0" w:color="B9C9D6"/>
              <w:right w:val="single" w:sz="6" w:space="0" w:color="B9C9D6"/>
            </w:tcBorders>
            <w:tcMar>
              <w:left w:w="150" w:type="dxa"/>
              <w:right w:w="85" w:type="dxa"/>
            </w:tcMar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cantSplit w:val="true"/>
        </w:trPr>
        <w:tc>
          <w:tcPr>
            <w:tcW w:w="3816" w:type="dxa"/>
            <w:tcBorders>
              <w:top w:val="single" w:sz="6" w:space="0" w:color="B9C9D6"/>
              <w:left w:val="single" w:sz="6" w:space="0" w:color="B9C9D6"/>
              <w:bottom w:val="single" w:sz="6" w:space="0" w:color="B9C9D6"/>
              <w:right w:val="single" w:sz="6" w:space="0" w:color="B9C9D6"/>
            </w:tcBorders>
            <w:vAlign w:val="center"/>
          </w:tcPr>
          <w:p>
            <w:pPr>
              <w:pStyle w:val="Normal"/>
              <w:rPr/>
            </w:pPr>
            <w:r>
              <w:rPr>
                <w:b w:val="false"/>
                <w:color w:val="17324D"/>
                <w:sz w:val="20"/>
              </w:rPr>
              <w:t>Mops / Buckets</w:t>
            </w:r>
          </w:p>
        </w:tc>
        <w:tc>
          <w:tcPr>
            <w:tcW w:w="834" w:type="dxa"/>
            <w:tcBorders>
              <w:top w:val="single" w:sz="6" w:space="0" w:color="B9C9D6"/>
              <w:left w:val="single" w:sz="6" w:space="0" w:color="B9C9D6"/>
              <w:bottom w:val="single" w:sz="6" w:space="0" w:color="B9C9D6"/>
              <w:right w:val="single" w:sz="6" w:space="0" w:color="B9C9D6"/>
            </w:tcBorders>
            <w:tcMar>
              <w:left w:w="12" w:type="dxa"/>
              <w:right w:w="12" w:type="dxa"/>
            </w:tcMar>
            <w:vAlign w:val="center"/>
          </w:tcPr>
          <w:p>
            <w:pPr>
              <w:pStyle w:val="Normal"/>
              <w:jc w:val="center"/>
              <w:rPr/>
            </w:pPr>
            <w:sdt>
              <w:sdtPr>
                <w:alias w:val="Check box"/>
                <w:tag w:val="checkbox"/>
                <w14:checkbox>
                  <w14:checked w14:val="0"/>
                  <w14:checkedState w14:val="2612"/>
                  <w14:uncheckedState w14:val="2610"/>
                </w14:checkbox>
              </w:sdtPr>
              <w:sdtContent>
                <w:r>
                  <w:rPr>
                    <w:sz w:val="24"/>
                  </w:rPr>
                </w:r>
                <w:r>
                  <w:rPr>
                    <w:sz w:val="24"/>
                  </w:rPr>
                  <w:t>☐</w:t>
                </w:r>
              </w:sdtContent>
            </w:sdt>
          </w:p>
        </w:tc>
        <w:tc>
          <w:tcPr>
            <w:tcW w:w="5473" w:type="dxa"/>
            <w:tcBorders>
              <w:top w:val="single" w:sz="6" w:space="0" w:color="B9C9D6"/>
              <w:left w:val="single" w:sz="6" w:space="0" w:color="B9C9D6"/>
              <w:bottom w:val="single" w:sz="6" w:space="0" w:color="B9C9D6"/>
              <w:right w:val="single" w:sz="6" w:space="0" w:color="B9C9D6"/>
            </w:tcBorders>
            <w:tcMar>
              <w:left w:w="150" w:type="dxa"/>
              <w:right w:w="85" w:type="dxa"/>
            </w:tcMar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cantSplit w:val="true"/>
        </w:trPr>
        <w:tc>
          <w:tcPr>
            <w:tcW w:w="3816" w:type="dxa"/>
            <w:tcBorders>
              <w:top w:val="single" w:sz="6" w:space="0" w:color="B9C9D6"/>
              <w:left w:val="single" w:sz="6" w:space="0" w:color="B9C9D6"/>
              <w:bottom w:val="single" w:sz="6" w:space="0" w:color="B9C9D6"/>
              <w:right w:val="single" w:sz="6" w:space="0" w:color="B9C9D6"/>
            </w:tcBorders>
            <w:vAlign w:val="center"/>
          </w:tcPr>
          <w:p>
            <w:pPr>
              <w:pStyle w:val="Normal"/>
              <w:rPr/>
            </w:pPr>
            <w:r>
              <w:rPr>
                <w:b w:val="false"/>
                <w:color w:val="17324D"/>
                <w:sz w:val="20"/>
              </w:rPr>
              <w:t>Vacuums</w:t>
            </w:r>
          </w:p>
        </w:tc>
        <w:tc>
          <w:tcPr>
            <w:tcW w:w="834" w:type="dxa"/>
            <w:tcBorders>
              <w:top w:val="single" w:sz="6" w:space="0" w:color="B9C9D6"/>
              <w:left w:val="single" w:sz="6" w:space="0" w:color="B9C9D6"/>
              <w:bottom w:val="single" w:sz="6" w:space="0" w:color="B9C9D6"/>
              <w:right w:val="single" w:sz="6" w:space="0" w:color="B9C9D6"/>
            </w:tcBorders>
            <w:tcMar>
              <w:left w:w="12" w:type="dxa"/>
              <w:right w:w="12" w:type="dxa"/>
            </w:tcMar>
            <w:vAlign w:val="center"/>
          </w:tcPr>
          <w:p>
            <w:pPr>
              <w:pStyle w:val="Normal"/>
              <w:jc w:val="center"/>
              <w:rPr/>
            </w:pPr>
            <w:sdt>
              <w:sdtPr>
                <w:alias w:val="Check box"/>
                <w:tag w:val="checkbox"/>
                <w14:checkbox>
                  <w14:checked w14:val="0"/>
                  <w14:checkedState w14:val="2612"/>
                  <w14:uncheckedState w14:val="2610"/>
                </w14:checkbox>
              </w:sdtPr>
              <w:sdtContent>
                <w:r>
                  <w:rPr>
                    <w:sz w:val="24"/>
                  </w:rPr>
                </w:r>
                <w:r>
                  <w:rPr>
                    <w:sz w:val="24"/>
                  </w:rPr>
                  <w:t>☐</w:t>
                </w:r>
              </w:sdtContent>
            </w:sdt>
          </w:p>
        </w:tc>
        <w:tc>
          <w:tcPr>
            <w:tcW w:w="5473" w:type="dxa"/>
            <w:tcBorders>
              <w:top w:val="single" w:sz="6" w:space="0" w:color="B9C9D6"/>
              <w:left w:val="single" w:sz="6" w:space="0" w:color="B9C9D6"/>
              <w:bottom w:val="single" w:sz="6" w:space="0" w:color="B9C9D6"/>
              <w:right w:val="single" w:sz="6" w:space="0" w:color="B9C9D6"/>
            </w:tcBorders>
            <w:tcMar>
              <w:left w:w="150" w:type="dxa"/>
              <w:right w:w="85" w:type="dxa"/>
            </w:tcMar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cantSplit w:val="true"/>
        </w:trPr>
        <w:tc>
          <w:tcPr>
            <w:tcW w:w="3816" w:type="dxa"/>
            <w:tcBorders>
              <w:top w:val="single" w:sz="6" w:space="0" w:color="B9C9D6"/>
              <w:left w:val="single" w:sz="6" w:space="0" w:color="B9C9D6"/>
              <w:bottom w:val="single" w:sz="6" w:space="0" w:color="B9C9D6"/>
              <w:right w:val="single" w:sz="6" w:space="0" w:color="B9C9D6"/>
            </w:tcBorders>
            <w:vAlign w:val="center"/>
          </w:tcPr>
          <w:p>
            <w:pPr>
              <w:pStyle w:val="Normal"/>
              <w:rPr/>
            </w:pPr>
            <w:r>
              <w:rPr>
                <w:b w:val="false"/>
                <w:color w:val="17324D"/>
                <w:sz w:val="20"/>
              </w:rPr>
              <w:t>Floor equipment</w:t>
            </w:r>
          </w:p>
        </w:tc>
        <w:tc>
          <w:tcPr>
            <w:tcW w:w="834" w:type="dxa"/>
            <w:tcBorders>
              <w:top w:val="single" w:sz="6" w:space="0" w:color="B9C9D6"/>
              <w:left w:val="single" w:sz="6" w:space="0" w:color="B9C9D6"/>
              <w:bottom w:val="single" w:sz="6" w:space="0" w:color="B9C9D6"/>
              <w:right w:val="single" w:sz="6" w:space="0" w:color="B9C9D6"/>
            </w:tcBorders>
            <w:tcMar>
              <w:left w:w="12" w:type="dxa"/>
              <w:right w:w="12" w:type="dxa"/>
            </w:tcMar>
            <w:vAlign w:val="center"/>
          </w:tcPr>
          <w:p>
            <w:pPr>
              <w:pStyle w:val="Normal"/>
              <w:jc w:val="center"/>
              <w:rPr/>
            </w:pPr>
            <w:sdt>
              <w:sdtPr>
                <w:alias w:val="Check box"/>
                <w:tag w:val="checkbox"/>
                <w14:checkbox>
                  <w14:checked w14:val="0"/>
                  <w14:checkedState w14:val="2612"/>
                  <w14:uncheckedState w14:val="2610"/>
                </w14:checkbox>
              </w:sdtPr>
              <w:sdtContent>
                <w:r>
                  <w:rPr>
                    <w:sz w:val="24"/>
                  </w:rPr>
                </w:r>
                <w:r>
                  <w:rPr>
                    <w:sz w:val="24"/>
                  </w:rPr>
                  <w:t>☐</w:t>
                </w:r>
              </w:sdtContent>
            </w:sdt>
          </w:p>
        </w:tc>
        <w:tc>
          <w:tcPr>
            <w:tcW w:w="5473" w:type="dxa"/>
            <w:tcBorders>
              <w:top w:val="single" w:sz="6" w:space="0" w:color="B9C9D6"/>
              <w:left w:val="single" w:sz="6" w:space="0" w:color="B9C9D6"/>
              <w:bottom w:val="single" w:sz="6" w:space="0" w:color="B9C9D6"/>
              <w:right w:val="single" w:sz="6" w:space="0" w:color="B9C9D6"/>
            </w:tcBorders>
            <w:tcMar>
              <w:left w:w="150" w:type="dxa"/>
              <w:right w:w="85" w:type="dxa"/>
            </w:tcMar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cantSplit w:val="true"/>
        </w:trPr>
        <w:tc>
          <w:tcPr>
            <w:tcW w:w="3816" w:type="dxa"/>
            <w:tcBorders>
              <w:top w:val="single" w:sz="6" w:space="0" w:color="B9C9D6"/>
              <w:left w:val="single" w:sz="6" w:space="0" w:color="B9C9D6"/>
              <w:bottom w:val="single" w:sz="6" w:space="0" w:color="B9C9D6"/>
              <w:right w:val="single" w:sz="6" w:space="0" w:color="B9C9D6"/>
            </w:tcBorders>
            <w:vAlign w:val="center"/>
          </w:tcPr>
          <w:p>
            <w:pPr>
              <w:pStyle w:val="Normal"/>
              <w:rPr/>
            </w:pPr>
            <w:r>
              <w:rPr>
                <w:b w:val="false"/>
                <w:color w:val="17324D"/>
                <w:sz w:val="20"/>
              </w:rPr>
              <w:t>Trash liners</w:t>
            </w:r>
          </w:p>
        </w:tc>
        <w:tc>
          <w:tcPr>
            <w:tcW w:w="834" w:type="dxa"/>
            <w:tcBorders>
              <w:top w:val="single" w:sz="6" w:space="0" w:color="B9C9D6"/>
              <w:left w:val="single" w:sz="6" w:space="0" w:color="B9C9D6"/>
              <w:bottom w:val="single" w:sz="6" w:space="0" w:color="B9C9D6"/>
              <w:right w:val="single" w:sz="6" w:space="0" w:color="B9C9D6"/>
            </w:tcBorders>
            <w:tcMar>
              <w:left w:w="12" w:type="dxa"/>
              <w:right w:w="12" w:type="dxa"/>
            </w:tcMar>
            <w:vAlign w:val="center"/>
          </w:tcPr>
          <w:p>
            <w:pPr>
              <w:pStyle w:val="Normal"/>
              <w:jc w:val="center"/>
              <w:rPr/>
            </w:pPr>
            <w:sdt>
              <w:sdtPr>
                <w:alias w:val="Check box"/>
                <w:tag w:val="checkbox"/>
                <w14:checkbox>
                  <w14:checked w14:val="0"/>
                  <w14:checkedState w14:val="2612"/>
                  <w14:uncheckedState w14:val="2610"/>
                </w14:checkbox>
              </w:sdtPr>
              <w:sdtContent>
                <w:r>
                  <w:rPr>
                    <w:sz w:val="24"/>
                  </w:rPr>
                </w:r>
                <w:r>
                  <w:rPr>
                    <w:sz w:val="24"/>
                  </w:rPr>
                  <w:t>☐</w:t>
                </w:r>
              </w:sdtContent>
            </w:sdt>
          </w:p>
        </w:tc>
        <w:tc>
          <w:tcPr>
            <w:tcW w:w="5473" w:type="dxa"/>
            <w:tcBorders>
              <w:top w:val="single" w:sz="6" w:space="0" w:color="B9C9D6"/>
              <w:left w:val="single" w:sz="6" w:space="0" w:color="B9C9D6"/>
              <w:bottom w:val="single" w:sz="6" w:space="0" w:color="B9C9D6"/>
              <w:right w:val="single" w:sz="6" w:space="0" w:color="B9C9D6"/>
            </w:tcBorders>
            <w:tcMar>
              <w:left w:w="150" w:type="dxa"/>
              <w:right w:w="85" w:type="dxa"/>
            </w:tcMar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cantSplit w:val="true"/>
        </w:trPr>
        <w:tc>
          <w:tcPr>
            <w:tcW w:w="3816" w:type="dxa"/>
            <w:tcBorders>
              <w:top w:val="single" w:sz="6" w:space="0" w:color="B9C9D6"/>
              <w:left w:val="single" w:sz="6" w:space="0" w:color="B9C9D6"/>
              <w:bottom w:val="single" w:sz="6" w:space="0" w:color="B9C9D6"/>
              <w:right w:val="single" w:sz="6" w:space="0" w:color="B9C9D6"/>
            </w:tcBorders>
            <w:vAlign w:val="center"/>
          </w:tcPr>
          <w:p>
            <w:pPr>
              <w:pStyle w:val="Normal"/>
              <w:rPr/>
            </w:pPr>
            <w:r>
              <w:rPr>
                <w:b w:val="false"/>
                <w:color w:val="17324D"/>
                <w:sz w:val="20"/>
              </w:rPr>
              <w:t>Paper products</w:t>
            </w:r>
          </w:p>
        </w:tc>
        <w:tc>
          <w:tcPr>
            <w:tcW w:w="834" w:type="dxa"/>
            <w:tcBorders>
              <w:top w:val="single" w:sz="6" w:space="0" w:color="B9C9D6"/>
              <w:left w:val="single" w:sz="6" w:space="0" w:color="B9C9D6"/>
              <w:bottom w:val="single" w:sz="6" w:space="0" w:color="B9C9D6"/>
              <w:right w:val="single" w:sz="6" w:space="0" w:color="B9C9D6"/>
            </w:tcBorders>
            <w:tcMar>
              <w:left w:w="12" w:type="dxa"/>
              <w:right w:w="12" w:type="dxa"/>
            </w:tcMar>
            <w:vAlign w:val="center"/>
          </w:tcPr>
          <w:p>
            <w:pPr>
              <w:pStyle w:val="Normal"/>
              <w:jc w:val="center"/>
              <w:rPr/>
            </w:pPr>
            <w:sdt>
              <w:sdtPr>
                <w:alias w:val="Check box"/>
                <w:tag w:val="checkbox"/>
                <w14:checkbox>
                  <w14:checked w14:val="0"/>
                  <w14:checkedState w14:val="2612"/>
                  <w14:uncheckedState w14:val="2610"/>
                </w14:checkbox>
              </w:sdtPr>
              <w:sdtContent>
                <w:r>
                  <w:rPr>
                    <w:sz w:val="24"/>
                  </w:rPr>
                </w:r>
                <w:r>
                  <w:rPr>
                    <w:sz w:val="24"/>
                  </w:rPr>
                  <w:t>☐</w:t>
                </w:r>
              </w:sdtContent>
            </w:sdt>
          </w:p>
        </w:tc>
        <w:tc>
          <w:tcPr>
            <w:tcW w:w="5473" w:type="dxa"/>
            <w:tcBorders>
              <w:top w:val="single" w:sz="6" w:space="0" w:color="B9C9D6"/>
              <w:left w:val="single" w:sz="6" w:space="0" w:color="B9C9D6"/>
              <w:bottom w:val="single" w:sz="6" w:space="0" w:color="B9C9D6"/>
              <w:right w:val="single" w:sz="6" w:space="0" w:color="B9C9D6"/>
            </w:tcBorders>
            <w:tcMar>
              <w:left w:w="150" w:type="dxa"/>
              <w:right w:w="85" w:type="dxa"/>
            </w:tcMar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cantSplit w:val="true"/>
        </w:trPr>
        <w:tc>
          <w:tcPr>
            <w:tcW w:w="3816" w:type="dxa"/>
            <w:tcBorders>
              <w:top w:val="single" w:sz="6" w:space="0" w:color="B9C9D6"/>
              <w:left w:val="single" w:sz="6" w:space="0" w:color="B9C9D6"/>
              <w:bottom w:val="single" w:sz="6" w:space="0" w:color="B9C9D6"/>
              <w:right w:val="single" w:sz="6" w:space="0" w:color="B9C9D6"/>
            </w:tcBorders>
            <w:vAlign w:val="center"/>
          </w:tcPr>
          <w:p>
            <w:pPr>
              <w:pStyle w:val="Normal"/>
              <w:rPr/>
            </w:pPr>
            <w:r>
              <w:rPr>
                <w:b w:val="false"/>
                <w:color w:val="17324D"/>
                <w:sz w:val="20"/>
              </w:rPr>
              <w:t>Soap / Sanitizer</w:t>
            </w:r>
          </w:p>
        </w:tc>
        <w:tc>
          <w:tcPr>
            <w:tcW w:w="834" w:type="dxa"/>
            <w:tcBorders>
              <w:top w:val="single" w:sz="6" w:space="0" w:color="B9C9D6"/>
              <w:left w:val="single" w:sz="6" w:space="0" w:color="B9C9D6"/>
              <w:bottom w:val="single" w:sz="6" w:space="0" w:color="B9C9D6"/>
              <w:right w:val="single" w:sz="6" w:space="0" w:color="B9C9D6"/>
            </w:tcBorders>
            <w:tcMar>
              <w:left w:w="12" w:type="dxa"/>
              <w:right w:w="12" w:type="dxa"/>
            </w:tcMar>
            <w:vAlign w:val="center"/>
          </w:tcPr>
          <w:p>
            <w:pPr>
              <w:pStyle w:val="Normal"/>
              <w:jc w:val="center"/>
              <w:rPr/>
            </w:pPr>
            <w:sdt>
              <w:sdtPr>
                <w:alias w:val="Check box"/>
                <w:tag w:val="checkbox"/>
                <w14:checkbox>
                  <w14:checked w14:val="0"/>
                  <w14:checkedState w14:val="2612"/>
                  <w14:uncheckedState w14:val="2610"/>
                </w14:checkbox>
              </w:sdtPr>
              <w:sdtContent>
                <w:r>
                  <w:rPr>
                    <w:sz w:val="24"/>
                  </w:rPr>
                </w:r>
                <w:r>
                  <w:rPr>
                    <w:sz w:val="24"/>
                  </w:rPr>
                  <w:t>☐</w:t>
                </w:r>
              </w:sdtContent>
            </w:sdt>
          </w:p>
        </w:tc>
        <w:tc>
          <w:tcPr>
            <w:tcW w:w="5473" w:type="dxa"/>
            <w:tcBorders>
              <w:top w:val="single" w:sz="6" w:space="0" w:color="B9C9D6"/>
              <w:left w:val="single" w:sz="6" w:space="0" w:color="B9C9D6"/>
              <w:bottom w:val="single" w:sz="6" w:space="0" w:color="B9C9D6"/>
              <w:right w:val="single" w:sz="6" w:space="0" w:color="B9C9D6"/>
            </w:tcBorders>
            <w:tcMar>
              <w:left w:w="150" w:type="dxa"/>
              <w:right w:w="85" w:type="dxa"/>
            </w:tcMar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cantSplit w:val="true"/>
        </w:trPr>
        <w:tc>
          <w:tcPr>
            <w:tcW w:w="3816" w:type="dxa"/>
            <w:tcBorders>
              <w:top w:val="single" w:sz="6" w:space="0" w:color="B9C9D6"/>
              <w:left w:val="single" w:sz="6" w:space="0" w:color="B9C9D6"/>
              <w:bottom w:val="single" w:sz="6" w:space="0" w:color="B9C9D6"/>
              <w:right w:val="single" w:sz="6" w:space="0" w:color="B9C9D6"/>
            </w:tcBorders>
            <w:vAlign w:val="center"/>
          </w:tcPr>
          <w:p>
            <w:pPr>
              <w:pStyle w:val="Normal"/>
              <w:rPr/>
            </w:pPr>
            <w:r>
              <w:rPr>
                <w:b w:val="false"/>
                <w:color w:val="17324D"/>
                <w:sz w:val="20"/>
              </w:rPr>
              <w:t>Other consumables</w:t>
            </w:r>
          </w:p>
        </w:tc>
        <w:tc>
          <w:tcPr>
            <w:tcW w:w="834" w:type="dxa"/>
            <w:tcBorders>
              <w:top w:val="single" w:sz="6" w:space="0" w:color="B9C9D6"/>
              <w:left w:val="single" w:sz="6" w:space="0" w:color="B9C9D6"/>
              <w:bottom w:val="single" w:sz="6" w:space="0" w:color="B9C9D6"/>
              <w:right w:val="single" w:sz="6" w:space="0" w:color="B9C9D6"/>
            </w:tcBorders>
            <w:tcMar>
              <w:left w:w="12" w:type="dxa"/>
              <w:right w:w="12" w:type="dxa"/>
            </w:tcMar>
            <w:vAlign w:val="center"/>
          </w:tcPr>
          <w:p>
            <w:pPr>
              <w:pStyle w:val="Normal"/>
              <w:jc w:val="center"/>
              <w:rPr/>
            </w:pPr>
            <w:sdt>
              <w:sdtPr>
                <w:alias w:val="Check box"/>
                <w:tag w:val="checkbox"/>
                <w14:checkbox>
                  <w14:checked w14:val="0"/>
                  <w14:checkedState w14:val="2612"/>
                  <w14:uncheckedState w14:val="2610"/>
                </w14:checkbox>
              </w:sdtPr>
              <w:sdtContent>
                <w:r>
                  <w:rPr>
                    <w:sz w:val="24"/>
                  </w:rPr>
                </w:r>
                <w:r>
                  <w:rPr>
                    <w:sz w:val="24"/>
                  </w:rPr>
                  <w:t>☐</w:t>
                </w:r>
              </w:sdtContent>
            </w:sdt>
          </w:p>
        </w:tc>
        <w:tc>
          <w:tcPr>
            <w:tcW w:w="5473" w:type="dxa"/>
            <w:tcBorders>
              <w:top w:val="single" w:sz="6" w:space="0" w:color="B9C9D6"/>
              <w:left w:val="single" w:sz="6" w:space="0" w:color="B9C9D6"/>
              <w:bottom w:val="single" w:sz="6" w:space="0" w:color="B9C9D6"/>
              <w:right w:val="single" w:sz="6" w:space="0" w:color="B9C9D6"/>
            </w:tcBorders>
            <w:tcMar>
              <w:left w:w="150" w:type="dxa"/>
              <w:right w:w="85" w:type="dxa"/>
            </w:tcMar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cantSplit w:val="true"/>
        </w:trPr>
        <w:tc>
          <w:tcPr>
            <w:tcW w:w="3816" w:type="dxa"/>
            <w:tcBorders>
              <w:top w:val="single" w:sz="6" w:space="0" w:color="B9C9D6"/>
              <w:left w:val="single" w:sz="6" w:space="0" w:color="B9C9D6"/>
              <w:bottom w:val="single" w:sz="6" w:space="0" w:color="B9C9D6"/>
              <w:right w:val="single" w:sz="6" w:space="0" w:color="B9C9D6"/>
            </w:tcBorders>
            <w:vAlign w:val="center"/>
          </w:tcPr>
          <w:p>
            <w:pPr>
              <w:pStyle w:val="Normal"/>
              <w:rPr/>
            </w:pPr>
            <w:r>
              <w:rPr>
                <w:b w:val="false"/>
                <w:color w:val="17324D"/>
                <w:sz w:val="20"/>
              </w:rPr>
              <w:t>Other</w:t>
            </w:r>
          </w:p>
        </w:tc>
        <w:tc>
          <w:tcPr>
            <w:tcW w:w="834" w:type="dxa"/>
            <w:tcBorders>
              <w:top w:val="single" w:sz="6" w:space="0" w:color="B9C9D6"/>
              <w:left w:val="single" w:sz="6" w:space="0" w:color="B9C9D6"/>
              <w:bottom w:val="single" w:sz="6" w:space="0" w:color="B9C9D6"/>
              <w:right w:val="single" w:sz="6" w:space="0" w:color="B9C9D6"/>
            </w:tcBorders>
            <w:tcMar>
              <w:left w:w="12" w:type="dxa"/>
              <w:right w:w="12" w:type="dxa"/>
            </w:tcMar>
            <w:vAlign w:val="center"/>
          </w:tcPr>
          <w:p>
            <w:pPr>
              <w:pStyle w:val="Normal"/>
              <w:jc w:val="center"/>
              <w:rPr/>
            </w:pPr>
            <w:sdt>
              <w:sdtPr>
                <w:alias w:val="Check box"/>
                <w:tag w:val="checkbox"/>
                <w14:checkbox>
                  <w14:checked w14:val="0"/>
                  <w14:checkedState w14:val="2612"/>
                  <w14:uncheckedState w14:val="2610"/>
                </w14:checkbox>
              </w:sdtPr>
              <w:sdtContent>
                <w:r>
                  <w:rPr>
                    <w:sz w:val="24"/>
                  </w:rPr>
                </w:r>
                <w:r>
                  <w:rPr>
                    <w:sz w:val="24"/>
                  </w:rPr>
                  <w:t>☐</w:t>
                </w:r>
              </w:sdtContent>
            </w:sdt>
          </w:p>
        </w:tc>
        <w:tc>
          <w:tcPr>
            <w:tcW w:w="5473" w:type="dxa"/>
            <w:tcBorders>
              <w:top w:val="single" w:sz="6" w:space="0" w:color="B9C9D6"/>
              <w:left w:val="single" w:sz="6" w:space="0" w:color="B9C9D6"/>
              <w:bottom w:val="single" w:sz="6" w:space="0" w:color="B9C9D6"/>
              <w:right w:val="single" w:sz="6" w:space="0" w:color="B9C9D6"/>
            </w:tcBorders>
            <w:tcMar>
              <w:left w:w="150" w:type="dxa"/>
              <w:right w:w="85" w:type="dxa"/>
            </w:tcMar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</w:tr>
    </w:tbl>
    <w:p>
      <w:pPr>
        <w:pStyle w:val="Normal"/>
        <w:spacing w:before="0" w:after="60"/>
        <w:rPr/>
      </w:pPr>
      <w:r>
        <w:rPr/>
      </w:r>
    </w:p>
    <w:tbl>
      <w:tblPr>
        <w:tblW w:w="10325" w:type="dxa"/>
        <w:jc w:val="center"/>
        <w:tblInd w:w="0" w:type="dxa"/>
        <w:tblLayout w:type="fixed"/>
        <w:tblCellMar>
          <w:top w:w="90" w:type="dxa"/>
          <w:left w:w="110" w:type="dxa"/>
          <w:bottom w:w="90" w:type="dxa"/>
          <w:right w:w="110" w:type="dxa"/>
        </w:tblCellMar>
        <w:tblLook w:val="04a0" w:noHBand="0" w:noVBand="1" w:firstColumn="1" w:lastRow="0" w:lastColumn="0" w:firstRow="1"/>
      </w:tblPr>
      <w:tblGrid>
        <w:gridCol w:w="10325"/>
      </w:tblGrid>
      <w:tr>
        <w:trPr/>
        <w:tc>
          <w:tcPr>
            <w:tcW w:w="10325" w:type="dxa"/>
            <w:tcBorders>
              <w:top w:val="single" w:sz="6" w:space="0" w:color="B9C9D6"/>
              <w:left w:val="single" w:sz="6" w:space="0" w:color="B9C9D6"/>
              <w:bottom w:val="single" w:sz="6" w:space="0" w:color="B9C9D6"/>
              <w:right w:val="single" w:sz="6" w:space="0" w:color="B9C9D6"/>
            </w:tcBorders>
            <w:shd w:fill="EAF5FC"/>
          </w:tcPr>
          <w:p>
            <w:pPr>
              <w:pStyle w:val="Normal"/>
              <w:rPr/>
            </w:pPr>
            <w:r>
              <w:rPr>
                <w:b/>
                <w:color w:val="12365A"/>
                <w:sz w:val="20"/>
              </w:rPr>
              <w:t>Supply / Equipment Notes</w:t>
            </w:r>
          </w:p>
        </w:tc>
      </w:tr>
      <w:tr>
        <w:trPr/>
        <w:tc>
          <w:tcPr>
            <w:tcW w:w="10325" w:type="dxa"/>
            <w:tcBorders>
              <w:top w:val="single" w:sz="6" w:space="0" w:color="B9C9D6"/>
              <w:left w:val="single" w:sz="6" w:space="0" w:color="B9C9D6"/>
              <w:bottom w:val="single" w:sz="6" w:space="0" w:color="B9C9D6"/>
              <w:right w:val="single" w:sz="6" w:space="0" w:color="B9C9D6"/>
            </w:tcBorders>
            <w:tcMar>
              <w:top w:w="140" w:type="dxa"/>
              <w:bottom w:w="140" w:type="dxa"/>
            </w:tcMar>
          </w:tcPr>
          <w:p>
            <w:pPr>
              <w:pStyle w:val="Normal"/>
              <w:rPr/>
            </w:pPr>
            <w:r>
              <w:rPr/>
            </w:r>
          </w:p>
        </w:tc>
      </w:tr>
      <w:tr>
        <w:trPr/>
        <w:tc>
          <w:tcPr>
            <w:tcW w:w="10325" w:type="dxa"/>
            <w:tcBorders>
              <w:top w:val="single" w:sz="6" w:space="0" w:color="B9C9D6"/>
              <w:left w:val="single" w:sz="6" w:space="0" w:color="B9C9D6"/>
              <w:bottom w:val="single" w:sz="6" w:space="0" w:color="B9C9D6"/>
              <w:right w:val="single" w:sz="6" w:space="0" w:color="B9C9D6"/>
            </w:tcBorders>
            <w:tcMar>
              <w:top w:w="140" w:type="dxa"/>
              <w:bottom w:w="140" w:type="dxa"/>
            </w:tcMar>
          </w:tcPr>
          <w:p>
            <w:pPr>
              <w:pStyle w:val="Normal"/>
              <w:rPr/>
            </w:pPr>
            <w:r>
              <w:rPr/>
            </w:r>
          </w:p>
        </w:tc>
      </w:tr>
      <w:tr>
        <w:trPr/>
        <w:tc>
          <w:tcPr>
            <w:tcW w:w="10325" w:type="dxa"/>
            <w:tcBorders>
              <w:top w:val="single" w:sz="6" w:space="0" w:color="B9C9D6"/>
              <w:left w:val="single" w:sz="6" w:space="0" w:color="B9C9D6"/>
              <w:bottom w:val="single" w:sz="6" w:space="0" w:color="B9C9D6"/>
              <w:right w:val="single" w:sz="6" w:space="0" w:color="B9C9D6"/>
            </w:tcBorders>
            <w:tcMar>
              <w:top w:w="140" w:type="dxa"/>
              <w:bottom w:w="140" w:type="dxa"/>
            </w:tcMar>
          </w:tcPr>
          <w:p>
            <w:pPr>
              <w:pStyle w:val="Normal"/>
              <w:rPr/>
            </w:pPr>
            <w:r>
              <w:rPr/>
            </w:r>
          </w:p>
        </w:tc>
      </w:tr>
      <w:tr>
        <w:trPr/>
        <w:tc>
          <w:tcPr>
            <w:tcW w:w="10325" w:type="dxa"/>
            <w:tcBorders>
              <w:top w:val="single" w:sz="6" w:space="0" w:color="B9C9D6"/>
              <w:left w:val="single" w:sz="6" w:space="0" w:color="B9C9D6"/>
              <w:bottom w:val="single" w:sz="6" w:space="0" w:color="B9C9D6"/>
              <w:right w:val="single" w:sz="6" w:space="0" w:color="B9C9D6"/>
            </w:tcBorders>
            <w:tcMar>
              <w:top w:w="140" w:type="dxa"/>
              <w:bottom w:w="140" w:type="dxa"/>
            </w:tcMar>
          </w:tcPr>
          <w:p>
            <w:pPr>
              <w:pStyle w:val="Normal"/>
              <w:rPr/>
            </w:pPr>
            <w:r>
              <w:rPr/>
            </w:r>
          </w:p>
        </w:tc>
      </w:tr>
    </w:tbl>
    <w:p>
      <w:pPr>
        <w:pStyle w:val="Normal"/>
        <w:rPr/>
      </w:pPr>
      <w:r>
        <w:rPr/>
      </w:r>
      <w:r>
        <w:br w:type="page"/>
      </w:r>
    </w:p>
    <w:tbl>
      <w:tblPr>
        <w:tblW w:w="10324" w:type="dxa"/>
        <w:jc w:val="center"/>
        <w:tblInd w:w="0" w:type="dxa"/>
        <w:tblLayout w:type="fixed"/>
        <w:tblCellMar>
          <w:top w:w="110" w:type="dxa"/>
          <w:left w:w="230" w:type="dxa"/>
          <w:bottom w:w="110" w:type="dxa"/>
          <w:right w:w="160" w:type="dxa"/>
        </w:tblCellMar>
        <w:tblLook w:val="04a0" w:noHBand="0" w:noVBand="1" w:firstColumn="1" w:lastRow="0" w:lastColumn="0" w:firstRow="1"/>
      </w:tblPr>
      <w:tblGrid>
        <w:gridCol w:w="10324"/>
      </w:tblGrid>
      <w:tr>
        <w:trPr/>
        <w:tc>
          <w:tcPr>
            <w:tcW w:w="10324" w:type="dxa"/>
            <w:tcBorders>
              <w:top w:val="single" w:sz="2" w:space="0" w:color="EEF8F2"/>
              <w:left w:val="single" w:sz="2" w:space="0" w:color="EEF8F2"/>
              <w:bottom w:val="single" w:sz="2" w:space="0" w:color="EEF8F2"/>
              <w:right w:val="single" w:sz="2" w:space="0" w:color="EEF8F2"/>
            </w:tcBorders>
            <w:shd w:fill="EAF5FC"/>
          </w:tcPr>
          <w:p>
            <w:pPr>
              <w:pStyle w:val="Normal"/>
              <w:pageBreakBefore/>
              <w:spacing w:before="0" w:after="0"/>
              <w:jc w:val="left"/>
              <w:rPr/>
            </w:pPr>
            <w:r>
              <w:rPr>
                <w:b/>
                <w:color w:val="12365A"/>
                <w:sz w:val="30"/>
              </w:rPr>
              <w:t>10.  Labor Estimate</w:t>
            </w:r>
          </w:p>
        </w:tc>
      </w:tr>
    </w:tbl>
    <w:p>
      <w:pPr>
        <w:pStyle w:val="Normal"/>
        <w:spacing w:before="0" w:after="60"/>
        <w:rPr/>
      </w:pPr>
      <w:r>
        <w:rPr/>
      </w:r>
    </w:p>
    <w:p>
      <w:pPr>
        <w:pStyle w:val="Normal"/>
        <w:spacing w:before="0" w:after="160"/>
        <w:rPr/>
      </w:pPr>
      <w:r>
        <w:rPr>
          <w:b w:val="false"/>
          <w:color w:val="53697C"/>
          <w:sz w:val="21"/>
        </w:rPr>
        <w:t>Estimate total labor hours after the walkthrough. Separate the first cleaning from recurring service when needed.</w:t>
      </w:r>
    </w:p>
    <w:tbl>
      <w:tblPr>
        <w:tblW w:w="10324" w:type="dxa"/>
        <w:jc w:val="center"/>
        <w:tblInd w:w="0" w:type="dxa"/>
        <w:tblLayout w:type="fixed"/>
        <w:tblCellMar>
          <w:top w:w="125" w:type="dxa"/>
          <w:left w:w="210" w:type="dxa"/>
          <w:bottom w:w="125" w:type="dxa"/>
          <w:right w:w="100" w:type="dxa"/>
        </w:tblCellMar>
        <w:tblLook w:val="04a0" w:noHBand="0" w:noVBand="1" w:firstColumn="1" w:lastRow="0" w:lastColumn="0" w:firstRow="1"/>
      </w:tblPr>
      <w:tblGrid>
        <w:gridCol w:w="5162"/>
        <w:gridCol w:w="5161"/>
      </w:tblGrid>
      <w:tr>
        <w:trPr>
          <w:cantSplit w:val="true"/>
        </w:trPr>
        <w:tc>
          <w:tcPr>
            <w:tcW w:w="5162" w:type="dxa"/>
            <w:tcBorders>
              <w:top w:val="single" w:sz="6" w:space="0" w:color="B9C9D6"/>
              <w:left w:val="single" w:sz="6" w:space="0" w:color="B9C9D6"/>
              <w:bottom w:val="single" w:sz="6" w:space="0" w:color="B9C9D6"/>
              <w:right w:val="single" w:sz="6" w:space="0" w:color="B9C9D6"/>
            </w:tcBorders>
            <w:shd w:fill="F6FAFD"/>
            <w:vAlign w:val="center"/>
          </w:tcPr>
          <w:p>
            <w:pPr>
              <w:pStyle w:val="Normal"/>
              <w:rPr/>
            </w:pPr>
            <w:r>
              <w:rPr>
                <w:b/>
                <w:color w:val="17324D"/>
                <w:sz w:val="21"/>
              </w:rPr>
              <w:t>Number of Cleaners</w:t>
            </w:r>
          </w:p>
        </w:tc>
        <w:tc>
          <w:tcPr>
            <w:tcW w:w="5161" w:type="dxa"/>
            <w:tcBorders>
              <w:top w:val="single" w:sz="6" w:space="0" w:color="B9C9D6"/>
              <w:left w:val="single" w:sz="6" w:space="0" w:color="B9C9D6"/>
              <w:bottom w:val="single" w:sz="6" w:space="0" w:color="B9C9D6"/>
              <w:right w:val="single" w:sz="6" w:space="0" w:color="B9C9D6"/>
            </w:tcBorders>
            <w:tcMar>
              <w:left w:w="190" w:type="dxa"/>
            </w:tcMar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cantSplit w:val="true"/>
        </w:trPr>
        <w:tc>
          <w:tcPr>
            <w:tcW w:w="5162" w:type="dxa"/>
            <w:tcBorders>
              <w:top w:val="single" w:sz="6" w:space="0" w:color="B9C9D6"/>
              <w:left w:val="single" w:sz="6" w:space="0" w:color="B9C9D6"/>
              <w:bottom w:val="single" w:sz="6" w:space="0" w:color="B9C9D6"/>
              <w:right w:val="single" w:sz="6" w:space="0" w:color="B9C9D6"/>
            </w:tcBorders>
            <w:shd w:fill="F6FAFD"/>
            <w:vAlign w:val="center"/>
          </w:tcPr>
          <w:p>
            <w:pPr>
              <w:pStyle w:val="Normal"/>
              <w:rPr/>
            </w:pPr>
            <w:r>
              <w:rPr>
                <w:b/>
                <w:color w:val="17324D"/>
                <w:sz w:val="21"/>
              </w:rPr>
              <w:t>Estimated Hours per Cleaner</w:t>
            </w:r>
          </w:p>
        </w:tc>
        <w:tc>
          <w:tcPr>
            <w:tcW w:w="5161" w:type="dxa"/>
            <w:tcBorders>
              <w:top w:val="single" w:sz="6" w:space="0" w:color="B9C9D6"/>
              <w:left w:val="single" w:sz="6" w:space="0" w:color="B9C9D6"/>
              <w:bottom w:val="single" w:sz="6" w:space="0" w:color="B9C9D6"/>
              <w:right w:val="single" w:sz="6" w:space="0" w:color="B9C9D6"/>
            </w:tcBorders>
            <w:tcMar>
              <w:left w:w="190" w:type="dxa"/>
            </w:tcMar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cantSplit w:val="true"/>
        </w:trPr>
        <w:tc>
          <w:tcPr>
            <w:tcW w:w="5162" w:type="dxa"/>
            <w:tcBorders>
              <w:top w:val="single" w:sz="6" w:space="0" w:color="B9C9D6"/>
              <w:left w:val="single" w:sz="6" w:space="0" w:color="B9C9D6"/>
              <w:bottom w:val="single" w:sz="6" w:space="0" w:color="B9C9D6"/>
              <w:right w:val="single" w:sz="6" w:space="0" w:color="B9C9D6"/>
            </w:tcBorders>
            <w:shd w:fill="F6FAFD"/>
            <w:vAlign w:val="center"/>
          </w:tcPr>
          <w:p>
            <w:pPr>
              <w:pStyle w:val="Normal"/>
              <w:rPr/>
            </w:pPr>
            <w:r>
              <w:rPr>
                <w:b/>
                <w:color w:val="17324D"/>
                <w:sz w:val="21"/>
              </w:rPr>
              <w:t>Total Labor Hours</w:t>
            </w:r>
          </w:p>
        </w:tc>
        <w:tc>
          <w:tcPr>
            <w:tcW w:w="5161" w:type="dxa"/>
            <w:tcBorders>
              <w:top w:val="single" w:sz="6" w:space="0" w:color="B9C9D6"/>
              <w:left w:val="single" w:sz="6" w:space="0" w:color="B9C9D6"/>
              <w:bottom w:val="single" w:sz="6" w:space="0" w:color="B9C9D6"/>
              <w:right w:val="single" w:sz="6" w:space="0" w:color="B9C9D6"/>
            </w:tcBorders>
            <w:tcMar>
              <w:left w:w="190" w:type="dxa"/>
            </w:tcMar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cantSplit w:val="true"/>
        </w:trPr>
        <w:tc>
          <w:tcPr>
            <w:tcW w:w="5162" w:type="dxa"/>
            <w:tcBorders>
              <w:top w:val="single" w:sz="6" w:space="0" w:color="B9C9D6"/>
              <w:left w:val="single" w:sz="6" w:space="0" w:color="B9C9D6"/>
              <w:bottom w:val="single" w:sz="6" w:space="0" w:color="B9C9D6"/>
              <w:right w:val="single" w:sz="6" w:space="0" w:color="B9C9D6"/>
            </w:tcBorders>
            <w:shd w:fill="F6FAFD"/>
            <w:vAlign w:val="center"/>
          </w:tcPr>
          <w:p>
            <w:pPr>
              <w:pStyle w:val="Normal"/>
              <w:rPr/>
            </w:pPr>
            <w:r>
              <w:rPr>
                <w:b/>
                <w:color w:val="17324D"/>
                <w:sz w:val="21"/>
              </w:rPr>
              <w:t>Initial Cleaning Estimate</w:t>
            </w:r>
          </w:p>
        </w:tc>
        <w:tc>
          <w:tcPr>
            <w:tcW w:w="5161" w:type="dxa"/>
            <w:tcBorders>
              <w:top w:val="single" w:sz="6" w:space="0" w:color="B9C9D6"/>
              <w:left w:val="single" w:sz="6" w:space="0" w:color="B9C9D6"/>
              <w:bottom w:val="single" w:sz="6" w:space="0" w:color="B9C9D6"/>
              <w:right w:val="single" w:sz="6" w:space="0" w:color="B9C9D6"/>
            </w:tcBorders>
            <w:tcMar>
              <w:left w:w="190" w:type="dxa"/>
            </w:tcMar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cantSplit w:val="true"/>
        </w:trPr>
        <w:tc>
          <w:tcPr>
            <w:tcW w:w="5162" w:type="dxa"/>
            <w:tcBorders>
              <w:top w:val="single" w:sz="6" w:space="0" w:color="B9C9D6"/>
              <w:left w:val="single" w:sz="6" w:space="0" w:color="B9C9D6"/>
              <w:bottom w:val="single" w:sz="6" w:space="0" w:color="B9C9D6"/>
              <w:right w:val="single" w:sz="6" w:space="0" w:color="B9C9D6"/>
            </w:tcBorders>
            <w:shd w:fill="F6FAFD"/>
            <w:vAlign w:val="center"/>
          </w:tcPr>
          <w:p>
            <w:pPr>
              <w:pStyle w:val="Normal"/>
              <w:rPr/>
            </w:pPr>
            <w:r>
              <w:rPr>
                <w:b/>
                <w:color w:val="17324D"/>
                <w:sz w:val="21"/>
              </w:rPr>
              <w:t>Recurring Cleaning Estimate</w:t>
            </w:r>
          </w:p>
        </w:tc>
        <w:tc>
          <w:tcPr>
            <w:tcW w:w="5161" w:type="dxa"/>
            <w:tcBorders>
              <w:top w:val="single" w:sz="6" w:space="0" w:color="B9C9D6"/>
              <w:left w:val="single" w:sz="6" w:space="0" w:color="B9C9D6"/>
              <w:bottom w:val="single" w:sz="6" w:space="0" w:color="B9C9D6"/>
              <w:right w:val="single" w:sz="6" w:space="0" w:color="B9C9D6"/>
            </w:tcBorders>
            <w:tcMar>
              <w:left w:w="190" w:type="dxa"/>
            </w:tcMar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cantSplit w:val="true"/>
        </w:trPr>
        <w:tc>
          <w:tcPr>
            <w:tcW w:w="5162" w:type="dxa"/>
            <w:tcBorders>
              <w:top w:val="single" w:sz="6" w:space="0" w:color="B9C9D6"/>
              <w:left w:val="single" w:sz="6" w:space="0" w:color="B9C9D6"/>
              <w:bottom w:val="single" w:sz="6" w:space="0" w:color="B9C9D6"/>
              <w:right w:val="single" w:sz="6" w:space="0" w:color="B9C9D6"/>
            </w:tcBorders>
            <w:shd w:fill="F6FAFD"/>
            <w:vAlign w:val="center"/>
          </w:tcPr>
          <w:p>
            <w:pPr>
              <w:pStyle w:val="Normal"/>
              <w:rPr/>
            </w:pPr>
            <w:r>
              <w:rPr>
                <w:b/>
                <w:color w:val="17324D"/>
                <w:sz w:val="21"/>
              </w:rPr>
              <w:t>Estimated Labor Cost (optional)</w:t>
            </w:r>
          </w:p>
        </w:tc>
        <w:tc>
          <w:tcPr>
            <w:tcW w:w="5161" w:type="dxa"/>
            <w:tcBorders>
              <w:top w:val="single" w:sz="6" w:space="0" w:color="B9C9D6"/>
              <w:left w:val="single" w:sz="6" w:space="0" w:color="B9C9D6"/>
              <w:bottom w:val="single" w:sz="6" w:space="0" w:color="B9C9D6"/>
              <w:right w:val="single" w:sz="6" w:space="0" w:color="B9C9D6"/>
            </w:tcBorders>
            <w:tcMar>
              <w:left w:w="190" w:type="dxa"/>
            </w:tcMar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cantSplit w:val="true"/>
        </w:trPr>
        <w:tc>
          <w:tcPr>
            <w:tcW w:w="5162" w:type="dxa"/>
            <w:tcBorders>
              <w:top w:val="single" w:sz="6" w:space="0" w:color="B9C9D6"/>
              <w:left w:val="single" w:sz="6" w:space="0" w:color="B9C9D6"/>
              <w:bottom w:val="single" w:sz="6" w:space="0" w:color="B9C9D6"/>
              <w:right w:val="single" w:sz="6" w:space="0" w:color="B9C9D6"/>
            </w:tcBorders>
            <w:shd w:fill="F6FAFD"/>
            <w:vAlign w:val="center"/>
          </w:tcPr>
          <w:p>
            <w:pPr>
              <w:pStyle w:val="Normal"/>
              <w:rPr/>
            </w:pPr>
            <w:r>
              <w:rPr>
                <w:b/>
                <w:color w:val="17324D"/>
                <w:sz w:val="21"/>
              </w:rPr>
              <w:t>Estimated Job Price (optional)</w:t>
            </w:r>
          </w:p>
        </w:tc>
        <w:tc>
          <w:tcPr>
            <w:tcW w:w="5161" w:type="dxa"/>
            <w:tcBorders>
              <w:top w:val="single" w:sz="6" w:space="0" w:color="B9C9D6"/>
              <w:left w:val="single" w:sz="6" w:space="0" w:color="B9C9D6"/>
              <w:bottom w:val="single" w:sz="6" w:space="0" w:color="B9C9D6"/>
              <w:right w:val="single" w:sz="6" w:space="0" w:color="B9C9D6"/>
            </w:tcBorders>
            <w:tcMar>
              <w:left w:w="190" w:type="dxa"/>
            </w:tcMar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</w:tr>
    </w:tbl>
    <w:p>
      <w:pPr>
        <w:pStyle w:val="Normal"/>
        <w:spacing w:before="200" w:after="200"/>
        <w:jc w:val="center"/>
        <w:rPr/>
      </w:pPr>
      <w:r>
        <w:rPr>
          <w:b/>
          <w:color w:val="12365A"/>
          <w:sz w:val="24"/>
        </w:rPr>
        <w:t>Total Labor Hours = Number of Cleaners × Hours per Cleaner</w:t>
      </w:r>
    </w:p>
    <w:p>
      <w:pPr>
        <w:pStyle w:val="Normal"/>
        <w:spacing w:before="0" w:after="60"/>
        <w:rPr/>
      </w:pPr>
      <w:r>
        <w:rPr/>
      </w:r>
    </w:p>
    <w:tbl>
      <w:tblPr>
        <w:tblW w:w="10325" w:type="dxa"/>
        <w:jc w:val="center"/>
        <w:tblInd w:w="0" w:type="dxa"/>
        <w:tblLayout w:type="fixed"/>
        <w:tblCellMar>
          <w:top w:w="90" w:type="dxa"/>
          <w:left w:w="110" w:type="dxa"/>
          <w:bottom w:w="90" w:type="dxa"/>
          <w:right w:w="110" w:type="dxa"/>
        </w:tblCellMar>
        <w:tblLook w:val="04a0" w:noHBand="0" w:noVBand="1" w:firstColumn="1" w:lastRow="0" w:lastColumn="0" w:firstRow="1"/>
      </w:tblPr>
      <w:tblGrid>
        <w:gridCol w:w="10325"/>
      </w:tblGrid>
      <w:tr>
        <w:trPr/>
        <w:tc>
          <w:tcPr>
            <w:tcW w:w="10325" w:type="dxa"/>
            <w:tcBorders>
              <w:top w:val="single" w:sz="6" w:space="0" w:color="B9C9D6"/>
              <w:left w:val="single" w:sz="6" w:space="0" w:color="B9C9D6"/>
              <w:bottom w:val="single" w:sz="6" w:space="0" w:color="B9C9D6"/>
              <w:right w:val="single" w:sz="6" w:space="0" w:color="B9C9D6"/>
            </w:tcBorders>
            <w:shd w:fill="EAF5FC"/>
          </w:tcPr>
          <w:p>
            <w:pPr>
              <w:pStyle w:val="Normal"/>
              <w:rPr/>
            </w:pPr>
            <w:r>
              <w:rPr>
                <w:b/>
                <w:color w:val="12365A"/>
                <w:sz w:val="20"/>
              </w:rPr>
              <w:t>Labor / Pricing Notes</w:t>
            </w:r>
          </w:p>
        </w:tc>
      </w:tr>
      <w:tr>
        <w:trPr/>
        <w:tc>
          <w:tcPr>
            <w:tcW w:w="10325" w:type="dxa"/>
            <w:tcBorders>
              <w:top w:val="single" w:sz="6" w:space="0" w:color="B9C9D6"/>
              <w:left w:val="single" w:sz="6" w:space="0" w:color="B9C9D6"/>
              <w:bottom w:val="single" w:sz="6" w:space="0" w:color="B9C9D6"/>
              <w:right w:val="single" w:sz="6" w:space="0" w:color="B9C9D6"/>
            </w:tcBorders>
            <w:tcMar>
              <w:top w:w="140" w:type="dxa"/>
              <w:bottom w:w="140" w:type="dxa"/>
            </w:tcMar>
          </w:tcPr>
          <w:p>
            <w:pPr>
              <w:pStyle w:val="Normal"/>
              <w:rPr/>
            </w:pPr>
            <w:r>
              <w:rPr/>
            </w:r>
          </w:p>
        </w:tc>
      </w:tr>
      <w:tr>
        <w:trPr/>
        <w:tc>
          <w:tcPr>
            <w:tcW w:w="10325" w:type="dxa"/>
            <w:tcBorders>
              <w:top w:val="single" w:sz="6" w:space="0" w:color="B9C9D6"/>
              <w:left w:val="single" w:sz="6" w:space="0" w:color="B9C9D6"/>
              <w:bottom w:val="single" w:sz="6" w:space="0" w:color="B9C9D6"/>
              <w:right w:val="single" w:sz="6" w:space="0" w:color="B9C9D6"/>
            </w:tcBorders>
            <w:tcMar>
              <w:top w:w="140" w:type="dxa"/>
              <w:bottom w:w="140" w:type="dxa"/>
            </w:tcMar>
          </w:tcPr>
          <w:p>
            <w:pPr>
              <w:pStyle w:val="Normal"/>
              <w:rPr/>
            </w:pPr>
            <w:r>
              <w:rPr/>
            </w:r>
          </w:p>
        </w:tc>
      </w:tr>
      <w:tr>
        <w:trPr/>
        <w:tc>
          <w:tcPr>
            <w:tcW w:w="10325" w:type="dxa"/>
            <w:tcBorders>
              <w:top w:val="single" w:sz="6" w:space="0" w:color="B9C9D6"/>
              <w:left w:val="single" w:sz="6" w:space="0" w:color="B9C9D6"/>
              <w:bottom w:val="single" w:sz="6" w:space="0" w:color="B9C9D6"/>
              <w:right w:val="single" w:sz="6" w:space="0" w:color="B9C9D6"/>
            </w:tcBorders>
            <w:tcMar>
              <w:top w:w="140" w:type="dxa"/>
              <w:bottom w:w="140" w:type="dxa"/>
            </w:tcMar>
          </w:tcPr>
          <w:p>
            <w:pPr>
              <w:pStyle w:val="Normal"/>
              <w:rPr/>
            </w:pPr>
            <w:r>
              <w:rPr/>
            </w:r>
          </w:p>
        </w:tc>
      </w:tr>
      <w:tr>
        <w:trPr/>
        <w:tc>
          <w:tcPr>
            <w:tcW w:w="10325" w:type="dxa"/>
            <w:tcBorders>
              <w:top w:val="single" w:sz="6" w:space="0" w:color="B9C9D6"/>
              <w:left w:val="single" w:sz="6" w:space="0" w:color="B9C9D6"/>
              <w:bottom w:val="single" w:sz="6" w:space="0" w:color="B9C9D6"/>
              <w:right w:val="single" w:sz="6" w:space="0" w:color="B9C9D6"/>
            </w:tcBorders>
            <w:tcMar>
              <w:top w:w="140" w:type="dxa"/>
              <w:bottom w:w="140" w:type="dxa"/>
            </w:tcMar>
          </w:tcPr>
          <w:p>
            <w:pPr>
              <w:pStyle w:val="Normal"/>
              <w:rPr/>
            </w:pPr>
            <w:r>
              <w:rPr/>
            </w:r>
          </w:p>
        </w:tc>
      </w:tr>
      <w:tr>
        <w:trPr/>
        <w:tc>
          <w:tcPr>
            <w:tcW w:w="10325" w:type="dxa"/>
            <w:tcBorders>
              <w:top w:val="single" w:sz="6" w:space="0" w:color="B9C9D6"/>
              <w:left w:val="single" w:sz="6" w:space="0" w:color="B9C9D6"/>
              <w:bottom w:val="single" w:sz="6" w:space="0" w:color="B9C9D6"/>
              <w:right w:val="single" w:sz="6" w:space="0" w:color="B9C9D6"/>
            </w:tcBorders>
            <w:tcMar>
              <w:top w:w="140" w:type="dxa"/>
              <w:bottom w:w="140" w:type="dxa"/>
            </w:tcMar>
          </w:tcPr>
          <w:p>
            <w:pPr>
              <w:pStyle w:val="Normal"/>
              <w:rPr/>
            </w:pPr>
            <w:r>
              <w:rPr/>
            </w:r>
          </w:p>
        </w:tc>
      </w:tr>
    </w:tbl>
    <w:p>
      <w:pPr>
        <w:pStyle w:val="Normal"/>
        <w:rPr/>
      </w:pPr>
      <w:r>
        <w:rPr/>
      </w:r>
      <w:r>
        <w:br w:type="page"/>
      </w:r>
    </w:p>
    <w:tbl>
      <w:tblPr>
        <w:tblW w:w="10324" w:type="dxa"/>
        <w:jc w:val="center"/>
        <w:tblInd w:w="0" w:type="dxa"/>
        <w:tblLayout w:type="fixed"/>
        <w:tblCellMar>
          <w:top w:w="110" w:type="dxa"/>
          <w:left w:w="230" w:type="dxa"/>
          <w:bottom w:w="110" w:type="dxa"/>
          <w:right w:w="160" w:type="dxa"/>
        </w:tblCellMar>
        <w:tblLook w:val="04a0" w:noHBand="0" w:noVBand="1" w:firstColumn="1" w:lastRow="0" w:lastColumn="0" w:firstRow="1"/>
      </w:tblPr>
      <w:tblGrid>
        <w:gridCol w:w="10324"/>
      </w:tblGrid>
      <w:tr>
        <w:trPr/>
        <w:tc>
          <w:tcPr>
            <w:tcW w:w="10324" w:type="dxa"/>
            <w:tcBorders>
              <w:top w:val="single" w:sz="2" w:space="0" w:color="EAF5FC"/>
              <w:left w:val="single" w:sz="2" w:space="0" w:color="EAF5FC"/>
              <w:bottom w:val="single" w:sz="2" w:space="0" w:color="EAF5FC"/>
              <w:right w:val="single" w:sz="2" w:space="0" w:color="EAF5FC"/>
            </w:tcBorders>
            <w:shd w:fill="EAF5FC"/>
          </w:tcPr>
          <w:p>
            <w:pPr>
              <w:pStyle w:val="Normal"/>
              <w:pageBreakBefore/>
              <w:spacing w:before="0" w:after="0"/>
              <w:jc w:val="left"/>
              <w:rPr/>
            </w:pPr>
            <w:r>
              <w:rPr>
                <w:b/>
                <w:color w:val="12365A"/>
                <w:sz w:val="30"/>
              </w:rPr>
              <w:t>11.  Walkthrough Summary and Quote Handoff</w:t>
            </w:r>
          </w:p>
        </w:tc>
      </w:tr>
    </w:tbl>
    <w:p>
      <w:pPr>
        <w:pStyle w:val="Normal"/>
        <w:spacing w:before="0" w:after="60"/>
        <w:rPr/>
      </w:pPr>
      <w:r>
        <w:rPr/>
      </w:r>
    </w:p>
    <w:p>
      <w:pPr>
        <w:pStyle w:val="Normal"/>
        <w:spacing w:before="0" w:after="160"/>
        <w:rPr/>
      </w:pPr>
      <w:r>
        <w:rPr>
          <w:b w:val="false"/>
          <w:color w:val="53697C"/>
          <w:sz w:val="21"/>
        </w:rPr>
        <w:t>Complete this page before turning the walkthrough into the customer quote.</w:t>
      </w:r>
    </w:p>
    <w:tbl>
      <w:tblPr>
        <w:tblW w:w="10123" w:type="dxa"/>
        <w:jc w:val="center"/>
        <w:tblInd w:w="0" w:type="dxa"/>
        <w:tblLayout w:type="fixed"/>
        <w:tblCellMar>
          <w:top w:w="110" w:type="dxa"/>
          <w:left w:w="145" w:type="dxa"/>
          <w:bottom w:w="110" w:type="dxa"/>
          <w:right w:w="55" w:type="dxa"/>
        </w:tblCellMar>
        <w:tblLook w:val="04a0" w:noHBand="0" w:noVBand="1" w:firstColumn="1" w:lastRow="0" w:lastColumn="0" w:firstRow="1"/>
      </w:tblPr>
      <w:tblGrid>
        <w:gridCol w:w="4737"/>
        <w:gridCol w:w="835"/>
        <w:gridCol w:w="4551"/>
      </w:tblGrid>
      <w:tr>
        <w:trPr>
          <w:tblHeader w:val="true"/>
        </w:trPr>
        <w:tc>
          <w:tcPr>
            <w:tcW w:w="4737" w:type="dxa"/>
            <w:tcBorders>
              <w:top w:val="single" w:sz="6" w:space="0" w:color="B9C9D6"/>
              <w:left w:val="single" w:sz="6" w:space="0" w:color="B9C9D6"/>
              <w:bottom w:val="single" w:sz="6" w:space="0" w:color="B9C9D6"/>
              <w:right w:val="single" w:sz="6" w:space="0" w:color="B9C9D6"/>
            </w:tcBorders>
            <w:shd w:fill="EAF5FC"/>
          </w:tcPr>
          <w:p>
            <w:pPr>
              <w:pStyle w:val="Normal"/>
              <w:jc w:val="left"/>
              <w:rPr/>
            </w:pPr>
            <w:r>
              <w:rPr>
                <w:b/>
                <w:color w:val="12365A"/>
                <w:sz w:val="20"/>
              </w:rPr>
              <w:t>Final Check</w:t>
            </w:r>
          </w:p>
        </w:tc>
        <w:tc>
          <w:tcPr>
            <w:tcW w:w="835" w:type="dxa"/>
            <w:tcBorders>
              <w:top w:val="single" w:sz="6" w:space="0" w:color="B9C9D6"/>
              <w:left w:val="single" w:sz="6" w:space="0" w:color="B9C9D6"/>
              <w:bottom w:val="single" w:sz="6" w:space="0" w:color="B9C9D6"/>
              <w:right w:val="single" w:sz="6" w:space="0" w:color="B9C9D6"/>
            </w:tcBorders>
            <w:shd w:fill="EAF5FC"/>
            <w:tcMar>
              <w:left w:w="12" w:type="dxa"/>
              <w:right w:w="12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rPr>
                <w:b/>
                <w:color w:val="12365A"/>
                <w:sz w:val="20"/>
              </w:rPr>
              <w:t>Done</w:t>
            </w:r>
          </w:p>
        </w:tc>
        <w:tc>
          <w:tcPr>
            <w:tcW w:w="4551" w:type="dxa"/>
            <w:tcBorders>
              <w:top w:val="single" w:sz="6" w:space="0" w:color="B9C9D6"/>
              <w:left w:val="single" w:sz="6" w:space="0" w:color="B9C9D6"/>
              <w:bottom w:val="single" w:sz="6" w:space="0" w:color="B9C9D6"/>
              <w:right w:val="single" w:sz="6" w:space="0" w:color="B9C9D6"/>
            </w:tcBorders>
            <w:shd w:fill="EAF5FC"/>
            <w:tcMar>
              <w:left w:w="150" w:type="dxa"/>
              <w:right w:w="85" w:type="dxa"/>
            </w:tcMar>
          </w:tcPr>
          <w:p>
            <w:pPr>
              <w:pStyle w:val="Normal"/>
              <w:jc w:val="left"/>
              <w:rPr/>
            </w:pPr>
            <w:r>
              <w:rPr>
                <w:b/>
                <w:color w:val="12365A"/>
                <w:sz w:val="20"/>
              </w:rPr>
              <w:t>Notes</w:t>
            </w:r>
          </w:p>
        </w:tc>
      </w:tr>
      <w:tr>
        <w:trPr>
          <w:cantSplit w:val="true"/>
        </w:trPr>
        <w:tc>
          <w:tcPr>
            <w:tcW w:w="4737" w:type="dxa"/>
            <w:tcBorders>
              <w:top w:val="single" w:sz="6" w:space="0" w:color="B9C9D6"/>
              <w:left w:val="single" w:sz="6" w:space="0" w:color="B9C9D6"/>
              <w:bottom w:val="single" w:sz="6" w:space="0" w:color="B9C9D6"/>
              <w:right w:val="single" w:sz="6" w:space="0" w:color="B9C9D6"/>
            </w:tcBorders>
            <w:vAlign w:val="center"/>
          </w:tcPr>
          <w:p>
            <w:pPr>
              <w:pStyle w:val="Normal"/>
              <w:rPr/>
            </w:pPr>
            <w:r>
              <w:rPr>
                <w:b w:val="false"/>
                <w:color w:val="17324D"/>
                <w:sz w:val="20"/>
              </w:rPr>
              <w:t>Scope clearly defined</w:t>
            </w:r>
          </w:p>
        </w:tc>
        <w:tc>
          <w:tcPr>
            <w:tcW w:w="835" w:type="dxa"/>
            <w:tcBorders>
              <w:top w:val="single" w:sz="6" w:space="0" w:color="B9C9D6"/>
              <w:left w:val="single" w:sz="6" w:space="0" w:color="B9C9D6"/>
              <w:bottom w:val="single" w:sz="6" w:space="0" w:color="B9C9D6"/>
              <w:right w:val="single" w:sz="6" w:space="0" w:color="B9C9D6"/>
            </w:tcBorders>
            <w:tcMar>
              <w:left w:w="12" w:type="dxa"/>
              <w:right w:w="12" w:type="dxa"/>
            </w:tcMar>
            <w:vAlign w:val="center"/>
          </w:tcPr>
          <w:p>
            <w:pPr>
              <w:pStyle w:val="Normal"/>
              <w:jc w:val="center"/>
              <w:rPr/>
            </w:pPr>
            <w:sdt>
              <w:sdtPr>
                <w:alias w:val="Check box"/>
                <w:tag w:val="checkbox"/>
                <w14:checkbox>
                  <w14:checked w14:val="0"/>
                  <w14:checkedState w14:val="2612"/>
                  <w14:uncheckedState w14:val="2610"/>
                </w14:checkbox>
              </w:sdtPr>
              <w:sdtContent>
                <w:r>
                  <w:rPr>
                    <w:sz w:val="24"/>
                  </w:rPr>
                </w:r>
                <w:r>
                  <w:rPr>
                    <w:sz w:val="24"/>
                  </w:rPr>
                  <w:t>☐</w:t>
                </w:r>
              </w:sdtContent>
            </w:sdt>
          </w:p>
        </w:tc>
        <w:tc>
          <w:tcPr>
            <w:tcW w:w="4551" w:type="dxa"/>
            <w:tcBorders>
              <w:top w:val="single" w:sz="6" w:space="0" w:color="B9C9D6"/>
              <w:left w:val="single" w:sz="6" w:space="0" w:color="B9C9D6"/>
              <w:bottom w:val="single" w:sz="6" w:space="0" w:color="B9C9D6"/>
              <w:right w:val="single" w:sz="6" w:space="0" w:color="B9C9D6"/>
            </w:tcBorders>
            <w:tcMar>
              <w:left w:w="150" w:type="dxa"/>
              <w:right w:w="85" w:type="dxa"/>
            </w:tcMar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cantSplit w:val="true"/>
        </w:trPr>
        <w:tc>
          <w:tcPr>
            <w:tcW w:w="4737" w:type="dxa"/>
            <w:tcBorders>
              <w:top w:val="single" w:sz="6" w:space="0" w:color="B9C9D6"/>
              <w:left w:val="single" w:sz="6" w:space="0" w:color="B9C9D6"/>
              <w:bottom w:val="single" w:sz="6" w:space="0" w:color="B9C9D6"/>
              <w:right w:val="single" w:sz="6" w:space="0" w:color="B9C9D6"/>
            </w:tcBorders>
            <w:vAlign w:val="center"/>
          </w:tcPr>
          <w:p>
            <w:pPr>
              <w:pStyle w:val="Normal"/>
              <w:rPr/>
            </w:pPr>
            <w:r>
              <w:rPr>
                <w:b w:val="false"/>
                <w:color w:val="17324D"/>
                <w:sz w:val="20"/>
              </w:rPr>
              <w:t>Excluded services documented</w:t>
            </w:r>
          </w:p>
        </w:tc>
        <w:tc>
          <w:tcPr>
            <w:tcW w:w="835" w:type="dxa"/>
            <w:tcBorders>
              <w:top w:val="single" w:sz="6" w:space="0" w:color="B9C9D6"/>
              <w:left w:val="single" w:sz="6" w:space="0" w:color="B9C9D6"/>
              <w:bottom w:val="single" w:sz="6" w:space="0" w:color="B9C9D6"/>
              <w:right w:val="single" w:sz="6" w:space="0" w:color="B9C9D6"/>
            </w:tcBorders>
            <w:tcMar>
              <w:left w:w="12" w:type="dxa"/>
              <w:right w:w="12" w:type="dxa"/>
            </w:tcMar>
            <w:vAlign w:val="center"/>
          </w:tcPr>
          <w:p>
            <w:pPr>
              <w:pStyle w:val="Normal"/>
              <w:jc w:val="center"/>
              <w:rPr/>
            </w:pPr>
            <w:sdt>
              <w:sdtPr>
                <w:alias w:val="Check box"/>
                <w:tag w:val="checkbox"/>
                <w14:checkbox>
                  <w14:checked w14:val="0"/>
                  <w14:checkedState w14:val="2612"/>
                  <w14:uncheckedState w14:val="2610"/>
                </w14:checkbox>
              </w:sdtPr>
              <w:sdtContent>
                <w:r>
                  <w:rPr>
                    <w:sz w:val="24"/>
                  </w:rPr>
                </w:r>
                <w:r>
                  <w:rPr>
                    <w:sz w:val="24"/>
                  </w:rPr>
                  <w:t>☐</w:t>
                </w:r>
              </w:sdtContent>
            </w:sdt>
          </w:p>
        </w:tc>
        <w:tc>
          <w:tcPr>
            <w:tcW w:w="4551" w:type="dxa"/>
            <w:tcBorders>
              <w:top w:val="single" w:sz="6" w:space="0" w:color="B9C9D6"/>
              <w:left w:val="single" w:sz="6" w:space="0" w:color="B9C9D6"/>
              <w:bottom w:val="single" w:sz="6" w:space="0" w:color="B9C9D6"/>
              <w:right w:val="single" w:sz="6" w:space="0" w:color="B9C9D6"/>
            </w:tcBorders>
            <w:tcMar>
              <w:left w:w="150" w:type="dxa"/>
              <w:right w:w="85" w:type="dxa"/>
            </w:tcMar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cantSplit w:val="true"/>
        </w:trPr>
        <w:tc>
          <w:tcPr>
            <w:tcW w:w="4737" w:type="dxa"/>
            <w:tcBorders>
              <w:top w:val="single" w:sz="6" w:space="0" w:color="B9C9D6"/>
              <w:left w:val="single" w:sz="6" w:space="0" w:color="B9C9D6"/>
              <w:bottom w:val="single" w:sz="6" w:space="0" w:color="B9C9D6"/>
              <w:right w:val="single" w:sz="6" w:space="0" w:color="B9C9D6"/>
            </w:tcBorders>
            <w:vAlign w:val="center"/>
          </w:tcPr>
          <w:p>
            <w:pPr>
              <w:pStyle w:val="Normal"/>
              <w:rPr/>
            </w:pPr>
            <w:r>
              <w:rPr>
                <w:b w:val="false"/>
                <w:color w:val="17324D"/>
                <w:sz w:val="20"/>
              </w:rPr>
              <w:t>Special services identified</w:t>
            </w:r>
          </w:p>
        </w:tc>
        <w:tc>
          <w:tcPr>
            <w:tcW w:w="835" w:type="dxa"/>
            <w:tcBorders>
              <w:top w:val="single" w:sz="6" w:space="0" w:color="B9C9D6"/>
              <w:left w:val="single" w:sz="6" w:space="0" w:color="B9C9D6"/>
              <w:bottom w:val="single" w:sz="6" w:space="0" w:color="B9C9D6"/>
              <w:right w:val="single" w:sz="6" w:space="0" w:color="B9C9D6"/>
            </w:tcBorders>
            <w:tcMar>
              <w:left w:w="12" w:type="dxa"/>
              <w:right w:w="12" w:type="dxa"/>
            </w:tcMar>
            <w:vAlign w:val="center"/>
          </w:tcPr>
          <w:p>
            <w:pPr>
              <w:pStyle w:val="Normal"/>
              <w:jc w:val="center"/>
              <w:rPr/>
            </w:pPr>
            <w:sdt>
              <w:sdtPr>
                <w:alias w:val="Check box"/>
                <w:tag w:val="checkbox"/>
                <w14:checkbox>
                  <w14:checked w14:val="0"/>
                  <w14:checkedState w14:val="2612"/>
                  <w14:uncheckedState w14:val="2610"/>
                </w14:checkbox>
              </w:sdtPr>
              <w:sdtContent>
                <w:r>
                  <w:rPr>
                    <w:sz w:val="24"/>
                  </w:rPr>
                </w:r>
                <w:r>
                  <w:rPr>
                    <w:sz w:val="24"/>
                  </w:rPr>
                  <w:t>☐</w:t>
                </w:r>
              </w:sdtContent>
            </w:sdt>
          </w:p>
        </w:tc>
        <w:tc>
          <w:tcPr>
            <w:tcW w:w="4551" w:type="dxa"/>
            <w:tcBorders>
              <w:top w:val="single" w:sz="6" w:space="0" w:color="B9C9D6"/>
              <w:left w:val="single" w:sz="6" w:space="0" w:color="B9C9D6"/>
              <w:bottom w:val="single" w:sz="6" w:space="0" w:color="B9C9D6"/>
              <w:right w:val="single" w:sz="6" w:space="0" w:color="B9C9D6"/>
            </w:tcBorders>
            <w:tcMar>
              <w:left w:w="150" w:type="dxa"/>
              <w:right w:w="85" w:type="dxa"/>
            </w:tcMar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cantSplit w:val="true"/>
        </w:trPr>
        <w:tc>
          <w:tcPr>
            <w:tcW w:w="4737" w:type="dxa"/>
            <w:tcBorders>
              <w:top w:val="single" w:sz="6" w:space="0" w:color="B9C9D6"/>
              <w:left w:val="single" w:sz="6" w:space="0" w:color="B9C9D6"/>
              <w:bottom w:val="single" w:sz="6" w:space="0" w:color="B9C9D6"/>
              <w:right w:val="single" w:sz="6" w:space="0" w:color="B9C9D6"/>
            </w:tcBorders>
            <w:vAlign w:val="center"/>
          </w:tcPr>
          <w:p>
            <w:pPr>
              <w:pStyle w:val="Normal"/>
              <w:rPr/>
            </w:pPr>
            <w:r>
              <w:rPr>
                <w:b w:val="false"/>
                <w:color w:val="17324D"/>
                <w:sz w:val="20"/>
              </w:rPr>
              <w:t>Total labor hours estimated</w:t>
            </w:r>
          </w:p>
        </w:tc>
        <w:tc>
          <w:tcPr>
            <w:tcW w:w="835" w:type="dxa"/>
            <w:tcBorders>
              <w:top w:val="single" w:sz="6" w:space="0" w:color="B9C9D6"/>
              <w:left w:val="single" w:sz="6" w:space="0" w:color="B9C9D6"/>
              <w:bottom w:val="single" w:sz="6" w:space="0" w:color="B9C9D6"/>
              <w:right w:val="single" w:sz="6" w:space="0" w:color="B9C9D6"/>
            </w:tcBorders>
            <w:tcMar>
              <w:left w:w="12" w:type="dxa"/>
              <w:right w:w="12" w:type="dxa"/>
            </w:tcMar>
            <w:vAlign w:val="center"/>
          </w:tcPr>
          <w:p>
            <w:pPr>
              <w:pStyle w:val="Normal"/>
              <w:jc w:val="center"/>
              <w:rPr/>
            </w:pPr>
            <w:sdt>
              <w:sdtPr>
                <w:alias w:val="Check box"/>
                <w:tag w:val="checkbox"/>
                <w14:checkbox>
                  <w14:checked w14:val="0"/>
                  <w14:checkedState w14:val="2612"/>
                  <w14:uncheckedState w14:val="2610"/>
                </w14:checkbox>
              </w:sdtPr>
              <w:sdtContent>
                <w:r>
                  <w:rPr>
                    <w:sz w:val="24"/>
                  </w:rPr>
                </w:r>
                <w:r>
                  <w:rPr>
                    <w:sz w:val="24"/>
                  </w:rPr>
                  <w:t>☐</w:t>
                </w:r>
              </w:sdtContent>
            </w:sdt>
          </w:p>
        </w:tc>
        <w:tc>
          <w:tcPr>
            <w:tcW w:w="4551" w:type="dxa"/>
            <w:tcBorders>
              <w:top w:val="single" w:sz="6" w:space="0" w:color="B9C9D6"/>
              <w:left w:val="single" w:sz="6" w:space="0" w:color="B9C9D6"/>
              <w:bottom w:val="single" w:sz="6" w:space="0" w:color="B9C9D6"/>
              <w:right w:val="single" w:sz="6" w:space="0" w:color="B9C9D6"/>
            </w:tcBorders>
            <w:tcMar>
              <w:left w:w="150" w:type="dxa"/>
              <w:right w:w="85" w:type="dxa"/>
            </w:tcMar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cantSplit w:val="true"/>
        </w:trPr>
        <w:tc>
          <w:tcPr>
            <w:tcW w:w="4737" w:type="dxa"/>
            <w:tcBorders>
              <w:top w:val="single" w:sz="6" w:space="0" w:color="B9C9D6"/>
              <w:left w:val="single" w:sz="6" w:space="0" w:color="B9C9D6"/>
              <w:bottom w:val="single" w:sz="6" w:space="0" w:color="B9C9D6"/>
              <w:right w:val="single" w:sz="6" w:space="0" w:color="B9C9D6"/>
            </w:tcBorders>
            <w:vAlign w:val="center"/>
          </w:tcPr>
          <w:p>
            <w:pPr>
              <w:pStyle w:val="Normal"/>
              <w:rPr/>
            </w:pPr>
            <w:r>
              <w:rPr>
                <w:b w:val="false"/>
                <w:color w:val="17324D"/>
                <w:sz w:val="20"/>
              </w:rPr>
              <w:t>Supply responsibilities confirmed</w:t>
            </w:r>
          </w:p>
        </w:tc>
        <w:tc>
          <w:tcPr>
            <w:tcW w:w="835" w:type="dxa"/>
            <w:tcBorders>
              <w:top w:val="single" w:sz="6" w:space="0" w:color="B9C9D6"/>
              <w:left w:val="single" w:sz="6" w:space="0" w:color="B9C9D6"/>
              <w:bottom w:val="single" w:sz="6" w:space="0" w:color="B9C9D6"/>
              <w:right w:val="single" w:sz="6" w:space="0" w:color="B9C9D6"/>
            </w:tcBorders>
            <w:tcMar>
              <w:left w:w="12" w:type="dxa"/>
              <w:right w:w="12" w:type="dxa"/>
            </w:tcMar>
            <w:vAlign w:val="center"/>
          </w:tcPr>
          <w:p>
            <w:pPr>
              <w:pStyle w:val="Normal"/>
              <w:jc w:val="center"/>
              <w:rPr/>
            </w:pPr>
            <w:sdt>
              <w:sdtPr>
                <w:alias w:val="Check box"/>
                <w:tag w:val="checkbox"/>
                <w14:checkbox>
                  <w14:checked w14:val="0"/>
                  <w14:checkedState w14:val="2612"/>
                  <w14:uncheckedState w14:val="2610"/>
                </w14:checkbox>
              </w:sdtPr>
              <w:sdtContent>
                <w:r>
                  <w:rPr>
                    <w:sz w:val="24"/>
                  </w:rPr>
                </w:r>
                <w:r>
                  <w:rPr>
                    <w:sz w:val="24"/>
                  </w:rPr>
                  <w:t>☐</w:t>
                </w:r>
              </w:sdtContent>
            </w:sdt>
          </w:p>
        </w:tc>
        <w:tc>
          <w:tcPr>
            <w:tcW w:w="4551" w:type="dxa"/>
            <w:tcBorders>
              <w:top w:val="single" w:sz="6" w:space="0" w:color="B9C9D6"/>
              <w:left w:val="single" w:sz="6" w:space="0" w:color="B9C9D6"/>
              <w:bottom w:val="single" w:sz="6" w:space="0" w:color="B9C9D6"/>
              <w:right w:val="single" w:sz="6" w:space="0" w:color="B9C9D6"/>
            </w:tcBorders>
            <w:tcMar>
              <w:left w:w="150" w:type="dxa"/>
              <w:right w:w="85" w:type="dxa"/>
            </w:tcMar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cantSplit w:val="true"/>
        </w:trPr>
        <w:tc>
          <w:tcPr>
            <w:tcW w:w="4737" w:type="dxa"/>
            <w:tcBorders>
              <w:top w:val="single" w:sz="6" w:space="0" w:color="B9C9D6"/>
              <w:left w:val="single" w:sz="6" w:space="0" w:color="B9C9D6"/>
              <w:bottom w:val="single" w:sz="6" w:space="0" w:color="B9C9D6"/>
              <w:right w:val="single" w:sz="6" w:space="0" w:color="B9C9D6"/>
            </w:tcBorders>
            <w:vAlign w:val="center"/>
          </w:tcPr>
          <w:p>
            <w:pPr>
              <w:pStyle w:val="Normal"/>
              <w:rPr/>
            </w:pPr>
            <w:r>
              <w:rPr>
                <w:b w:val="false"/>
                <w:color w:val="17324D"/>
                <w:sz w:val="20"/>
              </w:rPr>
              <w:t>Access requirements confirmed</w:t>
            </w:r>
          </w:p>
        </w:tc>
        <w:tc>
          <w:tcPr>
            <w:tcW w:w="835" w:type="dxa"/>
            <w:tcBorders>
              <w:top w:val="single" w:sz="6" w:space="0" w:color="B9C9D6"/>
              <w:left w:val="single" w:sz="6" w:space="0" w:color="B9C9D6"/>
              <w:bottom w:val="single" w:sz="6" w:space="0" w:color="B9C9D6"/>
              <w:right w:val="single" w:sz="6" w:space="0" w:color="B9C9D6"/>
            </w:tcBorders>
            <w:tcMar>
              <w:left w:w="12" w:type="dxa"/>
              <w:right w:w="12" w:type="dxa"/>
            </w:tcMar>
            <w:vAlign w:val="center"/>
          </w:tcPr>
          <w:p>
            <w:pPr>
              <w:pStyle w:val="Normal"/>
              <w:jc w:val="center"/>
              <w:rPr/>
            </w:pPr>
            <w:sdt>
              <w:sdtPr>
                <w:alias w:val="Check box"/>
                <w:tag w:val="checkbox"/>
                <w14:checkbox>
                  <w14:checked w14:val="0"/>
                  <w14:checkedState w14:val="2612"/>
                  <w14:uncheckedState w14:val="2610"/>
                </w14:checkbox>
              </w:sdtPr>
              <w:sdtContent>
                <w:r>
                  <w:rPr>
                    <w:sz w:val="24"/>
                  </w:rPr>
                </w:r>
                <w:r>
                  <w:rPr>
                    <w:sz w:val="24"/>
                  </w:rPr>
                  <w:t>☐</w:t>
                </w:r>
              </w:sdtContent>
            </w:sdt>
          </w:p>
        </w:tc>
        <w:tc>
          <w:tcPr>
            <w:tcW w:w="4551" w:type="dxa"/>
            <w:tcBorders>
              <w:top w:val="single" w:sz="6" w:space="0" w:color="B9C9D6"/>
              <w:left w:val="single" w:sz="6" w:space="0" w:color="B9C9D6"/>
              <w:bottom w:val="single" w:sz="6" w:space="0" w:color="B9C9D6"/>
              <w:right w:val="single" w:sz="6" w:space="0" w:color="B9C9D6"/>
            </w:tcBorders>
            <w:tcMar>
              <w:left w:w="150" w:type="dxa"/>
              <w:right w:w="85" w:type="dxa"/>
            </w:tcMar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cantSplit w:val="true"/>
        </w:trPr>
        <w:tc>
          <w:tcPr>
            <w:tcW w:w="4737" w:type="dxa"/>
            <w:tcBorders>
              <w:top w:val="single" w:sz="6" w:space="0" w:color="B9C9D6"/>
              <w:left w:val="single" w:sz="6" w:space="0" w:color="B9C9D6"/>
              <w:bottom w:val="single" w:sz="6" w:space="0" w:color="B9C9D6"/>
              <w:right w:val="single" w:sz="6" w:space="0" w:color="B9C9D6"/>
            </w:tcBorders>
            <w:vAlign w:val="center"/>
          </w:tcPr>
          <w:p>
            <w:pPr>
              <w:pStyle w:val="Normal"/>
              <w:rPr/>
            </w:pPr>
            <w:r>
              <w:rPr>
                <w:b w:val="false"/>
                <w:color w:val="17324D"/>
                <w:sz w:val="20"/>
              </w:rPr>
              <w:t>Initial vs. recurring labor difference considered</w:t>
            </w:r>
          </w:p>
        </w:tc>
        <w:tc>
          <w:tcPr>
            <w:tcW w:w="835" w:type="dxa"/>
            <w:tcBorders>
              <w:top w:val="single" w:sz="6" w:space="0" w:color="B9C9D6"/>
              <w:left w:val="single" w:sz="6" w:space="0" w:color="B9C9D6"/>
              <w:bottom w:val="single" w:sz="6" w:space="0" w:color="B9C9D6"/>
              <w:right w:val="single" w:sz="6" w:space="0" w:color="B9C9D6"/>
            </w:tcBorders>
            <w:tcMar>
              <w:left w:w="12" w:type="dxa"/>
              <w:right w:w="12" w:type="dxa"/>
            </w:tcMar>
            <w:vAlign w:val="center"/>
          </w:tcPr>
          <w:p>
            <w:pPr>
              <w:pStyle w:val="Normal"/>
              <w:jc w:val="center"/>
              <w:rPr/>
            </w:pPr>
            <w:sdt>
              <w:sdtPr>
                <w:alias w:val="Check box"/>
                <w:tag w:val="checkbox"/>
                <w14:checkbox>
                  <w14:checked w14:val="0"/>
                  <w14:checkedState w14:val="2612"/>
                  <w14:uncheckedState w14:val="2610"/>
                </w14:checkbox>
              </w:sdtPr>
              <w:sdtContent>
                <w:r>
                  <w:rPr>
                    <w:sz w:val="24"/>
                  </w:rPr>
                </w:r>
                <w:r>
                  <w:rPr>
                    <w:sz w:val="24"/>
                  </w:rPr>
                  <w:t>☐</w:t>
                </w:r>
              </w:sdtContent>
            </w:sdt>
          </w:p>
        </w:tc>
        <w:tc>
          <w:tcPr>
            <w:tcW w:w="4551" w:type="dxa"/>
            <w:tcBorders>
              <w:top w:val="single" w:sz="6" w:space="0" w:color="B9C9D6"/>
              <w:left w:val="single" w:sz="6" w:space="0" w:color="B9C9D6"/>
              <w:bottom w:val="single" w:sz="6" w:space="0" w:color="B9C9D6"/>
              <w:right w:val="single" w:sz="6" w:space="0" w:color="B9C9D6"/>
            </w:tcBorders>
            <w:tcMar>
              <w:left w:w="150" w:type="dxa"/>
              <w:right w:w="85" w:type="dxa"/>
            </w:tcMar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cantSplit w:val="true"/>
        </w:trPr>
        <w:tc>
          <w:tcPr>
            <w:tcW w:w="4737" w:type="dxa"/>
            <w:tcBorders>
              <w:top w:val="single" w:sz="6" w:space="0" w:color="B9C9D6"/>
              <w:left w:val="single" w:sz="6" w:space="0" w:color="B9C9D6"/>
              <w:bottom w:val="single" w:sz="6" w:space="0" w:color="B9C9D6"/>
              <w:right w:val="single" w:sz="6" w:space="0" w:color="B9C9D6"/>
            </w:tcBorders>
            <w:vAlign w:val="center"/>
          </w:tcPr>
          <w:p>
            <w:pPr>
              <w:pStyle w:val="Normal"/>
              <w:rPr/>
            </w:pPr>
            <w:r>
              <w:rPr>
                <w:b w:val="false"/>
                <w:color w:val="17324D"/>
                <w:sz w:val="20"/>
              </w:rPr>
              <w:t>Customer questions answered</w:t>
            </w:r>
          </w:p>
        </w:tc>
        <w:tc>
          <w:tcPr>
            <w:tcW w:w="835" w:type="dxa"/>
            <w:tcBorders>
              <w:top w:val="single" w:sz="6" w:space="0" w:color="B9C9D6"/>
              <w:left w:val="single" w:sz="6" w:space="0" w:color="B9C9D6"/>
              <w:bottom w:val="single" w:sz="6" w:space="0" w:color="B9C9D6"/>
              <w:right w:val="single" w:sz="6" w:space="0" w:color="B9C9D6"/>
            </w:tcBorders>
            <w:tcMar>
              <w:left w:w="12" w:type="dxa"/>
              <w:right w:w="12" w:type="dxa"/>
            </w:tcMar>
            <w:vAlign w:val="center"/>
          </w:tcPr>
          <w:p>
            <w:pPr>
              <w:pStyle w:val="Normal"/>
              <w:jc w:val="center"/>
              <w:rPr/>
            </w:pPr>
            <w:sdt>
              <w:sdtPr>
                <w:alias w:val="Check box"/>
                <w:tag w:val="checkbox"/>
                <w14:checkbox>
                  <w14:checked w14:val="0"/>
                  <w14:checkedState w14:val="2612"/>
                  <w14:uncheckedState w14:val="2610"/>
                </w14:checkbox>
              </w:sdtPr>
              <w:sdtContent>
                <w:r>
                  <w:rPr>
                    <w:sz w:val="24"/>
                  </w:rPr>
                </w:r>
                <w:r>
                  <w:rPr>
                    <w:sz w:val="24"/>
                  </w:rPr>
                  <w:t>☐</w:t>
                </w:r>
              </w:sdtContent>
            </w:sdt>
          </w:p>
        </w:tc>
        <w:tc>
          <w:tcPr>
            <w:tcW w:w="4551" w:type="dxa"/>
            <w:tcBorders>
              <w:top w:val="single" w:sz="6" w:space="0" w:color="B9C9D6"/>
              <w:left w:val="single" w:sz="6" w:space="0" w:color="B9C9D6"/>
              <w:bottom w:val="single" w:sz="6" w:space="0" w:color="B9C9D6"/>
              <w:right w:val="single" w:sz="6" w:space="0" w:color="B9C9D6"/>
            </w:tcBorders>
            <w:tcMar>
              <w:left w:w="150" w:type="dxa"/>
              <w:right w:w="85" w:type="dxa"/>
            </w:tcMar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cantSplit w:val="true"/>
        </w:trPr>
        <w:tc>
          <w:tcPr>
            <w:tcW w:w="4737" w:type="dxa"/>
            <w:tcBorders>
              <w:top w:val="single" w:sz="6" w:space="0" w:color="B9C9D6"/>
              <w:left w:val="single" w:sz="6" w:space="0" w:color="B9C9D6"/>
              <w:bottom w:val="single" w:sz="6" w:space="0" w:color="B9C9D6"/>
              <w:right w:val="single" w:sz="6" w:space="0" w:color="B9C9D6"/>
            </w:tcBorders>
            <w:vAlign w:val="center"/>
          </w:tcPr>
          <w:p>
            <w:pPr>
              <w:pStyle w:val="Normal"/>
              <w:rPr/>
            </w:pPr>
            <w:r>
              <w:rPr>
                <w:b w:val="false"/>
                <w:color w:val="17324D"/>
                <w:sz w:val="20"/>
              </w:rPr>
              <w:t>Ready to prepare quote</w:t>
            </w:r>
          </w:p>
        </w:tc>
        <w:tc>
          <w:tcPr>
            <w:tcW w:w="835" w:type="dxa"/>
            <w:tcBorders>
              <w:top w:val="single" w:sz="6" w:space="0" w:color="B9C9D6"/>
              <w:left w:val="single" w:sz="6" w:space="0" w:color="B9C9D6"/>
              <w:bottom w:val="single" w:sz="6" w:space="0" w:color="B9C9D6"/>
              <w:right w:val="single" w:sz="6" w:space="0" w:color="B9C9D6"/>
            </w:tcBorders>
            <w:tcMar>
              <w:left w:w="12" w:type="dxa"/>
              <w:right w:w="12" w:type="dxa"/>
            </w:tcMar>
            <w:vAlign w:val="center"/>
          </w:tcPr>
          <w:p>
            <w:pPr>
              <w:pStyle w:val="Normal"/>
              <w:jc w:val="center"/>
              <w:rPr/>
            </w:pPr>
            <w:sdt>
              <w:sdtPr>
                <w:alias w:val="Check box"/>
                <w:tag w:val="checkbox"/>
                <w14:checkbox>
                  <w14:checked w14:val="0"/>
                  <w14:checkedState w14:val="2612"/>
                  <w14:uncheckedState w14:val="2610"/>
                </w14:checkbox>
              </w:sdtPr>
              <w:sdtContent>
                <w:r>
                  <w:rPr>
                    <w:sz w:val="24"/>
                  </w:rPr>
                </w:r>
                <w:r>
                  <w:rPr>
                    <w:sz w:val="24"/>
                  </w:rPr>
                  <w:t>☐</w:t>
                </w:r>
              </w:sdtContent>
            </w:sdt>
          </w:p>
        </w:tc>
        <w:tc>
          <w:tcPr>
            <w:tcW w:w="4551" w:type="dxa"/>
            <w:tcBorders>
              <w:top w:val="single" w:sz="6" w:space="0" w:color="B9C9D6"/>
              <w:left w:val="single" w:sz="6" w:space="0" w:color="B9C9D6"/>
              <w:bottom w:val="single" w:sz="6" w:space="0" w:color="B9C9D6"/>
              <w:right w:val="single" w:sz="6" w:space="0" w:color="B9C9D6"/>
            </w:tcBorders>
            <w:tcMar>
              <w:left w:w="150" w:type="dxa"/>
              <w:right w:w="85" w:type="dxa"/>
            </w:tcMar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</w:tr>
    </w:tbl>
    <w:p>
      <w:pPr>
        <w:pStyle w:val="Normal"/>
        <w:spacing w:before="0" w:after="60"/>
        <w:rPr/>
      </w:pPr>
      <w:r>
        <w:rPr/>
      </w:r>
    </w:p>
    <w:tbl>
      <w:tblPr>
        <w:tblW w:w="10325" w:type="dxa"/>
        <w:jc w:val="center"/>
        <w:tblInd w:w="0" w:type="dxa"/>
        <w:tblLayout w:type="fixed"/>
        <w:tblCellMar>
          <w:top w:w="90" w:type="dxa"/>
          <w:left w:w="110" w:type="dxa"/>
          <w:bottom w:w="90" w:type="dxa"/>
          <w:right w:w="110" w:type="dxa"/>
        </w:tblCellMar>
        <w:tblLook w:val="04a0" w:noHBand="0" w:noVBand="1" w:firstColumn="1" w:lastRow="0" w:lastColumn="0" w:firstRow="1"/>
      </w:tblPr>
      <w:tblGrid>
        <w:gridCol w:w="10325"/>
      </w:tblGrid>
      <w:tr>
        <w:trPr/>
        <w:tc>
          <w:tcPr>
            <w:tcW w:w="10325" w:type="dxa"/>
            <w:tcBorders>
              <w:top w:val="single" w:sz="6" w:space="0" w:color="B9C9D6"/>
              <w:left w:val="single" w:sz="6" w:space="0" w:color="B9C9D6"/>
              <w:bottom w:val="single" w:sz="6" w:space="0" w:color="B9C9D6"/>
              <w:right w:val="single" w:sz="6" w:space="0" w:color="B9C9D6"/>
            </w:tcBorders>
            <w:shd w:fill="EAF5FC"/>
          </w:tcPr>
          <w:p>
            <w:pPr>
              <w:pStyle w:val="Normal"/>
              <w:rPr/>
            </w:pPr>
            <w:r>
              <w:rPr>
                <w:b/>
                <w:color w:val="12365A"/>
                <w:sz w:val="20"/>
              </w:rPr>
              <w:t>Final Notes / Customer-Specific Instructions</w:t>
            </w:r>
          </w:p>
        </w:tc>
      </w:tr>
      <w:tr>
        <w:trPr/>
        <w:tc>
          <w:tcPr>
            <w:tcW w:w="10325" w:type="dxa"/>
            <w:tcBorders>
              <w:top w:val="single" w:sz="6" w:space="0" w:color="B9C9D6"/>
              <w:left w:val="single" w:sz="6" w:space="0" w:color="B9C9D6"/>
              <w:bottom w:val="single" w:sz="6" w:space="0" w:color="B9C9D6"/>
              <w:right w:val="single" w:sz="6" w:space="0" w:color="B9C9D6"/>
            </w:tcBorders>
            <w:tcMar>
              <w:top w:w="140" w:type="dxa"/>
              <w:bottom w:w="140" w:type="dxa"/>
            </w:tcMar>
          </w:tcPr>
          <w:p>
            <w:pPr>
              <w:pStyle w:val="Normal"/>
              <w:rPr/>
            </w:pPr>
            <w:r>
              <w:rPr/>
            </w:r>
          </w:p>
        </w:tc>
      </w:tr>
      <w:tr>
        <w:trPr/>
        <w:tc>
          <w:tcPr>
            <w:tcW w:w="10325" w:type="dxa"/>
            <w:tcBorders>
              <w:top w:val="single" w:sz="6" w:space="0" w:color="B9C9D6"/>
              <w:left w:val="single" w:sz="6" w:space="0" w:color="B9C9D6"/>
              <w:bottom w:val="single" w:sz="6" w:space="0" w:color="B9C9D6"/>
              <w:right w:val="single" w:sz="6" w:space="0" w:color="B9C9D6"/>
            </w:tcBorders>
            <w:tcMar>
              <w:top w:w="140" w:type="dxa"/>
              <w:bottom w:w="140" w:type="dxa"/>
            </w:tcMar>
          </w:tcPr>
          <w:p>
            <w:pPr>
              <w:pStyle w:val="Normal"/>
              <w:rPr/>
            </w:pPr>
            <w:r>
              <w:rPr/>
            </w:r>
          </w:p>
        </w:tc>
      </w:tr>
      <w:tr>
        <w:trPr/>
        <w:tc>
          <w:tcPr>
            <w:tcW w:w="10325" w:type="dxa"/>
            <w:tcBorders>
              <w:top w:val="single" w:sz="6" w:space="0" w:color="B9C9D6"/>
              <w:left w:val="single" w:sz="6" w:space="0" w:color="B9C9D6"/>
              <w:bottom w:val="single" w:sz="6" w:space="0" w:color="B9C9D6"/>
              <w:right w:val="single" w:sz="6" w:space="0" w:color="B9C9D6"/>
            </w:tcBorders>
            <w:tcMar>
              <w:top w:w="140" w:type="dxa"/>
              <w:bottom w:w="140" w:type="dxa"/>
            </w:tcMar>
          </w:tcPr>
          <w:p>
            <w:pPr>
              <w:pStyle w:val="Normal"/>
              <w:rPr/>
            </w:pPr>
            <w:r>
              <w:rPr/>
            </w:r>
          </w:p>
        </w:tc>
      </w:tr>
      <w:tr>
        <w:trPr/>
        <w:tc>
          <w:tcPr>
            <w:tcW w:w="10325" w:type="dxa"/>
            <w:tcBorders>
              <w:top w:val="single" w:sz="6" w:space="0" w:color="B9C9D6"/>
              <w:left w:val="single" w:sz="6" w:space="0" w:color="B9C9D6"/>
              <w:bottom w:val="single" w:sz="6" w:space="0" w:color="B9C9D6"/>
              <w:right w:val="single" w:sz="6" w:space="0" w:color="B9C9D6"/>
            </w:tcBorders>
            <w:tcMar>
              <w:top w:w="140" w:type="dxa"/>
              <w:bottom w:w="140" w:type="dxa"/>
            </w:tcMar>
          </w:tcPr>
          <w:p>
            <w:pPr>
              <w:pStyle w:val="Normal"/>
              <w:rPr/>
            </w:pPr>
            <w:r>
              <w:rPr/>
            </w:r>
          </w:p>
        </w:tc>
      </w:tr>
      <w:tr>
        <w:trPr/>
        <w:tc>
          <w:tcPr>
            <w:tcW w:w="10325" w:type="dxa"/>
            <w:tcBorders>
              <w:top w:val="single" w:sz="6" w:space="0" w:color="B9C9D6"/>
              <w:left w:val="single" w:sz="6" w:space="0" w:color="B9C9D6"/>
              <w:bottom w:val="single" w:sz="6" w:space="0" w:color="B9C9D6"/>
              <w:right w:val="single" w:sz="6" w:space="0" w:color="B9C9D6"/>
            </w:tcBorders>
            <w:tcMar>
              <w:top w:w="140" w:type="dxa"/>
              <w:bottom w:w="140" w:type="dxa"/>
            </w:tcMar>
          </w:tcPr>
          <w:p>
            <w:pPr>
              <w:pStyle w:val="Normal"/>
              <w:rPr/>
            </w:pPr>
            <w:r>
              <w:rPr/>
            </w:r>
          </w:p>
        </w:tc>
      </w:tr>
      <w:tr>
        <w:trPr/>
        <w:tc>
          <w:tcPr>
            <w:tcW w:w="10325" w:type="dxa"/>
            <w:tcBorders>
              <w:top w:val="single" w:sz="6" w:space="0" w:color="B9C9D6"/>
              <w:left w:val="single" w:sz="6" w:space="0" w:color="B9C9D6"/>
              <w:bottom w:val="single" w:sz="6" w:space="0" w:color="B9C9D6"/>
              <w:right w:val="single" w:sz="6" w:space="0" w:color="B9C9D6"/>
            </w:tcBorders>
            <w:tcMar>
              <w:top w:w="140" w:type="dxa"/>
              <w:bottom w:w="140" w:type="dxa"/>
            </w:tcMar>
          </w:tcPr>
          <w:p>
            <w:pPr>
              <w:pStyle w:val="Normal"/>
              <w:rPr/>
            </w:pPr>
            <w:r>
              <w:rPr/>
            </w:r>
          </w:p>
        </w:tc>
      </w:tr>
    </w:tbl>
    <w:p>
      <w:pPr>
        <w:pStyle w:val="Normal"/>
        <w:spacing w:before="200" w:after="0"/>
        <w:jc w:val="center"/>
        <w:rPr/>
      </w:pPr>
      <w:r>
        <w:rPr>
          <w:b/>
          <w:color w:val="12365A"/>
          <w:sz w:val="21"/>
        </w:rPr>
        <w:t>Use the completed walkthrough as the basis for your scope of work and customer quote.</w:t>
      </w:r>
    </w:p>
    <w:sectPr>
      <w:type w:val="nextPage"/>
      <w:pgSz w:w="11906" w:h="16838"/>
      <w:pgMar w:left="792" w:right="792" w:gutter="0" w:header="0" w:top="691" w:footer="0" w:bottom="691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mbria">
    <w:charset w:val="00"/>
    <w:family w:val="roman"/>
    <w:pitch w:val="variable"/>
  </w:font>
  <w:font w:name="Calibri">
    <w:charset w:val="00"/>
    <w:family w:val="roman"/>
    <w:pitch w:val="variable"/>
  </w:font>
  <w:font w:name="Courier">
    <w:altName w:val="Courier New"/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5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7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US" w:eastAsia="ja-JP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mbria" w:hAnsi="Cambria" w:eastAsia="" w:cs="" w:asciiTheme="minorHAnsi" w:cstheme="minorBidi" w:eastAsiaTheme="minorEastAsia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76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fc693f"/>
    <w:pPr>
      <w:widowControl/>
      <w:suppressAutoHyphens w:val="true"/>
      <w:bidi w:val="0"/>
      <w:spacing w:lineRule="auto" w:line="276" w:before="0" w:after="0"/>
      <w:jc w:val="left"/>
    </w:pPr>
    <w:rPr>
      <w:rFonts w:ascii="Arial" w:hAnsi="Arial" w:eastAsia="" w:cs="" w:cstheme="minorBidi" w:eastAsiaTheme="minorEastAsia"/>
      <w:color w:val="auto"/>
      <w:kern w:val="0"/>
      <w:sz w:val="21"/>
      <w:szCs w:val="22"/>
      <w:lang w:val="en-US" w:eastAsia="en-US" w:bidi="ar-SA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 w:val="true"/>
      <w:keepLines/>
      <w:spacing w:before="480" w:after="0"/>
      <w:outlineLvl w:val="0"/>
    </w:pPr>
    <w:rPr>
      <w:rFonts w:ascii="Calibri" w:hAnsi="Calibri" w:eastAsia="" w:cs=""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 w:val="true"/>
      <w:keepLines/>
      <w:spacing w:before="200" w:after="0"/>
      <w:outlineLvl w:val="1"/>
    </w:pPr>
    <w:rPr>
      <w:rFonts w:ascii="Calibri" w:hAnsi="Calibri" w:eastAsia="" w:cs=""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 w:val="true"/>
      <w:keepLines/>
      <w:spacing w:before="200" w:after="0"/>
      <w:outlineLvl w:val="2"/>
    </w:pPr>
    <w:rPr>
      <w:rFonts w:ascii="Calibri" w:hAnsi="Calibri" w:eastAsia="" w:cs="" w:asciiTheme="majorHAnsi" w:cstheme="majorBidi" w:eastAsiaTheme="majorEastAsia" w:hAnsiTheme="majorHAnsi"/>
      <w:b/>
      <w:bCs/>
      <w:color w:themeColor="accent1" w:val="4F81BD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 w:val="true"/>
      <w:keepLines/>
      <w:spacing w:before="200" w:after="0"/>
      <w:outlineLvl w:val="3"/>
    </w:pPr>
    <w:rPr>
      <w:rFonts w:ascii="Calibri" w:hAnsi="Calibri" w:eastAsia="" w:cs="" w:asciiTheme="majorHAnsi" w:cstheme="majorBidi" w:eastAsiaTheme="majorEastAsia" w:hAnsiTheme="majorHAnsi"/>
      <w:b/>
      <w:bCs/>
      <w:i/>
      <w:iCs/>
      <w:color w:themeColor="accent1" w:val="4F81BD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 w:val="true"/>
      <w:keepLines/>
      <w:spacing w:before="200" w:after="0"/>
      <w:outlineLvl w:val="4"/>
    </w:pPr>
    <w:rPr>
      <w:rFonts w:ascii="Calibri" w:hAnsi="Calibri" w:eastAsia="" w:cs="" w:asciiTheme="majorHAnsi" w:cstheme="majorBidi" w:eastAsiaTheme="majorEastAsia" w:hAnsiTheme="majorHAnsi"/>
      <w:color w:themeColor="accent1" w:themeShade="7f" w:val="243F6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 w:val="true"/>
      <w:keepLines/>
      <w:spacing w:before="200" w:after="0"/>
      <w:outlineLvl w:val="5"/>
    </w:pPr>
    <w:rPr>
      <w:rFonts w:ascii="Calibri" w:hAnsi="Calibri" w:eastAsia="" w:cs="" w:asciiTheme="majorHAnsi" w:cstheme="majorBidi" w:eastAsiaTheme="majorEastAsia" w:hAnsiTheme="majorHAnsi"/>
      <w:i/>
      <w:iCs/>
      <w:color w:themeColor="accent1" w:themeShade="7f" w:val="243F6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 w:val="true"/>
      <w:keepLines/>
      <w:spacing w:before="200" w:after="0"/>
      <w:outlineLvl w:val="6"/>
    </w:pPr>
    <w:rPr>
      <w:rFonts w:ascii="Calibri" w:hAnsi="Calibri" w:eastAsia="" w:cs="" w:asciiTheme="majorHAnsi" w:cstheme="majorBidi" w:eastAsiaTheme="majorEastAsia" w:hAnsiTheme="majorHAnsi"/>
      <w:i/>
      <w:iCs/>
      <w:color w:themeColor="text1" w:themeTint="bf" w:val="40404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 w:val="true"/>
      <w:keepLines/>
      <w:spacing w:before="200" w:after="0"/>
      <w:outlineLvl w:val="7"/>
    </w:pPr>
    <w:rPr>
      <w:rFonts w:ascii="Calibri" w:hAnsi="Calibri" w:eastAsia="" w:cs="" w:asciiTheme="majorHAnsi" w:cstheme="majorBidi" w:eastAsiaTheme="majorEastAsia" w:hAnsiTheme="majorHAnsi"/>
      <w:color w:themeColor="accent1" w:val="4F81BD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 w:val="true"/>
      <w:keepLines/>
      <w:spacing w:before="200" w:after="0"/>
      <w:outlineLvl w:val="8"/>
    </w:pPr>
    <w:rPr>
      <w:rFonts w:ascii="Calibri" w:hAnsi="Calibri" w:eastAsia="" w:cs=""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type="character" w:styleId="HeaderChar" w:customStyle="1">
    <w:name w:val="Header Char"/>
    <w:basedOn w:val="DefaultParagraphFont"/>
    <w:link w:val="Header"/>
    <w:uiPriority w:val="99"/>
    <w:qFormat/>
    <w:rsid w:val="00e618bf"/>
    <w:rPr/>
  </w:style>
  <w:style w:type="character" w:styleId="FooterChar" w:customStyle="1">
    <w:name w:val="Footer Char"/>
    <w:basedOn w:val="DefaultParagraphFont"/>
    <w:link w:val="Footer"/>
    <w:uiPriority w:val="99"/>
    <w:qFormat/>
    <w:rsid w:val="00e618bf"/>
    <w:rPr/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link w:val="Heading1"/>
    <w:uiPriority w:val="9"/>
    <w:qFormat/>
    <w:rsid w:val="00fc693f"/>
    <w:rPr>
      <w:rFonts w:ascii="Calibri" w:hAnsi="Calibri" w:eastAsia="" w:cs=""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qFormat/>
    <w:rsid w:val="00fc693f"/>
    <w:rPr>
      <w:rFonts w:ascii="Calibri" w:hAnsi="Calibri" w:eastAsia="" w:cs=""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qFormat/>
    <w:rsid w:val="00fc693f"/>
    <w:rPr>
      <w:rFonts w:ascii="Calibri" w:hAnsi="Calibri" w:eastAsia="" w:cs="" w:asciiTheme="majorHAnsi" w:cstheme="majorBidi" w:eastAsiaTheme="majorEastAsia" w:hAnsiTheme="majorHAnsi"/>
      <w:b/>
      <w:bCs/>
      <w:color w:themeColor="accent1" w:val="4F81BD"/>
    </w:rPr>
  </w:style>
  <w:style w:type="character" w:styleId="TitleChar" w:customStyle="1">
    <w:name w:val="Title Char"/>
    <w:basedOn w:val="DefaultParagraphFont"/>
    <w:link w:val="Title"/>
    <w:uiPriority w:val="10"/>
    <w:qFormat/>
    <w:rsid w:val="00fc693f"/>
    <w:rPr>
      <w:rFonts w:ascii="Calibri" w:hAnsi="Calibri" w:eastAsia="" w:cs="" w:asciiTheme="majorHAnsi" w:cstheme="majorBidi" w:eastAsiaTheme="majorEastAsia" w:hAnsiTheme="majorHAnsi"/>
      <w:color w:themeColor="text2" w:themeShade="bf" w:val="17365D"/>
      <w:spacing w:val="5"/>
      <w:kern w:val="2"/>
      <w:sz w:val="52"/>
      <w:szCs w:val="52"/>
    </w:rPr>
  </w:style>
  <w:style w:type="character" w:styleId="SubtitleChar" w:customStyle="1">
    <w:name w:val="Subtitle Char"/>
    <w:basedOn w:val="DefaultParagraphFont"/>
    <w:link w:val="Subtitle"/>
    <w:uiPriority w:val="11"/>
    <w:qFormat/>
    <w:rsid w:val="00fc693f"/>
    <w:rPr>
      <w:rFonts w:ascii="Calibri" w:hAnsi="Calibri" w:eastAsia="" w:cs=""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type="character" w:styleId="BodyTextChar" w:customStyle="1">
    <w:name w:val="Body Text Char"/>
    <w:basedOn w:val="DefaultParagraphFont"/>
    <w:uiPriority w:val="99"/>
    <w:qFormat/>
    <w:rsid w:val="00aa1d8d"/>
    <w:rPr/>
  </w:style>
  <w:style w:type="character" w:styleId="BodyText2Char" w:customStyle="1">
    <w:name w:val="Body Text 2 Char"/>
    <w:basedOn w:val="DefaultParagraphFont"/>
    <w:link w:val="BodyText2"/>
    <w:uiPriority w:val="99"/>
    <w:qFormat/>
    <w:rsid w:val="00aa1d8d"/>
    <w:rPr/>
  </w:style>
  <w:style w:type="character" w:styleId="BodyText3Char" w:customStyle="1">
    <w:name w:val="Body Text 3 Char"/>
    <w:basedOn w:val="DefaultParagraphFont"/>
    <w:link w:val="BodyText3"/>
    <w:uiPriority w:val="99"/>
    <w:qFormat/>
    <w:rsid w:val="00aa1d8d"/>
    <w:rPr>
      <w:sz w:val="16"/>
      <w:szCs w:val="16"/>
    </w:rPr>
  </w:style>
  <w:style w:type="character" w:styleId="MacroTextChar" w:customStyle="1">
    <w:name w:val="Macro Text Char"/>
    <w:basedOn w:val="DefaultParagraphFont"/>
    <w:link w:val="MacroText"/>
    <w:uiPriority w:val="99"/>
    <w:qFormat/>
    <w:rsid w:val="0029639d"/>
    <w:rPr>
      <w:rFonts w:ascii="Courier" w:hAnsi="Courier"/>
      <w:sz w:val="20"/>
      <w:szCs w:val="20"/>
    </w:rPr>
  </w:style>
  <w:style w:type="character" w:styleId="QuoteChar" w:customStyle="1">
    <w:name w:val="Quote Char"/>
    <w:basedOn w:val="DefaultParagraphFont"/>
    <w:link w:val="Quote"/>
    <w:uiPriority w:val="29"/>
    <w:qFormat/>
    <w:rsid w:val="00fc693f"/>
    <w:rPr>
      <w:i/>
      <w:iCs/>
      <w:color w:themeColor="text1" w:val="000000"/>
    </w:rPr>
  </w:style>
  <w:style w:type="character" w:styleId="Heading4Char" w:customStyle="1">
    <w:name w:val="Heading 4 Char"/>
    <w:basedOn w:val="DefaultParagraphFont"/>
    <w:link w:val="Heading4"/>
    <w:uiPriority w:val="9"/>
    <w:semiHidden/>
    <w:qFormat/>
    <w:rsid w:val="00fc693f"/>
    <w:rPr>
      <w:rFonts w:ascii="Calibri" w:hAnsi="Calibri" w:eastAsia="" w:cs="" w:asciiTheme="majorHAnsi" w:cstheme="majorBidi" w:eastAsiaTheme="majorEastAsia" w:hAnsiTheme="majorHAnsi"/>
      <w:b/>
      <w:bCs/>
      <w:i/>
      <w:iCs/>
      <w:color w:themeColor="accent1" w:val="4F81BD"/>
    </w:rPr>
  </w:style>
  <w:style w:type="character" w:styleId="Heading5Char" w:customStyle="1">
    <w:name w:val="Heading 5 Char"/>
    <w:basedOn w:val="DefaultParagraphFont"/>
    <w:link w:val="Heading5"/>
    <w:uiPriority w:val="9"/>
    <w:semiHidden/>
    <w:qFormat/>
    <w:rsid w:val="00fc693f"/>
    <w:rPr>
      <w:rFonts w:ascii="Calibri" w:hAnsi="Calibri" w:eastAsia="" w:cs="" w:asciiTheme="majorHAnsi" w:cstheme="majorBidi" w:eastAsiaTheme="majorEastAsia" w:hAnsiTheme="majorHAnsi"/>
      <w:color w:themeColor="accent1" w:themeShade="7f" w:val="243F60"/>
    </w:rPr>
  </w:style>
  <w:style w:type="character" w:styleId="Heading6Char" w:customStyle="1">
    <w:name w:val="Heading 6 Char"/>
    <w:basedOn w:val="DefaultParagraphFont"/>
    <w:link w:val="Heading6"/>
    <w:uiPriority w:val="9"/>
    <w:semiHidden/>
    <w:qFormat/>
    <w:rsid w:val="00fc693f"/>
    <w:rPr>
      <w:rFonts w:ascii="Calibri" w:hAnsi="Calibri" w:eastAsia="" w:cs="" w:asciiTheme="majorHAnsi" w:cstheme="majorBidi" w:eastAsiaTheme="majorEastAsia" w:hAnsiTheme="majorHAnsi"/>
      <w:i/>
      <w:iCs/>
      <w:color w:themeColor="accent1" w:themeShade="7f" w:val="243F60"/>
    </w:rPr>
  </w:style>
  <w:style w:type="character" w:styleId="Heading7Char" w:customStyle="1">
    <w:name w:val="Heading 7 Char"/>
    <w:basedOn w:val="DefaultParagraphFont"/>
    <w:link w:val="Heading7"/>
    <w:uiPriority w:val="9"/>
    <w:semiHidden/>
    <w:qFormat/>
    <w:rsid w:val="00fc693f"/>
    <w:rPr>
      <w:rFonts w:ascii="Calibri" w:hAnsi="Calibri" w:eastAsia="" w:cs="" w:asciiTheme="majorHAnsi" w:cstheme="majorBidi" w:eastAsiaTheme="majorEastAsia" w:hAnsiTheme="majorHAnsi"/>
      <w:i/>
      <w:iCs/>
      <w:color w:themeColor="text1" w:themeTint="bf" w:val="404040"/>
    </w:rPr>
  </w:style>
  <w:style w:type="character" w:styleId="Heading8Char" w:customStyle="1">
    <w:name w:val="Heading 8 Char"/>
    <w:basedOn w:val="DefaultParagraphFont"/>
    <w:link w:val="Heading8"/>
    <w:uiPriority w:val="9"/>
    <w:semiHidden/>
    <w:qFormat/>
    <w:rsid w:val="00fc693f"/>
    <w:rPr>
      <w:rFonts w:ascii="Calibri" w:hAnsi="Calibri" w:eastAsia="" w:cs="" w:asciiTheme="majorHAnsi" w:cstheme="majorBidi" w:eastAsiaTheme="majorEastAsia" w:hAnsiTheme="majorHAnsi"/>
      <w:color w:themeColor="accent1" w:val="4F81BD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/>
    <w:qFormat/>
    <w:rsid w:val="00fc693f"/>
    <w:rPr>
      <w:rFonts w:ascii="Calibri" w:hAnsi="Calibri" w:eastAsia="" w:cs=""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character" w:styleId="IntenseQuoteChar" w:customStyle="1">
    <w:name w:val="Intense Quote Char"/>
    <w:basedOn w:val="DefaultParagraphFont"/>
    <w:link w:val="IntenseQuote"/>
    <w:uiPriority w:val="30"/>
    <w:qFormat/>
    <w:rsid w:val="00fc693f"/>
    <w:rPr>
      <w:b/>
      <w:bCs/>
      <w:i/>
      <w:iCs/>
      <w:color w:themeColor="accent1" w:val="4F81BD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before="0" w:after="120"/>
    </w:pPr>
    <w:rPr/>
  </w:style>
  <w:style w:type="paragraph" w:styleId="List">
    <w:name w:val="List"/>
    <w:basedOn w:val="Normal"/>
    <w:uiPriority w:val="99"/>
    <w:unhideWhenUsed/>
    <w:rsid w:val="00aa1d8d"/>
    <w:pPr>
      <w:spacing w:before="0" w:after="0"/>
      <w:ind w:hanging="360" w:left="360"/>
      <w:contextualSpacing/>
    </w:pPr>
    <w:rPr/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Rule="auto" w:line="240"/>
    </w:pPr>
    <w:rPr>
      <w:b/>
      <w:bCs/>
      <w:color w:themeColor="accent1" w:val="4F81BD"/>
      <w:sz w:val="18"/>
      <w:szCs w:val="18"/>
    </w:rPr>
  </w:style>
  <w:style w:type="paragraph" w:styleId="Index">
    <w:name w:val="Index"/>
    <w:basedOn w:val="Normal"/>
    <w:qFormat/>
    <w:pPr>
      <w:suppressLineNumbers/>
    </w:pPr>
    <w:rPr>
      <w:rFonts w:cs="Lohit Devanagari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NoSpacing">
    <w:name w:val="No Spacing"/>
    <w:uiPriority w:val="1"/>
    <w:qFormat/>
    <w:rsid w:val="00fc693f"/>
    <w:pPr>
      <w:widowControl/>
      <w:suppressAutoHyphens w:val="true"/>
      <w:bidi w:val="0"/>
      <w:spacing w:lineRule="auto" w:line="240" w:before="0" w:after="0"/>
      <w:jc w:val="left"/>
    </w:pPr>
    <w:rPr>
      <w:rFonts w:ascii="Cambria" w:hAnsi="Cambria" w:eastAsia="" w:cs="" w:asciiTheme="minorHAnsi" w:cstheme="minorBidi" w:eastAsiaTheme="minorEastAsia" w:hAnsiTheme="minorHAnsi"/>
      <w:color w:val="auto"/>
      <w:kern w:val="0"/>
      <w:sz w:val="22"/>
      <w:szCs w:val="22"/>
      <w:lang w:val="en-US" w:eastAsia="en-US" w:bidi="ar-SA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lineRule="auto" w:line="240" w:before="0" w:after="300"/>
      <w:contextualSpacing/>
    </w:pPr>
    <w:rPr>
      <w:rFonts w:ascii="Calibri" w:hAnsi="Calibri" w:eastAsia="" w:cs="" w:asciiTheme="majorHAnsi" w:cstheme="majorBidi" w:eastAsiaTheme="majorEastAsia" w:hAnsiTheme="majorHAnsi"/>
      <w:color w:themeColor="text2" w:themeShade="bf" w:val="17365D"/>
      <w:spacing w:val="5"/>
      <w:kern w:val="2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/>
    <w:rPr>
      <w:rFonts w:ascii="Calibri" w:hAnsi="Calibri" w:eastAsia="" w:cs=""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spacing w:before="0" w:after="0"/>
      <w:ind w:left="720"/>
      <w:contextualSpacing/>
    </w:pPr>
    <w:rPr/>
  </w:style>
  <w:style w:type="paragraph" w:styleId="BodyText2">
    <w:name w:val="Body Text 2"/>
    <w:basedOn w:val="Normal"/>
    <w:link w:val="BodyText2Char"/>
    <w:uiPriority w:val="99"/>
    <w:unhideWhenUsed/>
    <w:qFormat/>
    <w:rsid w:val="00aa1d8d"/>
    <w:pPr>
      <w:spacing w:lineRule="auto" w:line="480" w:before="0" w:after="120"/>
    </w:pPr>
    <w:rPr/>
  </w:style>
  <w:style w:type="paragraph" w:styleId="BodyText3">
    <w:name w:val="Body Text 3"/>
    <w:basedOn w:val="Normal"/>
    <w:link w:val="BodyText3Char"/>
    <w:uiPriority w:val="99"/>
    <w:unhideWhenUsed/>
    <w:qFormat/>
    <w:rsid w:val="00aa1d8d"/>
    <w:pPr>
      <w:spacing w:before="0" w:after="120"/>
    </w:pPr>
    <w:rPr>
      <w:sz w:val="16"/>
      <w:szCs w:val="16"/>
    </w:rPr>
  </w:style>
  <w:style w:type="paragraph" w:styleId="List2">
    <w:name w:val="List 2"/>
    <w:basedOn w:val="Normal"/>
    <w:uiPriority w:val="99"/>
    <w:unhideWhenUsed/>
    <w:qFormat/>
    <w:rsid w:val="00326f90"/>
    <w:pPr>
      <w:spacing w:before="0" w:after="0"/>
      <w:ind w:hanging="360" w:left="720"/>
      <w:contextualSpacing/>
    </w:pPr>
    <w:rPr/>
  </w:style>
  <w:style w:type="paragraph" w:styleId="List3">
    <w:name w:val="List 3"/>
    <w:basedOn w:val="Normal"/>
    <w:uiPriority w:val="99"/>
    <w:unhideWhenUsed/>
    <w:qFormat/>
    <w:rsid w:val="00326f90"/>
    <w:pPr>
      <w:spacing w:before="0" w:after="0"/>
      <w:ind w:hanging="360" w:left="1080"/>
      <w:contextualSpacing/>
    </w:pPr>
    <w:rPr/>
  </w:style>
  <w:style w:type="paragraph" w:styleId="ListBullet">
    <w:name w:val="List Bullet"/>
    <w:basedOn w:val="Normal"/>
    <w:uiPriority w:val="99"/>
    <w:unhideWhenUsed/>
    <w:rsid w:val="00326f90"/>
    <w:pPr>
      <w:numPr>
        <w:ilvl w:val="0"/>
        <w:numId w:val="1"/>
      </w:numPr>
      <w:spacing w:before="0" w:after="0"/>
      <w:contextualSpacing/>
    </w:pPr>
    <w:rPr/>
  </w:style>
  <w:style w:type="paragraph" w:styleId="ListBullet2">
    <w:name w:val="List Bullet 2"/>
    <w:basedOn w:val="Normal"/>
    <w:uiPriority w:val="99"/>
    <w:unhideWhenUsed/>
    <w:rsid w:val="00326f90"/>
    <w:pPr>
      <w:numPr>
        <w:ilvl w:val="0"/>
        <w:numId w:val="2"/>
      </w:numPr>
      <w:spacing w:before="0" w:after="0"/>
      <w:contextualSpacing/>
    </w:pPr>
    <w:rPr/>
  </w:style>
  <w:style w:type="paragraph" w:styleId="ListBullet3">
    <w:name w:val="List Bullet 3"/>
    <w:basedOn w:val="Normal"/>
    <w:uiPriority w:val="99"/>
    <w:unhideWhenUsed/>
    <w:rsid w:val="00326f90"/>
    <w:pPr>
      <w:numPr>
        <w:ilvl w:val="0"/>
        <w:numId w:val="3"/>
      </w:numPr>
      <w:spacing w:before="0" w:after="0"/>
      <w:contextualSpacing/>
    </w:pPr>
    <w:rPr/>
  </w:style>
  <w:style w:type="paragraph" w:styleId="ListNumber">
    <w:name w:val="List Number"/>
    <w:basedOn w:val="Normal"/>
    <w:uiPriority w:val="99"/>
    <w:unhideWhenUsed/>
    <w:rsid w:val="00326f90"/>
    <w:pPr>
      <w:numPr>
        <w:ilvl w:val="0"/>
        <w:numId w:val="4"/>
      </w:numPr>
      <w:spacing w:before="0" w:after="0"/>
      <w:contextualSpacing/>
    </w:pPr>
    <w:rPr/>
  </w:style>
  <w:style w:type="paragraph" w:styleId="ListNumber2">
    <w:name w:val="List Number 2"/>
    <w:basedOn w:val="Normal"/>
    <w:uiPriority w:val="99"/>
    <w:unhideWhenUsed/>
    <w:rsid w:val="0029639d"/>
    <w:pPr>
      <w:numPr>
        <w:ilvl w:val="0"/>
        <w:numId w:val="5"/>
      </w:numPr>
      <w:spacing w:before="0" w:after="0"/>
      <w:contextualSpacing/>
    </w:pPr>
    <w:rPr/>
  </w:style>
  <w:style w:type="paragraph" w:styleId="ListNumber3">
    <w:name w:val="List Number 3"/>
    <w:basedOn w:val="Normal"/>
    <w:uiPriority w:val="99"/>
    <w:unhideWhenUsed/>
    <w:rsid w:val="0029639d"/>
    <w:pPr>
      <w:numPr>
        <w:ilvl w:val="0"/>
        <w:numId w:val="6"/>
      </w:numPr>
      <w:spacing w:before="0" w:after="0"/>
      <w:contextualSpacing/>
    </w:pPr>
    <w:rPr/>
  </w:style>
  <w:style w:type="paragraph" w:styleId="ListContinue">
    <w:name w:val="List Continue"/>
    <w:basedOn w:val="Normal"/>
    <w:uiPriority w:val="99"/>
    <w:unhideWhenUsed/>
    <w:rsid w:val="0029639d"/>
    <w:pPr>
      <w:spacing w:before="0" w:after="120"/>
      <w:ind w:left="360"/>
      <w:contextualSpacing/>
    </w:pPr>
    <w:rPr/>
  </w:style>
  <w:style w:type="paragraph" w:styleId="ListContinue2">
    <w:name w:val="List Continue 2"/>
    <w:basedOn w:val="Normal"/>
    <w:uiPriority w:val="99"/>
    <w:unhideWhenUsed/>
    <w:rsid w:val="0029639d"/>
    <w:pPr>
      <w:spacing w:before="0" w:after="120"/>
      <w:ind w:left="720"/>
      <w:contextualSpacing/>
    </w:pPr>
    <w:rPr/>
  </w:style>
  <w:style w:type="paragraph" w:styleId="ListContinue3">
    <w:name w:val="List Continue 3"/>
    <w:basedOn w:val="Normal"/>
    <w:uiPriority w:val="99"/>
    <w:unhideWhenUsed/>
    <w:rsid w:val="0029639d"/>
    <w:pPr>
      <w:spacing w:before="0" w:after="120"/>
      <w:ind w:left="1080"/>
      <w:contextualSpacing/>
    </w:pPr>
    <w:rPr/>
  </w:style>
  <w:style w:type="paragraph" w:styleId="MacroText">
    <w:name w:val="macro"/>
    <w:link w:val="MacroTextChar"/>
    <w:uiPriority w:val="99"/>
    <w:unhideWhenUsed/>
    <w:qFormat/>
    <w:rsid w:val="0029639d"/>
    <w:pPr>
      <w:widowControl/>
      <w:tabs>
        <w:tab w:val="clear" w:pos="720"/>
        <w:tab w:val="left" w:pos="576" w:leader="none"/>
        <w:tab w:val="left" w:pos="1152" w:leader="none"/>
        <w:tab w:val="left" w:pos="1728" w:leader="none"/>
        <w:tab w:val="left" w:pos="2304" w:leader="none"/>
        <w:tab w:val="left" w:pos="2880" w:leader="none"/>
        <w:tab w:val="left" w:pos="3456" w:leader="none"/>
        <w:tab w:val="left" w:pos="4032" w:leader="none"/>
      </w:tabs>
      <w:suppressAutoHyphens w:val="true"/>
      <w:bidi w:val="0"/>
      <w:spacing w:lineRule="auto" w:line="276" w:before="0" w:after="200"/>
      <w:jc w:val="left"/>
    </w:pPr>
    <w:rPr>
      <w:rFonts w:ascii="Courier" w:hAnsi="Courier" w:eastAsia="" w:cs="" w:cstheme="minorBidi" w:eastAsiaTheme="minorEastAsia"/>
      <w:color w:val="auto"/>
      <w:kern w:val="0"/>
      <w:sz w:val="20"/>
      <w:szCs w:val="20"/>
      <w:lang w:val="en-US" w:eastAsia="en-US" w:bidi="ar-SA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pPr/>
    <w:rPr>
      <w:i/>
      <w:iCs/>
      <w:color w:themeColor="text1" w:val="00000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themeColor="accent1" w:val="4F81BD"/>
    </w:rPr>
  </w:style>
  <w:style w:type="paragraph" w:styleId="IndexHeading">
    <w:name w:val="index heading"/>
    <w:basedOn w:val="Heading"/>
    <w:pPr/>
    <w:rPr/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404040" w:themeColor="text1" w:sz="8" w:space="0"/>
          <w:left w:val="single" w:color="404040" w:themeColor="text1" w:sz="8" w:space="0"/>
          <w:bottom w:val="single" w:color="404040" w:themeColor="text1" w:sz="8" w:space="0"/>
          <w:right w:val="single" w:color="404040" w:themeColor="text1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04040" w:themeColor="text1" w:sz="6" w:space="0"/>
          <w:left w:val="single" w:color="404040" w:themeColor="text1" w:sz="8" w:space="0"/>
          <w:bottom w:val="single" w:color="404040" w:themeColor="text1" w:sz="8" w:space="0"/>
          <w:right w:val="single" w:color="404040" w:themeColor="text1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7BA0CD" w:themeColor="accent1" w:sz="8" w:space="0"/>
          <w:left w:val="single" w:color="7BA0CD" w:themeColor="accent1" w:sz="8" w:space="0"/>
          <w:bottom w:val="single" w:color="7BA0CD" w:themeColor="accent1" w:sz="8" w:space="0"/>
          <w:right w:val="single" w:color="7BA0CD" w:themeColor="accent1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sz="6" w:space="0"/>
          <w:left w:val="single" w:color="7BA0CD" w:themeColor="accent1" w:sz="8" w:space="0"/>
          <w:bottom w:val="single" w:color="7BA0CD" w:themeColor="accent1" w:sz="8" w:space="0"/>
          <w:right w:val="single" w:color="7BA0CD" w:themeColor="accent1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CF7B79" w:themeColor="accent2" w:sz="8" w:space="0"/>
          <w:left w:val="single" w:color="CF7B79" w:themeColor="accent2" w:sz="8" w:space="0"/>
          <w:bottom w:val="single" w:color="CF7B79" w:themeColor="accent2" w:sz="8" w:space="0"/>
          <w:right w:val="single" w:color="CF7B79" w:themeColor="accent2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sz="6" w:space="0"/>
          <w:left w:val="single" w:color="CF7B79" w:themeColor="accent2" w:sz="8" w:space="0"/>
          <w:bottom w:val="single" w:color="CF7B79" w:themeColor="accent2" w:sz="8" w:space="0"/>
          <w:right w:val="single" w:color="CF7B79" w:themeColor="accent2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B3CC82" w:themeColor="accent3" w:sz="8" w:space="0"/>
          <w:left w:val="single" w:color="B3CC82" w:themeColor="accent3" w:sz="8" w:space="0"/>
          <w:bottom w:val="single" w:color="B3CC82" w:themeColor="accent3" w:sz="8" w:space="0"/>
          <w:right w:val="single" w:color="B3CC82" w:themeColor="accent3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3CC82" w:themeColor="accent3" w:sz="6" w:space="0"/>
          <w:left w:val="single" w:color="B3CC82" w:themeColor="accent3" w:sz="8" w:space="0"/>
          <w:bottom w:val="single" w:color="B3CC82" w:themeColor="accent3" w:sz="8" w:space="0"/>
          <w:right w:val="single" w:color="B3CC82" w:themeColor="accent3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9F8AB9" w:themeColor="accent4" w:sz="8" w:space="0"/>
          <w:left w:val="single" w:color="9F8AB9" w:themeColor="accent4" w:sz="8" w:space="0"/>
          <w:bottom w:val="single" w:color="9F8AB9" w:themeColor="accent4" w:sz="8" w:space="0"/>
          <w:right w:val="single" w:color="9F8AB9" w:themeColor="accent4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sz="6" w:space="0"/>
          <w:left w:val="single" w:color="9F8AB9" w:themeColor="accent4" w:sz="8" w:space="0"/>
          <w:bottom w:val="single" w:color="9F8AB9" w:themeColor="accent4" w:sz="8" w:space="0"/>
          <w:right w:val="single" w:color="9F8AB9" w:themeColor="accent4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78C0D4" w:themeColor="accent5" w:sz="8" w:space="0"/>
          <w:left w:val="single" w:color="78C0D4" w:themeColor="accent5" w:sz="8" w:space="0"/>
          <w:bottom w:val="single" w:color="78C0D4" w:themeColor="accent5" w:sz="8" w:space="0"/>
          <w:right w:val="single" w:color="78C0D4" w:themeColor="accent5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sz="6" w:space="0"/>
          <w:left w:val="single" w:color="78C0D4" w:themeColor="accent5" w:sz="8" w:space="0"/>
          <w:bottom w:val="single" w:color="78C0D4" w:themeColor="accent5" w:sz="8" w:space="0"/>
          <w:right w:val="single" w:color="78C0D4" w:themeColor="accent5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F9B074" w:themeColor="accent6" w:sz="8" w:space="0"/>
          <w:left w:val="single" w:color="F9B074" w:themeColor="accent6" w:sz="8" w:space="0"/>
          <w:bottom w:val="single" w:color="F9B074" w:themeColor="accent6" w:sz="8" w:space="0"/>
          <w:right w:val="single" w:color="F9B074" w:themeColor="accent6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sz="6" w:space="0"/>
          <w:left w:val="single" w:color="F9B074" w:themeColor="accent6" w:sz="8" w:space="0"/>
          <w:bottom w:val="single" w:color="F9B074" w:themeColor="accent6" w:sz="8" w:space="0"/>
          <w:right w:val="single" w:color="F9B074" w:themeColor="accent6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  <w:insideV w:val="single" w:color="404040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404040" w:themeColor="text1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7BA0CD" w:themeColor="accent1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CF7B79" w:themeColor="accent2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  <w:insideV w:val="single" w:color="B3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B3CC82" w:themeColor="accent3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9F8AB9" w:themeColor="accent4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78C0D4" w:themeColor="accent5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F9B074" w:themeColor="accent6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color="000000" w:themeColor="text1" w:sz="6" w:space="0"/>
          <w:insideV w:val="single" w:color="000000" w:themeColor="text1" w:sz="6" w:space="0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color="4F81BD" w:themeColor="accent1" w:sz="6" w:space="0"/>
          <w:insideV w:val="single" w:color="4F81BD" w:themeColor="accent1" w:sz="6" w:space="0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color="C0504D" w:themeColor="accent2" w:sz="6" w:space="0"/>
          <w:insideV w:val="single" w:color="C0504D" w:themeColor="accent2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color="9BBB59" w:themeColor="accent3" w:sz="6" w:space="0"/>
          <w:insideV w:val="single" w:color="9BBB59" w:themeColor="accent3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color="8064A2" w:themeColor="accent4" w:sz="6" w:space="0"/>
          <w:insideV w:val="single" w:color="8064A2" w:themeColor="accent4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color="4BACC6" w:themeColor="accent5" w:sz="6" w:space="0"/>
          <w:insideV w:val="single" w:color="4BACC6" w:themeColor="accent5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color="F79646" w:themeColor="accent6" w:sz="6" w:space="0"/>
          <w:insideV w:val="single" w:color="F79646" w:themeColor="accent6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color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color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color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color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color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color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color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color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color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color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color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color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color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color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color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color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color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color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color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color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color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color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color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color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color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color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color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color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themeColor="background1"/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single" w:color="000000" w:themeColor="text1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themeColor="text1"/>
      </w:rPr>
      <w:tblPr/>
    </w:tblStylePr>
    <w:tblStylePr w:type="nwCell">
      <w:rPr>
        <w:color w:themeColor="text1"/>
      </w:rPr>
      <w:tblPr/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themeColor="background1"/>
      </w:rPr>
      <w:tblPr/>
      <w:tcPr>
        <w:tcBorders>
          <w:top w:val="single" w:color="FFFFFF" w:themeColor="background1" w:sz="6" w:space="0"/>
        </w:tcBorders>
        <w:shd w:val="clear" w:color="auto" w:fill="2C4C74" w:themeFill="accent1" w:themeFillShade="99"/>
      </w:tcPr>
    </w:tblStylePr>
    <w:tblStylePr w:type="fir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single" w:color="2C4C74" w:themeColor="accent1" w:sz="4" w:space="0"/>
          <w:insideV w:val="nil"/>
        </w:tcBorders>
        <w:shd w:val="clear" w:color="auto" w:fill="2C4C74" w:themeFill="accent1" w:themeFillShade="99"/>
      </w:tcPr>
    </w:tblStylePr>
    <w:tblStylePr w:type="la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themeColor="text1"/>
      </w:rPr>
      <w:tblPr/>
    </w:tblStylePr>
    <w:tblStylePr w:type="nwCell">
      <w:rPr>
        <w:color w:themeColor="text1"/>
      </w:rPr>
      <w:tblPr/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themeColor="background1"/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single" w:color="772C2A" w:themeColor="accent2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themeColor="text1"/>
      </w:rPr>
      <w:tblPr/>
    </w:tblStylePr>
    <w:tblStylePr w:type="nwCell">
      <w:rPr>
        <w:color w:themeColor="text1"/>
      </w:rPr>
      <w:tblPr/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themeColor="background1"/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single" w:color="5E7530" w:themeColor="accent3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themeColor="background1"/>
      </w:rPr>
      <w:tblPr/>
      <w:tcPr>
        <w:tcBorders>
          <w:top w:val="single" w:color="FFFFFF" w:themeColor="background1" w:sz="6" w:space="0"/>
        </w:tcBorders>
        <w:shd w:val="clear" w:color="auto" w:fill="4C3B62" w:themeFill="accent4" w:themeFillShade="99"/>
      </w:tcPr>
    </w:tblStylePr>
    <w:tblStylePr w:type="fir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single" w:color="4C3B62" w:themeColor="accent4" w:sz="4" w:space="0"/>
          <w:insideV w:val="nil"/>
        </w:tcBorders>
        <w:shd w:val="clear" w:color="auto" w:fill="4C3B62" w:themeFill="accent4" w:themeFillShade="99"/>
      </w:tcPr>
    </w:tblStylePr>
    <w:tblStylePr w:type="la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themeColor="text1"/>
      </w:rPr>
      <w:tblPr/>
    </w:tblStylePr>
    <w:tblStylePr w:type="nwCell">
      <w:rPr>
        <w:color w:themeColor="text1"/>
      </w:rPr>
      <w:tblPr/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themeColor="background1"/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single" w:color="276A7C" w:themeColor="accent5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themeColor="text1"/>
      </w:rPr>
      <w:tblPr/>
    </w:tblStylePr>
    <w:tblStylePr w:type="nwCell">
      <w:rPr>
        <w:color w:themeColor="text1"/>
      </w:rPr>
      <w:tblPr/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themeColor="background1"/>
      </w:rPr>
      <w:tblPr/>
      <w:tcPr>
        <w:tcBorders>
          <w:top w:val="single" w:color="FFFFFF" w:themeColor="background1" w:sz="6" w:space="0"/>
        </w:tcBorders>
        <w:shd w:val="clear" w:color="auto" w:fill="B65608" w:themeFill="accent6" w:themeFillShade="99"/>
      </w:tcPr>
    </w:tblStylePr>
    <w:tblStylePr w:type="fir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single" w:color="B65608" w:themeColor="accent6" w:sz="4" w:space="0"/>
          <w:insideV w:val="nil"/>
        </w:tcBorders>
        <w:shd w:val="clear" w:color="auto" w:fill="B65608" w:themeFill="accent6" w:themeFillShade="99"/>
      </w:tcPr>
    </w:tblStylePr>
    <w:tblStylePr w:type="la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themeColor="text1"/>
      </w:rPr>
      <w:tblPr/>
    </w:tblStylePr>
    <w:tblStylePr w:type="nwCell">
      <w:rPr>
        <w:color w:themeColor="text1"/>
      </w:rPr>
      <w:tblPr/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themeColor="background1"/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themeColor="background1"/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themeColor="background1"/>
      </w:rPr>
      <w:tblPr/>
      <w:tcPr>
        <w:tcBorders>
          <w:bottom w:val="single" w:color="FFFFFF" w:themeColor="background1" w:sz="12" w:space="0"/>
        </w:tcBorders>
        <w:shd w:val="clear" w:color="auto" w:fill="F2730A" w:themeFill="accent6" w:themeFillShade="cc"/>
      </w:tcPr>
    </w:tblStylePr>
    <w:tblStylePr w:type="lastRow">
      <w:rPr>
        <w:b/>
        <w:bCs/>
        <w:color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themeColor="background1"/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 pitchFamily="0" charset="1"/>
        <a:ea typeface=""/>
        <a:cs typeface=""/>
      </a:majorFont>
      <a:minorFont>
        <a:latin typeface="Cambria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Application>LibreOffice/25.2.3.2$Linux_X86_64 LibreOffice_project/520$Build-2</Application>
  <AppVersion>15.0000</AppVersion>
  <Pages>1</Pages>
  <Words>0</Words>
  <Characters>0</Characters>
  <CharactersWithSpaces>0</CharactersWithSpaces>
  <Paragraphs>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dc:language>en-US</dc:language>
  <cp:lastModifiedBy/>
  <dcterms:modified xsi:type="dcterms:W3CDTF">2013-12-23T23:15:00Z</dcterms:modified>
  <cp:revision>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